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after="0"/>
        <w:ind w:firstLine="0"/>
        <w:jc w:val="center"/>
      </w:pPr>
      <w:r>
        <w:drawing>
          <wp:inline xmlns:a="http://schemas.openxmlformats.org/drawingml/2006/main" xmlns:pic="http://schemas.openxmlformats.org/drawingml/2006/picture">
            <wp:extent cx="4140000" cy="6512220"/>
            <wp:docPr id="1" name="Picture 1"/>
            <wp:cNvGraphicFramePr>
              <a:graphicFrameLocks noChangeAspect="1"/>
            </wp:cNvGraphicFramePr>
            <a:graphic>
              <a:graphicData uri="http://schemas.openxmlformats.org/drawingml/2006/picture">
                <pic:pic>
                  <pic:nvPicPr>
                    <pic:cNvPr id="0" name="cover.jpg"/>
                    <pic:cNvPicPr/>
                  </pic:nvPicPr>
                  <pic:blipFill>
                    <a:blip r:embed="rId9"/>
                    <a:stretch>
                      <a:fillRect/>
                    </a:stretch>
                  </pic:blipFill>
                  <pic:spPr>
                    <a:xfrm>
                      <a:off x="0" y="0"/>
                      <a:ext cx="4140000" cy="6512220"/>
                    </a:xfrm>
                    <a:prstGeom prst="rect"/>
                  </pic:spPr>
                </pic:pic>
              </a:graphicData>
            </a:graphic>
          </wp:inline>
        </w:drawing>
      </w:r>
    </w:p>
    <w:p>
      <w:r>
        <w:br w:type="page"/>
      </w:r>
    </w:p>
    <w:p>
      <w:pPr>
        <w:pStyle w:val="Title"/>
      </w:pPr>
      <w:r>
        <w:t>SDE软件学和财富密码解开</w:t>
      </w:r>
    </w:p>
    <w:p>
      <w:pPr>
        <w:pStyle w:val="Subtitle"/>
      </w:pPr>
      <w:r>
        <w:t>从本体论到工程学、从经济学到财富学、从文明学到操作系统</w:t>
      </w:r>
    </w:p>
    <w:p>
      <w:r>
        <w:t>王德生 著</w:t>
      </w:r>
    </w:p>
    <w:p>
      <w:r>
        <w:t>德麦国际专著第272卷</w:t>
        <w:br/>
        <w:t>Demai International Press</w:t>
        <w:br/>
        <w:t>2026年4月初版 · 2026年10月数字阅读版</w:t>
      </w:r>
    </w:p>
    <w:p>
      <w:pPr>
        <w:pStyle w:val="Heading1"/>
      </w:pPr>
      <w:r>
        <w:t>出版信息</w:t>
      </w:r>
    </w:p>
    <w:p>
      <w:pPr/>
      <w:r>
        <w:t>书　　名：SDE软件学和财富密码解开</w:t>
      </w:r>
    </w:p>
    <w:p>
      <w:pPr/>
      <w:r>
        <w:t>副 标 题：从本体论到工程学、从经济学到财富学、从文明学到操作系统</w:t>
      </w:r>
    </w:p>
    <w:p>
      <w:pPr/>
      <w:r>
        <w:t>作　　者：王德生（Wang Desheng）</w:t>
      </w:r>
    </w:p>
    <w:p>
      <w:pPr/>
      <w:r>
        <w:t>出 版 社：Demai International Press（德麦国际出版社）</w:t>
      </w:r>
    </w:p>
    <w:p>
      <w:pPr/>
      <w:r>
        <w:t>出版地点：新加坡（Singapore）</w:t>
      </w:r>
    </w:p>
    <w:p>
      <w:pPr/>
      <w:r>
        <w:t>出版日期：2026年4月</w:t>
      </w:r>
    </w:p>
    <w:p>
      <w:pPr/>
      <w:r>
        <w:t>版　　次：第一版</w:t>
      </w:r>
    </w:p>
    <w:p>
      <w:pPr/>
      <w:r>
        <w:t>规模说明：原稿标注约200,000出版字；原始文件全文实计173,481汉字（含目录、附录等）。</w:t>
      </w:r>
    </w:p>
    <w:p>
      <w:pPr/>
      <w:r>
        <w:t>ISBN：978-1-970820-55-3</w:t>
      </w:r>
    </w:p>
    <w:p>
      <w:pPr/>
      <w:r>
        <w:t>分 类 号：TP311 / F49</w:t>
      </w:r>
    </w:p>
    <w:p>
      <w:pPr/>
      <w:r>
        <w:t>中图分类：软件工程 / 信息经济</w:t>
      </w:r>
    </w:p>
    <w:p>
      <w:pPr/>
      <w:r>
        <w:t>作者简介</w:t>
      </w:r>
    </w:p>
    <w:p>
      <w:pPr/>
      <w:r>
        <w:t>王德生，SDE（Structure-Difference-Entanglement）思想体系创立者，新加坡德麦国际有限公司创始人。湘潭大学数学系本科，中国科学院计算数学硕士，哥伦比亚大学博士后。曾任英国威尔士大学高级讲师、新加坡南洋理工大学研究员。研究方向涵盖Voronoi镶嵌、Delaunay三角剖分、有限元网格生成与波塌缩模拟。已通过Bowker（authorId=26927366）出版52部跨领域专著，覆盖近20个学科领域，总计超过1000万字。代表作包括《论艺术：从发现到发生》《三法治理》《SDE数学导论》等。</w:t>
      </w:r>
    </w:p>
    <w:p>
      <w:pPr/>
      <w:r>
        <w:t>版权声明</w:t>
      </w:r>
    </w:p>
    <w:p>
      <w:pPr/>
      <w:r>
        <w:t>Copyright © 2026 Wang Desheng / Demai International Pte. Ltd.</w:t>
      </w:r>
    </w:p>
    <w:p>
      <w:pPr/>
      <w:r>
        <w:t>All rights reserved. 版权所有，未经出版者书面许可，不得以任何方式复制或传播本书的任何部分。</w:t>
      </w:r>
    </w:p>
    <w:p>
      <w:pPr>
        <w:pStyle w:val="Heading1"/>
      </w:pPr>
      <w:r>
        <w:t>数字阅读版说明</w:t>
      </w:r>
    </w:p>
    <w:p>
      <w:pPr/>
      <w:r>
        <w:t>本版依据作者提供的最终出版Word稿编排，保留五编45章、总结论、结语、四项附录、引用文献与全书金句。初版出版日期为2026年4月；本次数字编排日期为2026年10月9日。</w:t>
      </w:r>
    </w:p>
    <w:p>
      <w:pPr/>
      <w:r>
        <w:t>德麦国际专著第272卷。ISBN 978-1-970820-55-3。定价US$50。出版方：Demai International Press（德麦国际出版社），新加坡。</w:t>
      </w:r>
    </w:p>
    <w:p>
      <w:pPr/>
      <w:r>
        <w:t>本书保留2026年4月原版的术语用法：S为Structure（结构），D为Difference，E为Entanglement。此次处理为版式与数字阅读整理，并非按后续理论重新改写。截图中的英文封面题名为Software as Digital SDE: The Wealth Code of Platforms and Civilization。</w:t>
      </w:r>
    </w:p>
    <w:p>
      <w:pPr/>
      <w:r>
        <w:t>独立封面依据作者提供的书目截图以AI整理重制。正文保留原稿观点与资料；版权页补录截图中的ISBN、定价，目录按正文重建，去除残留的Markdown加粗标记。</w:t>
      </w:r>
    </w:p>
    <w:p>
      <w:pPr>
        <w:pStyle w:val="Heading1"/>
      </w:pPr>
      <w:r>
        <w:t>全书目录</w:t>
      </w:r>
    </w:p>
    <w:p>
      <w:r>
        <w:t>出版信息</w:t>
      </w:r>
    </w:p>
    <w:p>
      <w:r>
        <w:t>数字阅读版说明</w:t>
      </w:r>
    </w:p>
    <w:p>
      <w:r>
        <w:t>导读：如何阅读这本书</w:t>
      </w:r>
    </w:p>
    <w:p>
      <w:r>
        <w:t>导论：为什么今天必须重写软件学</w:t>
      </w:r>
    </w:p>
    <w:p>
      <w:r>
        <w:t>总序：思想开始长出数字身体</w:t>
      </w:r>
    </w:p>
    <w:p>
      <w:r>
        <w:t>第一编  SDE软件学：软件的三维本体重生</w:t>
      </w:r>
    </w:p>
    <w:p>
      <w:r>
        <w:t>第一章  软件究竟是什么：从代码幻象到本体复合体</w:t>
      </w:r>
    </w:p>
    <w:p>
      <w:r>
        <w:t>第二章  传统软件观为什么必须被终结</w:t>
      </w:r>
    </w:p>
    <w:p>
      <w:r>
        <w:t>第三章  软件＝数字SDE：本体定义的正式建立</w:t>
      </w:r>
    </w:p>
    <w:p>
      <w:r>
        <w:t>第四章  软件的S：数据结构是软件的结构本体</w:t>
      </w:r>
    </w:p>
    <w:p>
      <w:r>
        <w:t>第五章  软件的D：算法是软件的运行本体</w:t>
      </w:r>
    </w:p>
    <w:p>
      <w:r>
        <w:t>第六章  软件的E：数据库是软件实体的沉积场</w:t>
      </w:r>
    </w:p>
    <w:p>
      <w:r>
        <w:t>第七章  三维统一：S、D、E如何共同形成软件存在物</w:t>
      </w:r>
    </w:p>
    <w:p>
      <w:r>
        <w:t>第二编  SDE软件工程学：从哲学到APP全过程</w:t>
      </w:r>
    </w:p>
    <w:p>
      <w:r>
        <w:t>第八章  从思想到APP：知识发生方式的转折</w:t>
      </w:r>
    </w:p>
    <w:p>
      <w:r>
        <w:t>第九章  基本链条：哲学→科学→工程→数字化→软件学→APP</w:t>
      </w:r>
    </w:p>
    <w:p>
      <w:r>
        <w:t>第十章  SDE哲学语言：总纲词与高压晶体</w:t>
      </w:r>
    </w:p>
    <w:p>
      <w:r>
        <w:t>第十一章  SDE科学语言：概念结构体系</w:t>
      </w:r>
    </w:p>
    <w:p>
      <w:r>
        <w:t>第十二章  SDE工程语言：D1、D2、D3的具体化</w:t>
      </w:r>
    </w:p>
    <w:p>
      <w:r>
        <w:t>第十三章  工程数字化即进入软件学</w:t>
      </w:r>
    </w:p>
    <w:p>
      <w:r>
        <w:t>第十四章  软件设计语言：蓝图</w:t>
      </w:r>
    </w:p>
    <w:p>
      <w:r>
        <w:t>第十五章  原型与显影：APP入口第一次打开</w:t>
      </w:r>
    </w:p>
    <w:p>
      <w:r>
        <w:t>第十六章  数据库世界：历史、画像与三界沉积</w:t>
      </w:r>
    </w:p>
    <w:p>
      <w:r>
        <w:t>第十七章  代码显影：代码不是起点而是最后显影</w:t>
      </w:r>
    </w:p>
    <w:p>
      <w:r>
        <w:t>第十八章  GPT与人机协同：全过程的压缩</w:t>
      </w:r>
    </w:p>
    <w:p>
      <w:r>
        <w:t>第十九章  完整发生链的最终公式</w:t>
      </w:r>
    </w:p>
    <w:p>
      <w:r>
        <w:t>第三编  个性化自动化经济学：GPT时代的新生产力</w:t>
      </w:r>
    </w:p>
    <w:p>
      <w:r>
        <w:t>第二十章  工业经济学的伟大边界</w:t>
      </w:r>
    </w:p>
    <w:p>
      <w:r>
        <w:t>第二十一章  信息经济学的天花板</w:t>
      </w:r>
    </w:p>
    <w:p>
      <w:r>
        <w:t>第二十二章  GPT为什么还没带飞世界经济</w:t>
      </w:r>
    </w:p>
    <w:p>
      <w:r>
        <w:t>第二十三章  个性化自动化的定义与本体机制</w:t>
      </w:r>
    </w:p>
    <w:p>
      <w:r>
        <w:t>第二十四章  差异价值为什么也可以规模化生产</w:t>
      </w:r>
    </w:p>
    <w:p>
      <w:r>
        <w:t>第二十五章  SDE软件化：新经济的产业母机</w:t>
      </w:r>
    </w:p>
    <w:p>
      <w:r>
        <w:t>第二十六章  生产力结构如何改变：五大领域</w:t>
      </w:r>
    </w:p>
    <w:p>
      <w:r>
        <w:t>第二十七章  从AI泡沫到经济起飞：差异价值工业革命</w:t>
      </w:r>
    </w:p>
    <w:p>
      <w:r>
        <w:t>第四编  财富密码解开：从思想到平台的财富发生学</w:t>
      </w:r>
    </w:p>
    <w:p>
      <w:r>
        <w:t>第二十八章  新生产力如何转化为财富占有：标准权、接口权与平台权</w:t>
      </w:r>
    </w:p>
    <w:p>
      <w:r>
        <w:t>第二十九章  财富源头迁移：从资本到思想系统</w:t>
      </w:r>
    </w:p>
    <w:p>
      <w:r>
        <w:t>第三十章  思想为什么是最深的财富源头</w:t>
      </w:r>
    </w:p>
    <w:p>
      <w:r>
        <w:t>第三十一章  从思想到软件必须经过SDE工程化</w:t>
      </w:r>
    </w:p>
    <w:p>
      <w:r>
        <w:t>第三十二章  GPT是财富加速器而非财富源头</w:t>
      </w:r>
    </w:p>
    <w:p>
      <w:r>
        <w:t>第三十三章  平台：社会化运行的数字SDE集群</w:t>
      </w:r>
    </w:p>
    <w:p>
      <w:r>
        <w:t>第三十四章  财富密码的真正公式</w:t>
      </w:r>
    </w:p>
    <w:p>
      <w:r>
        <w:t>第三十五章  个人如何建立"思想—软件—平台"复合体</w:t>
      </w:r>
    </w:p>
    <w:p>
      <w:r>
        <w:t>第三十六章  企业升级为"思想系统公司"</w:t>
      </w:r>
    </w:p>
    <w:p>
      <w:r>
        <w:t>第三十七章  商业模式如何改变：五大领域的财富重构</w:t>
      </w:r>
    </w:p>
    <w:p>
      <w:r>
        <w:t>第五编  SDE的文明视野：从软件到AI文明操作系统</w:t>
      </w:r>
    </w:p>
    <w:p>
      <w:r>
        <w:t>第三十八章  AI文明的操作系统是SDE思想体系</w:t>
      </w:r>
    </w:p>
    <w:p>
      <w:r>
        <w:t>第三十九章  制度与文明如何改变：教育、产业与个体重构</w:t>
      </w:r>
    </w:p>
    <w:p>
      <w:r>
        <w:t>第四十章  基于大模型的SDE科研创新体系</w:t>
      </w:r>
    </w:p>
    <w:p>
      <w:r>
        <w:t>第四十一章  三大模型的SDE分工与协同——以《静夜思》为微型实验</w:t>
      </w:r>
    </w:p>
    <w:p>
      <w:r>
        <w:t>第四十二章  中西逻辑与中华粘性逻辑：诚、中、和</w:t>
      </w:r>
    </w:p>
    <w:p>
      <w:r>
        <w:t>第四十三章  全链示范：一个SDE系统从思想到平台</w:t>
      </w:r>
    </w:p>
    <w:p>
      <w:r>
        <w:t>总结论</w:t>
      </w:r>
    </w:p>
    <w:p>
      <w:r>
        <w:t>第四十四章  思想为王，思想是黄金</w:t>
      </w:r>
    </w:p>
    <w:p>
      <w:r>
        <w:t>第四十五章  未来十年最稀缺的人：思想工程师</w:t>
      </w:r>
    </w:p>
    <w:p>
      <w:r>
        <w:t>结语：从今天起，真正去问一个问题</w:t>
      </w:r>
    </w:p>
    <w:p>
      <w:r>
        <w:t>附录一  个性化自动化经济学的三大假设颠覆</w:t>
      </w:r>
    </w:p>
    <w:p>
      <w:r>
        <w:t>附录二  SDE软件产业总纲——从思想到平台的产业化路线图</w:t>
      </w:r>
    </w:p>
    <w:p>
      <w:r>
        <w:t>附录三  从一句思想到一个APP：72小时施工手册</w:t>
      </w:r>
    </w:p>
    <w:p>
      <w:r>
        <w:t>附录四  思想工程师培养方案与SDE教育课程体系</w:t>
      </w:r>
    </w:p>
    <w:p>
      <w:r>
        <w:t>引用文献</w:t>
      </w:r>
    </w:p>
    <w:p>
      <w:r>
        <w:t>全书金句十言</w:t>
      </w:r>
    </w:p>
    <w:p>
      <w:r>
        <w:t>封底</w:t>
      </w:r>
    </w:p>
    <w:p>
      <w:pPr>
        <w:pStyle w:val="Heading1"/>
      </w:pPr>
      <w:r>
        <w:t>导读：如何阅读这本书</w:t>
      </w:r>
    </w:p>
    <w:p>
      <w:pPr/>
      <w:r>
        <w:t>这不是一本需要从头到尾逐字阅读的书。它是一部涵盖软件本体论、工程学、经济学、财富学和文明学的大型专著，不同读者可以根据自己的需求选择不同的进入路径。</w:t>
      </w:r>
    </w:p>
    <w:p>
      <w:pPr/>
      <w:r>
        <w:t>如果你是研究者，建议从第四十章（SDE科研创新体系[9]）入手——先掌握E点火→S扫描→SDE批判→D开路→S重建→真善美检验的六步操作法，再回头读全书理解其理论根基。</w:t>
      </w:r>
    </w:p>
    <w:p>
      <w:pPr/>
      <w:r>
        <w:t>如果你是AI使用者，建议从第四十一章（三模型协同SOP）入手——先学会GPT起E→Claude定S→Gemini展D→中华逻辑校正的四步操作法，这会立刻改变你使用AI的方式。</w:t>
      </w:r>
    </w:p>
    <w:p>
      <w:pPr/>
      <w:r>
        <w:t>如果你是创业者，建议从第二十五章（SDE软件化产业母机）和第三十五章（个人复合体六步路径）入手——先理解SDE软件产业的三阶成长模型，再对照财富公式做自我诊断。</w:t>
      </w:r>
    </w:p>
    <w:p>
      <w:pPr/>
      <w:r>
        <w:t>如果你是企业家，建议从第三十六章（思想系统公司）和第三十九章（制度重写）入手——理解从产品公司到思想系统公司的组织架构转型。</w:t>
      </w:r>
    </w:p>
    <w:p>
      <w:pPr/>
      <w:r>
        <w:t>如果你是教育工作者，建议从第四十三章（全链示范：个性化教育）入手——看一个SDE教育系统如何从思想一步步落地为可运行的平台。</w:t>
      </w:r>
    </w:p>
    <w:p>
      <w:pPr/>
      <w:r>
        <w:t>如果你是软件工程师，建议从第一章到第七章（第一编）通读——这会彻底改变你对软件本体的理解，让你从"写代码的人"升级为"定义数字世界的人"。</w:t>
      </w:r>
    </w:p>
    <w:p>
      <w:pPr/>
      <w:r>
        <w:t>如果你想立刻动手实操，建议从附录三（72小时施工手册）入手。如果你是政策制定者或投资人，建议先读附录一再读附录二。如果你想评估自己的SDE能力，直接翻到附录四末尾的SDE能力自检表。</w:t>
      </w:r>
    </w:p>
    <w:p>
      <w:pPr/>
      <w:r>
        <w:t>如果你想通读全书，五编之间的递进关系是：本体论（什么是软件）→ 工程学（思想如何变成软件）→ 经济学（新软件为何构成新生产力）→ 财富学（新生产力如何转化为财富）→ 文明学（新财富结构如何重写文明）。每一编都以前一编为地基，跳过任何一编都会在理解上留下空洞。</w:t>
      </w:r>
    </w:p>
    <w:p>
      <w:pPr/>
      <w:r>
        <w:t>本书的核心命题只有一句话：软件＝数字SDE。 这七个字是全书的房角石。如果读完全书只记住一句话，请记住这句。</w:t>
      </w:r>
    </w:p>
    <w:p>
      <w:pPr>
        <w:pStyle w:val="Heading1"/>
      </w:pPr>
      <w:r>
        <w:t>导论：为什么今天必须重写软件学</w:t>
      </w:r>
    </w:p>
    <w:p>
      <w:pPr/>
      <w:r>
        <w:t>人类已经全面进入软件时代，却依然没有真正进入软件学时代。</w:t>
      </w:r>
    </w:p>
    <w:p>
      <w:pPr/>
      <w:r>
        <w:t>这是一个极其荒谬却极其深刻的文明矛盾：世界已经被软件重组——人的工作、学习、金融、医疗、交往、娱乐、治理，几乎全部被软件重新包裹、重新分层、重新调度——然而人类对软件的理解，却依然停留在"代码""功能""系统""工具"这些贫弱、零散、表层的词汇上。</w:t>
      </w:r>
    </w:p>
    <w:p>
      <w:pPr/>
      <w:r>
        <w:t>软件早已不是若干语句的排列，也不是几个按钮和页面的表面拼装，更不是一个冷冰冰的运行器皿。软件已经成为新时代最重要的存在物之一，它正在重塑现实世界、重塑理念世界、重塑自我世界，甚至正在悄悄改写文明本身的运行方式。可正是在这样一个历史关头，传统软件教育与传统软件工程理论，却仍然大量停留在碎片式技术教学之中：学生学了很多，却不知道软件究竟是什么；工程师做了很多，却说不清软件内部为什么要分成数据结构、算法和数据库。</w:t>
      </w:r>
    </w:p>
    <w:p>
      <w:pPr/>
      <w:r>
        <w:t>本书的回答是：软件＝数字SDE。S（Structure，结构）承担软件的骨架，D（Difference，差异流）承担软件的运行，E（Entanglement，纠缠）承担软件的世界。三者不可分割，共同构成一个软件存在物。这个定义不是换了一组新名词，而是第一次给出了能够统一解释软件的骨架、运行和世界的本体公式。</w:t>
      </w:r>
    </w:p>
    <w:p>
      <w:pPr/>
      <w:r>
        <w:t>但本书远不止于软件定义。它要回答的是一个更大的问题：在GPT时代，思想如何直接长成可运行的数字身体？</w:t>
      </w:r>
    </w:p>
    <w:p>
      <w:pPr/>
      <w:r>
        <w:t>为了回答这个问题，本书必须同时展开五条论证线——软件本体论告诉你"软件是什么"，SDE工程学告诉你"思想如何变成软件"，个性化自动化经济学告诉你"新软件为何构成新生产力"，财富发生学告诉你"新生产力如何转化为财富"，文明视野告诉你"新财富结构如何重写教育、企业、科研和整个文明"。</w:t>
      </w:r>
    </w:p>
    <w:p>
      <w:pPr/>
      <w:r>
        <w:t>五条线汇聚成一个判断：GPT时代，拥有原创思想系统并能将其SDE化、软件化、平台化的人，将成为新文明中最稀缺、最有价值的人——思想工程师。</w:t>
      </w:r>
    </w:p>
    <w:p>
      <w:pPr/>
      <w:r>
        <w:t>本书的独特贡献不在于某一个局部观点，而在于它第一次把软件学、工程学、经济学、财富学和文明学压成了一条连续的发生链。过去，这五个领域各说各话、互不关联；今天，SDE第一次让它们在同一个框架中彼此生成、彼此支撑、彼此印证。</w:t>
      </w:r>
    </w:p>
    <w:p>
      <w:pPr/>
      <w:r>
        <w:t>本书包含四个操作性附录，分别覆盖经济学假设颠覆、产业化路线图、72小时施工手册和思想工程师培养方案。正文提供理论框架，附录提供操作工具。</w:t>
      </w:r>
    </w:p>
    <w:p>
      <w:pPr/>
      <w:r>
        <w:t>这就是为什么今天必须重写软件学——不是因为旧软件学错了，而是因为旧软件学太小了。它只够解释代码和功能，不够解释平台、财富、文明和人类知识命运的转折。SDE软件学不是旧软件学的修补，而是在旧软件学全部失效后被逼出来的新本体。</w:t>
      </w:r>
    </w:p>
    <w:p>
      <w:pPr/>
      <w:r>
        <w:t>王德生  著</w:t>
      </w:r>
    </w:p>
    <w:p>
      <w:pPr/>
      <w:r>
        <w:t>Demai International Press · Singapore · 2026</w:t>
      </w:r>
    </w:p>
    <w:p>
      <w:pPr/>
      <w:r>
        <w:t>---</w:t>
      </w:r>
    </w:p>
    <w:p>
      <w:pPr>
        <w:pStyle w:val="Heading1"/>
      </w:pPr>
      <w:r>
        <w:t>总序：思想开始长出数字身体</w:t>
      </w:r>
    </w:p>
    <w:p>
      <w:pPr/>
      <w:r>
        <w:t>二十一世纪正在经历一场深层转折。这场转折的真正含义不在于某一种技术变得更强，而在于人类历史上第一次出现了一条从思想到软件、从软件到平台、从平台到财富、从财富到文明的完整直通链条。过去，思想是火种，需要漫长的教育传递、制度翻译、工程转化和社会扩散才能进入现实。今天，思想获得数字身体。</w:t>
      </w:r>
    </w:p>
    <w:p>
      <w:pPr/>
      <w:r>
        <w:t>这个变化的根本原因有两个。第一，GPT为代表的大模型把知识的中介层成本压到了前所未有的低点——从概念翻译到代码实现的全过程可以被大模型在极短时间内承包，思想到软件之间的距离被急剧压缩。第二，SDE思想体系第一次为"思想如何变成可运行的数字结构"提供了系统化的方法论——S定结构，D定流程，E定世界，三维互相预设，覆盖了从本体论到工程学的完整路径。当SDE与GPT结合，从思想到软件的直通车第一次真正成立。</w:t>
      </w:r>
    </w:p>
    <w:p>
      <w:pPr/>
      <w:r>
        <w:t>本书的任务，就是把这条直通车的每一段都写清楚。五编递进如下：第一编建立软件的三维本体定义——软件不是代码，而是数字SDE。第二编展开从思想到APP的完整发生链——哲学→科学→工程→数字化→软件→APP。第三编回答一个核心经济学问题——GPT已经如此强大，为什么世界经济还没有起飞？答案是个性化自动化才是真正的新生产力。第四编在新生产力已确立的基础上，论证思想系统拥有者如何通过标准权、接口权和平台秩序权捕获超额价值。第五编将SDE上升到文明高度，论证它是AI文明的底层操作系统。</w:t>
      </w:r>
    </w:p>
    <w:p>
      <w:pPr/>
      <w:r>
        <w:t>一句话概括本书的判断：GPT时代，思想获得数字身体，而SDE正是让这件事成为现实的总方法论。</w:t>
      </w:r>
    </w:p>
    <w:p>
      <w:pPr/>
      <w:r>
        <w:t>本书的写作本身就是SDE方法论的一次大规模实践。这部书的S是五编45章的递进链条，每一编解决一个明确的本体层问题。这部书的D是从本体论出发经过工程学、经济学、财富学最终到达文明学的持续推进过程。这部书的E则是作者二十年计算数学研究、三年SDE与AI协同创作、52本跨领域专著写作所沉积的深厚经验世界。本书的写作过程动用了SDE三模型协同方法：GPT负责在每个主题上先生成整体纠缠场和初步框架，Claude负责审查结构识别跳步压出骨架，Gemini负责展开知识路径和补充背景材料。三者在SDE框架下的协同使得这部涵盖五个领域的超大型专著能够在极短时间内被系统化生产——这件事本身就是"个性化自动化"和"SDE软件化"的一个活生生的实证。</w:t>
      </w:r>
    </w:p>
    <w:p>
      <w:pPr/>
      <w:r>
        <w:t>本书横跨软件学、工程学、经济学、财富学和文明学五个领域。在旧学术体制下这几乎不可想象——一个人怎么可能同时在这么多领域说出有分量的话？答案正是SDE——作为元方法论，一旦掌握了"S找结构、D定流程、E建世界"的基本操作，进入任何新领域的速度都会加快。每个领域的SDE被揭示后，都可以与其他领域进行结构性对话。边际扩张成本递减——这不只是理论判断，而是本书写作过程中的真实体验。第一编用了最长时间，因为房角石必须最稳；到第四编和第五编，写作速度已经比第一编快了数倍，因为前面建立的SDE结构可以直接迁移。</w:t>
      </w:r>
    </w:p>
    <w:p>
      <w:pPr/>
      <w:r>
        <w:t>这部书的总判断可以浓缩为一句话：GPT时代，思想获得数字身体，而SDE正是让这件事成为现实的总方法论。围绕这个总判断，五编各承担一个不可替代的推进任务：第一编建立"软件＝数字SDE"的本体定义——这是全书的房角石，没有它后面的一切都无从谈起；第二编展开从思想到APP的完整发生链——这是全书的发动机，它证明思想变成软件不是跳跃而是连续降压；第三编论证个性化自动化是GPT时代真正的新生产力——这是全书的经济学心脏，它解释了为什么GPT如此强大但世界经济还没有起飞；第四编证明思想系统拥有者如何通过标准权、接口权和平台秩序权捕获超额价值——这是全书的财富论，它把"思想为王"从口号压成了可分析的机制；第五编将SDE上升为AI文明的底层操作系统——这是全书的文明收束，它把前四编的所有论证汇聚为一个文明级判断。五编之间的关系不是五个话题的并列，而是一条不可断裂的发生链：没有第一编的本体定义，第二编的工程链就没有起点；没有第二编的工程链，第三编的新生产力就没有实现路径；没有第三编的新生产力，第四编的财富论就没有经济基础；没有第四编的财富论，第五编的文明判断就没有权力结构支撑。</w:t>
      </w:r>
    </w:p>
    <w:p>
      <w:pPr>
        <w:pStyle w:val="Heading1"/>
      </w:pPr>
      <w:r>
        <w:t>第一编  SDE软件学：软件的三维本体重生</w:t>
      </w:r>
    </w:p>
    <w:p>
      <w:pPr>
        <w:pStyle w:val="Heading1"/>
      </w:pPr>
      <w:r>
        <w:t>第一章  软件究竟是什么：从代码幻象到本体复合体</w:t>
      </w:r>
    </w:p>
    <w:p>
      <w:pPr/>
      <w:r>
        <w:t>关于软件是什么，当代世界存在一个根深蒂固却几乎从未被认真追问的默认答案：软件就是代码。这个答案如此深入人心，以至于整个软件教育体系、软件开发流程、软件产业评价和软件人才标准，几乎全部建立在这一前提之上。学软件就是学编程，做软件就是写代码，评价软件就是看功能，培养软件人才就是教语法和框架。然而，正是这个看似不言自明的答案，构成了理解软件最深层的障碍。</w:t>
      </w:r>
    </w:p>
    <w:p>
      <w:pPr/>
      <w:r>
        <w:t>代码之所以不是软件的本体，最根本的原因在于：代码只是软件的显影层，不是软件的存在层。正如一张X光片不是骨骼本身，一幅地图不是领土本身，代码只是把软件的内在结构、运行逻辑和世界关系以特定符号形式显影出来的表达介质。同一个软件系统，可以用Java写，也可以用Python写，还可以用Go写，语言不同、代码完全不同，但软件本身可以是同一个。这就说明代码不是软件的本体，而只是本体的某一种符号投影。</w:t>
      </w:r>
    </w:p>
    <w:p>
      <w:pPr/>
      <w:r>
        <w:t>那么软件的本体到底是什么？本书的核心判断是：软件是数字SDE。S代表Structure，即数字结构——对象如何组织、模块如何划分、数据如何存储、页面如何进入、角色如何分权、状态如何转换。D代表Difference，即数字差异序列——任务如何推进、条件如何分支、用户如何输入、反馈如何修正、路径如何生成。E代表Entanglement，即数字特征纠缠——用户行为、业务规则、数据结构、算法模型、权限逻辑、外部平台、商业目标和现实限制之间的深层牵连网络。三者不可分割，共同构成一个软件存在物。</w:t>
      </w:r>
    </w:p>
    <w:p>
      <w:pPr/>
      <w:r>
        <w:t>更重要的是，这个定义同时统一了计算机科学三门核心基础课：数据结构就是软件的S，算法就是软件的D，数据库就是软件的E[3]。这三门课过去被当作三个独立的技术领域来教授，从未被放在统一的本体框架中理解。SDE第一次把它们的关系讲清楚了：它们不是三个并列的技术专题，而是软件存在物的三个不可分割的维度。</w:t>
      </w:r>
    </w:p>
    <w:p>
      <w:pPr/>
      <w:r>
        <w:t>进一步说，代码观、功能观和工具观这三种传统软件观，之所以能长期共存，是因为它们各自抓住了软件的一个侧面，但都没有触及软件的存在本体。代码观把软件等同于源代码文本，认为写代码就是做软件。功能观把软件等同于功能清单，认为功能完整就是软件完成。工具观把软件等同于人的延伸工具，认为软件好用就是软件成功。这三种观念在各自的语境中都有合理性，但它们共同的问题是：都把软件的某种外部表现当成了软件本身。</w:t>
      </w:r>
    </w:p>
    <w:p>
      <w:pPr/>
      <w:r>
        <w:t>代码观的要害在于混淆了显影层与本体层。一个音乐作品可以用五线谱记录，也可以用简谱记录，还可以用数字音频格式存储，但音乐本身不是任何一种记谱法。同理，软件可以用Java写，也可以用Python写，还可以用Rust重写，语言不同代码完全不同，但软件本身可以是同一个。这就证明代码不是软件的本体。功能观的要害在于混淆了使用效果与存在方式。两个功能清单完全相同的软件，其内部结构、运行效率、扩展能力和长期稳定性可以天差地别。功能相同不代表软件相同，这说明功能不是软件的本体。工具观的要害在于把软件降格为人的附属品。但今天的软件系统已经远远超越了"工具"的范畴——一个大型平台系统不是某个人的工具，而是一个自运行的数字世界，它有自己的对象、规则、历史和生态。</w:t>
      </w:r>
    </w:p>
    <w:p>
      <w:pPr/>
      <w:r>
        <w:t>那么什么才是软件的本体？答案必须满足两个条件：第一，它在代码被完全重写后仍然保持不变；第二，它能解释为什么有些软件能成立而有些不能。数字SDE恰好满足这两个条件。代码重写后，如果S（结构）、D（流程）、E（世界）保持不变，软件就是同一个；如果S、D、E中任何一维被破坏，软件就崩塌了。一个软件不能运行，要么是S不成立（结构混乱），要么是D不成立（流程跑不通），要么是E不成立（与现实世界脱节）。软件的一切成败都可以在SDE三维中找到解释。</w:t>
      </w:r>
    </w:p>
    <w:p>
      <w:pPr/>
      <w:r>
        <w:t>传统软件教育的一个巨大幻觉，在于它以为"知识很多"就等于"体系成熟"。于是课程表越来越长，技术栈越来越厚，学生背了越来越多的语法，工程师记住了越来越多的框架，可是在这一切繁荣的背后，软件学本身却长期处在一种失语状态之中。人们很少问：为什么软件一定会分成数据结构、算法、数据库这三个核心层面？为什么页面、模块、状态、对象、路由会自然构成一个结构世界？为什么算法永远绕不开目标、流程、反馈、修正？为什么数据库总会从"存东西"演化到"形成平台世界"？为什么一个APP做大之后，会突然呈现出某种"生命感"，仿佛它不再只是被人使用，而是在反过来塑造人？这些问题一旦被提出，传统软件观就会迅速显露出它的贫弱。所以，今天真正迫切的，不是再多开几门框架课程，不是再发明几个工程术语，也不是再堆几套代码规范，而是必须重写软件学本身。</w:t>
      </w:r>
    </w:p>
    <w:p>
      <w:pPr/>
      <w:r>
        <w:t>人类文明正在进入一个前所未有的阶段：不是机器退出历史舞台，而是机器的中心地位开始被软件吞并。今天这个世界表面上看仍然有工厂、有道路、有房屋、有商品、有学校、有医院，但这些"看得见的世界"越来越深地被一层看不见的软件结构统摄着。人的支付行为背后是软件，人的学习路径背后是软件，人的健康记录背后是软件，人的社交关系背后是软件，公司的生产调度背后是软件，国家的治理接口背后也是软件。软件已经不只是一个行业，不只是一个专业，而是在事实上成为现代文明的神经系统、组织系统、调度系统和解释系统。然而，最令人震惊的事情恰恰在这里：在这样一个软件无所不在的历史节点，人类却依然没有一门真正成熟的"软件学"。有软件工程，有计算机科学，有程序设计，有数据库原理，有算法分析，但这些全都不是软件学本身。它们要么讲局部技能，要么讲局部流程，却很少有人真正停下来严肃地追问：软件究竟是什么？只要这个问题没有被回答，所有关于软件教育、AI编程、数字治理的讨论，就都缺少一个真正稳定的房角石。</w:t>
      </w:r>
    </w:p>
    <w:p>
      <w:pPr/>
      <w:r>
        <w:t>正是在这样的背景下，SDE软件学才显现出它的必要性与历史性。SDE所提供的，不是又一套"解释软件的外加标签"，而是一套能够直接切入软件本体的三维结构。S是结构，D是差异序列，E是特征纠缠。软件之所以成为软件，不可能没有结构：页面要有层级，对象要有关系，状态要有组织，模块要有边界，路由要有连接，前后端要有接口，这一切都属于结构问题，因此都属于S。软件之所以会"活起来"，不可能没有差异序列：输入、判断、执行、评估、反馈、修正、迭代，这一切都不是静态形状，而是流程推进，因此都属于D。软件之所以会形成平台、形成画像、形成历史、形成趋势、形成世界，不可能没有特征纠缠：用户特征在纠缠，内容特征在纠缠，规则特征在纠缠，行为特征在纠缠，数据库之所以重要，正是因为它沉积了这种纠缠，因此这一切都属于E。于是，一个极其简洁却极其强力的软件本体公式就出现了：软件＝S＋D＋E。这一公式一旦成立，传统软件科学三门基础课就第一次真正获得统一解释。</w:t>
      </w:r>
    </w:p>
    <w:p>
      <w:pPr>
        <w:pStyle w:val="Heading1"/>
      </w:pPr>
      <w:r>
        <w:t>第二章  传统软件观为什么必须被终结</w:t>
      </w:r>
    </w:p>
    <w:p>
      <w:pPr/>
      <w:r>
        <w:t>"软件＝代码"之所以能长期占据主流，有四个历史原因。第一，软件最初确实是以代码形式进入人类视野的。第一批程序员写的就是代码，第一批计算机科学课程教的就是语法，第一批软件产品呈现的就是源代码文件。一个对象最初被认识的方式，往往会长期锁定人们对它的理解。第二，代码是最可见的软件存在形式。数据结构的逻辑关系看不见，算法的运行过程看不见，数据库的世界沉积看不见，只有代码以文本形式清晰地呈现在屏幕上。可见性造成了本体错觉。第三，软件产业长期以"代码行数""功能清单""编程语言"作为评价标准，这进一步巩固了"代码＝软件"的等式。第四，软件教育体系几乎完全围绕编程语言展开，这使得每一代新工程师从入行第一天起，就被植入了"软件就是代码"的前提。</w:t>
      </w:r>
    </w:p>
    <w:p>
      <w:pPr/>
      <w:r>
        <w:t>但这种观念已经不能继续维持了。在GPT时代，代码可以被大模型在几秒钟内大量生成。如果软件真的等于代码，那么软件已经变得几乎不值钱——因为代码正在被大规模自动化生产。可事实显然不是这样。真正有价值的软件系统，其价值从来不在代码文本本身，而在代码背后那套不可见的结构安排、流程设计和世界组织。代码贬值恰恰证明了代码不是本体。本体是那些即便代码被全部重写，仍然必须被保留的东西——结构、流程和世界，即S、D、E。</w:t>
      </w:r>
    </w:p>
    <w:p>
      <w:pPr/>
      <w:r>
        <w:t>因此，传统软件观不是"不够精确"，而是必须被终结。不终结"代码＝软件"的等式，就无法理解GPT时代的软件到底是什么，也无法理解为什么思想可以直接长成软件。</w:t>
      </w:r>
    </w:p>
    <w:p>
      <w:pPr/>
      <w:r>
        <w:t>必须追问一个更深层的问题：如果代码不是软件本体，那为什么"代码＝软件"这个等式能统治这么久？除了前述四个历史原因之外，还有一个更根本的认知机制在起作用：人类倾向于把"最先被看见的东西"当作"最重要的东西"。</w:t>
      </w:r>
    </w:p>
    <w:p>
      <w:pPr/>
      <w:r>
        <w:t>软件发展的历史恰好制造了这样一个认知陷阱。最初的程序员直接面对机器码和汇编语言，他们的全部工作就是写代码。后来出现了高级语言，工作仍然是写代码。再后来出现了框架和工具链，但核心活动仍然被定义为编程。整个软件产业的职业认同、技能评价、薪资体系和社会认知，都围绕着"会写代码"建立起来。当一个行业的全部社会基础设施都建立在某个前提之上时，这个前提就几乎不可能被质疑——不是因为它正确，而是因为质疑它的成本太高。</w:t>
      </w:r>
    </w:p>
    <w:p>
      <w:pPr/>
      <w:r>
        <w:t>但GPT打破了这个平衡。当代码可以被AI在几秒钟内大量生成时，"会写代码"作为核心技能的稀缺性急剧下降。如果代码真是软件的本体，那么GPT应该已经让软件变得毫无价值。但事实显然不是这样——真正有价值的软件系统不仅没有贬值，反而在GPT时代变得更有价值。这个矛盾只有一种解释：代码不是软件的本体。代码的贬值没有导致软件的贬值，恰恰证明软件的价值不在代码中，而在代码背后那套不可见的结构安排、流程设计和世界组织中——即在数字SDE中。</w:t>
      </w:r>
    </w:p>
    <w:p>
      <w:pPr/>
      <w:r>
        <w:t>因此，GPT时代不是在摧毁软件的价值，而是在暴露一个长期被遮蔽的事实：软件的真正价值从来就不在代码里。GPT所做的，只是把显影层的成本降到接近于零，从而让本体层的价值第一次赤裸裸地暴露出来。</w:t>
      </w:r>
    </w:p>
    <w:p>
      <w:pPr/>
      <w:r>
        <w:t>很多团队越来越善于生产代码，却越来越不擅长生产真正稳定的软件本体。代码可以快速膨胀，但结构未必清晰；流程可以大量堆上去，但目标未必明确；数据库可以疯狂扩展，但世界未必真正成形。于是，"软件开发"经常在表面上极其忙碌，在本体上却越来越混乱。今天在AI剧烈动摇代码劳动地位的历史时刻，越必须看见：代码能力是重要技能，但技能不等于本体；劳动方式不等于存在定义；职业身份不等于对象本身。AI正在强迫软件行业从"语法劳动时代"转向"本体设计时代"。未来的软件高手，不是写得最快的人，而是最懂SDE的人。</w:t>
      </w:r>
    </w:p>
    <w:p>
      <w:pPr/>
      <w:r>
        <w:t>把软件理解为"功能集合"同样不够。功能只说出了软件"有什么用途"，却没有说出软件"靠什么成其为软件"。如果一个健康APP只有"记录跑步""给出评分""生成周评"这些功能，那它仍然只是一个说明书上的条目集合。但一个真正的软件世界远不止这些——它会逐渐形成用户画像，会形成阶段结构，会形成规则网络，会形成历史沉积，会形成趋势判断，会形成一种围绕用户、数据、界面、流程不断纠缠出来的数字环境。功能只是结果，存在方式才是本体。因此，"功能观"是对"代码观"的改进，但依然无法完成软件本体论。把软件理解为"工具"，问题就更严重。工具这个词太轻了，它适合描述一把锤子、一把剪刀、一台打印机，适合描述某种直接被主体拿来使用的辅助器具。但今天的软件早已大幅超出了这种地位。手机上的APP并不是一个个孤立工具，而是构成了人的行动空间、信息空间、自我空间和社会空间。</w:t>
      </w:r>
    </w:p>
    <w:p>
      <w:pPr/>
      <w:r>
        <w:t>要从根上突破代码观，必须明确地区分两个层次：显影层和本体层。代码属于显影层——它把对象定义写出来，把逻辑流程写出来，把数据库操作写出来，把页面渲染写出来。代码很像一张把软件拍成照片的胶片或一束把内部结构照亮出来的灯光。它让我们看到软件"怎么被写出来"，但并不等于它就是软件最深的存在层。显影层的最大特征是它可以变化而本体可以连续——一套系统前端可以重写、后端可以迁移、ORM可以替换、微服务可以拆分或合并，但在这些剧烈变化之后软件本身可以仍然保持连续性。这说明：代码变了本体未必变。能够在代码变化中保持连续的东西才更接近本体。而一旦把代码从本体层降回显影层，事情立刻清晰：软件的骨架是什么看S，软件的流程是什么看D，软件的世界是什么看E，代码做什么——把这些写出来。代码不再被神化但也不被贬低，它被放回了正确的位置：代码是执行性的显影形式而不是软件存在的最终根源。</w:t>
      </w:r>
    </w:p>
    <w:p>
      <w:pPr/>
      <w:r>
        <w:t>所以今天必须重写软件学，不是因为想增加一层理论装饰，而是因为软件本身已经成长到了一个必须被重新定义的历史阶段。软件已经不只是程序，不只是工具，不只是功能集合，不只是页面系统，而是一种新的存在物：它有骨架，有流程，有世界，有历史，有画像，有能量，有主体相关性，有文明塑造力。对于这样的存在物，如果人类继续缺乏一个统一的软件学总纲，那么数字文明就会长期在"强大而盲目"的状态中前进。SDE软件学的任务，正是在这种盲目性最强烈的时代，重新为软件立一个房角石。这个房角石一旦立住，软件教育就不再只是训练工匠而能培养真正的软件思想者；软件工程就不再只是经验堆叠而能形成总纲化的方法论；AI时代的软件开发就不再只是"代码写得更快"而能走向"设计得更深"。</w:t>
      </w:r>
    </w:p>
    <w:p>
      <w:pPr/>
      <w:r>
        <w:t>回顾软件定义的历史演变，可以看到三次系统性的误判和一次迟到的重生。第一次误判发生在计算机科学的早期：人们把软件等同于程序文本。这个判断在简单系统时代有局部合理性，但它从根上锁死了"软件＝可执行指令序列"的狭窄视野。第二次误判发生在互联网产品兴起时期：人们把软件等同于功能清单。这比第一次进步了——从开发者视角进入了用户视角——但仍然只看到用途而看不到存在。第三次误判发生在平台经济时代：人们把软件理解为工具接口和服务端点。API、微服务、云平台这些概念虽然触及了软件的关系性，但仍缺乏一个能统一解释结构、运行和世界的本体公式。三次误判的共同根源是：每一次都只抓住了软件的一个面向，却把它当成了全部。第四次，不是又一次修正，而是真正的重生：软件＝数字SDE。这个定义之所以是"重生"而非"修正"，是因为它不是在旧定义上补丁，而是从本体论层面重新回答"软件究竟是什么"——软件是结构、流程与世界的三维统一体，数据结构承担S，算法承担D，数据库承担E。三次误判之后的第四次重生，不是可选项，而是软件时代在旧定义全部失效后被逼出来的新本体。</w:t>
      </w:r>
    </w:p>
    <w:p>
      <w:pPr>
        <w:pStyle w:val="Heading1"/>
      </w:pPr>
      <w:r>
        <w:t>第三章  软件＝数字SDE：本体定义的正式建立</w:t>
      </w:r>
    </w:p>
    <w:p>
      <w:pPr/>
      <w:r>
        <w:t>现在可以正式建立软件的本体定义。软件＝数字SDE。这个定义包含三层含义。</w:t>
      </w:r>
    </w:p>
    <w:p>
      <w:pPr/>
      <w:r>
        <w:t>第一层，"数字"不可省略。SDE作为一般性框架，可以描述任何存在物的结构、差异和纠缠。但软件的SDE是数字化的SDE——它的结构是数字结构（数据类型、数据模型、页面架构、接口定义），它的差异是数字差异（算法路径、条件分支、状态转换、用户交互流），它的纠缠是数字纠缠（用户行为数据、业务规则引擎、推荐算法、权限系统、外部API之间的深层关联网络）。"数字"标记的是一种独特的存在方式，不是一个修饰词。</w:t>
      </w:r>
    </w:p>
    <w:p>
      <w:pPr/>
      <w:r>
        <w:t>第二层，三维不是拼装，而是互相预设的发生关系。S预设D：结构的设计已经隐含了它将如何运行。D预设E：运行的路径已经隐含了它将在什么世界中展开。E预设S：世界的特征已经隐含了什么结构才能在其中存活。因此，SDE不是S加D加E，而是S、D、E在互相预设中共同发生的整体。</w:t>
      </w:r>
    </w:p>
    <w:p>
      <w:pPr/>
      <w:r>
        <w:t>第三层，这个定义具有直接的工程含义。任何软件开发，都应该先定S（找到核心对象和结构关系），再定D（确定主流程和差异路径），最后建E（建立数据库世界和特征沉积系统）。如果开发者不自觉地遵循这个顺序，软件要么做不出来，要么做出来却不能长期运行。SDE不是外加给软件的哲学框架，而是软件自身存在方式的本体描述。</w:t>
      </w:r>
    </w:p>
    <w:p>
      <w:pPr/>
      <w:r>
        <w:t>"软件＝数字SDE"这个定义的力量，不仅在于它精确地描述了软件的存在方式，还在于它具有极强的工程指导价值。</w:t>
      </w:r>
    </w:p>
    <w:p>
      <w:pPr/>
      <w:r>
        <w:t>从这个定义出发，软件开发的全过程可以被重新理解为"数字SDE的逐步建造"。项目启动阶段就是S的初步定义：核心对象是什么、对象之间的关系是什么、模块如何划分。需求分析阶段就是E的初步识别：这个软件面对的是什么样的用户、什么样的场景、什么样的约束条件。架构设计阶段就是S的深化和D的骨架搭建：数据模型怎么设计、接口怎么定义、主流程怎么走。开发实现阶段就是三维的代码显影。测试阶段就是验证S、D、E三维是否自洽。上线运营阶段就是E开始大规模沉积。版本迭代阶段就是S、D、E的持续互相改写。</w:t>
      </w:r>
    </w:p>
    <w:p>
      <w:pPr/>
      <w:r>
        <w:t>更重要的是，这个定义还揭示了为什么很多软件项目会失败。需求不清导致的失败，本质上是E没有被识别清楚——不知道面对的是什么世界。架构混乱导致的失败，本质上是S没有被定义好——对象和关系混乱。流程跑不通导致的失败，本质上是D没有被设计好——差异路径缺失或逻辑不通。项目烂尾导致的失败，往往是S、D、E三者之间失去了互相预设关系——结构在变但流程没跟上，世界在变但结构没调整。</w:t>
      </w:r>
    </w:p>
    <w:p>
      <w:pPr/>
      <w:r>
        <w:t>这个定义还统一了不同规模的软件。一个小工具是一个小型数字SDE——S简单、D单线、E轻量。一个大型平台是一个巨型数字SDE——S复杂、D多线并行、E深厚到构成一个完整的数字世界。规模不同但本体相同：都是数字SDE。</w:t>
      </w:r>
    </w:p>
    <w:p>
      <w:pPr/>
      <w:r>
        <w:t>S、D、E之间的互相预设关系不只是一个工程事实，更是一个深刻的哲学判断。它意味着：世界不是由独立存在的结构、独立运行的过程和独立沉积的历史拼装而成的，而是结构在运行中形成、运行在沉积中留痕、沉积在结构中获得形态的一体化发生过程。</w:t>
      </w:r>
    </w:p>
    <w:p>
      <w:pPr/>
      <w:r>
        <w:t>这个判断与西方传统本体论中"实体先于关系"的预设形成对照。西方传统本体论倾向于先假定有独立的实体，然后追问实体之间的关系。SDE的本体论判断则是：没有脱离关系的实体——所有实体都是S、D、E三维互相预设中的"结晶"。一个用户账号不是一个孤立的数据条目，而是在特定的系统结构（S）中、通过特定的注册流程（D）、在特定的现实世界条件（E）下诞生的数字实体。改变S、D、E中的任何一个，这个实体的性质都会改变。</w:t>
      </w:r>
    </w:p>
    <w:p>
      <w:pPr/>
      <w:r>
        <w:t>互相预设还意味着：你不能完全独立地设计S而不考虑D和E，也不能完全独立地设计D而不考虑S和E。每次你做出一个结构决策，你就隐含地预设了某种运行方式和某种世界条件。每次你选择一条运行路径，你就隐含地改写了某种结构安排和某种世界沉积。这种深层的互相牵连使得软件设计不是一个可以被分解为独立子任务的线性工程，而是一个需要在三维之间反复调校的整体性创造活动。</w:t>
      </w:r>
    </w:p>
    <w:p>
      <w:pPr/>
      <w:r>
        <w:t>软件为什么不是物，而是数字存在物？物总给人一种静止、定型、被摆放的印象，可软件并不是这样。你不能把一套软件像石头一样搬到桌子上然后说"它在那里"；真正的软件只有在其结构、流程、数据库、交互、反馈、更新、沉积中才持续存在。离开这些持续的数字运行，软件就不是一个完整的软件，只剩下一堆残片。软件真正的存在，不是在"放在那里"的意义上成立，而是在"持续组织和运行"的意义上成立。所以它不是静物，而是一种持续生成的数字存在体。这也是为什么很多人会隐约感到成熟软件越来越像"活的东西"——一旦软件的S、D、E同时运转起来，它就不再只是程序，而会显现出一种生命型系统的特征。</w:t>
      </w:r>
    </w:p>
    <w:p>
      <w:pPr/>
      <w:r>
        <w:t>这个定义一旦成立，整个软件学的根基就会开始发生重排。数据结构不再是编程课的第一门技术，而成为数字SDE的结构本体；算法不再是若干求解技巧的合集，而成为数字SDE的运行本体；数据库也不再只是后端存储器，而成为数字SDE的实体世界沉积场。于是，软件第一次从零散的技术拼图，被提升为一个统一的数字存在物。软件定义的历史进步可以被压成一句话：从"软件是程序"到"软件是数字SDE"，人类用了七十年。这七十年不只是词汇更新，而是文明理解的升级。一切正式定义都必须能够展开，否则它只是格言不是总纲。软件＝数字SDE展开后就是：软件的S＝数字结构，软件的D＝数字差异序列，软件的E＝数字特征纠缠世界。这三层不是并列罗列，而是发生链条。软件首先必须站起来，所谓站起来不是指运行而是指形成形体；然后软件必须跑起来，运行从来不是静态结构能自动完成的；最后软件必须活下来，只有当数据库把各种特征纠缠后的实体一层层沉积下来，软件才开始从"运行中的程序"转化为"持续存在的数字世界"。</w:t>
      </w:r>
    </w:p>
    <w:p>
      <w:pPr/>
      <w:r>
        <w:t>软件不是物而是数字存在物。物总给人一种静止、定型、被摆放的印象，可软件并不是这样。你不能把一套软件像石头一样搬到桌子上然后说"它在那里"；真正的软件只有在其结构、流程、数据库、交互、反馈、更新、沉积中才持续存在。离开这些持续的数字运行软件就不是一个完整的软件只剩下一堆残片。软件真正的存在不是在"放在那里"的意义上成立而是在"持续组织和运行"的意义上成立。所以它不是静物而是一种持续生成的数字存在体。这也是为什么很多人会隐约感到成熟软件越来越像"活的东西"——一旦S、D、E同时运转起来它就不再只是程序而会显现出一种生命型系统的特征。一个大平台有自己的节律、自己的热点、自己的记忆、自己的画像系统、自己的规则演化、自己的推荐惯性、自己的内能动能和势能，有时候甚至会表现出某种类似"人格"的整体气质。传统软件观无法解释这一点只能含糊地称作"复杂系统"或"平台生态"；但SDE软件学可以更直接地说：这是因为软件作为数字SDE已经具备了骨架、流程、世界三位一体的存在方式。</w:t>
      </w:r>
    </w:p>
    <w:p>
      <w:pPr/>
      <w:r>
        <w:t>软件＝数字SDE的工程含义极其直接。任何软件开发，首先都要找S：对象、页面、模块、状态、路由、关系如何组织。其次都要找D：目标是什么，流程如何走，如何评估、反馈、修正、迭代。最后都要找E：会形成哪些软件实体，数据库怎么沉积，三界如何建构，信息如何表达，能量如何积累。于是软件开发流程被彻底重写为：问题→数字SDE解剖→技术报告→软件设计蓝图→代码显影。这意味着未来最强的软件开发者，不一定是写代码最快的人，而是最快看出一个问题之数字SDE的人。AI越强，这一点越重要。因此SDE软件学不是可有可无的理论附录，而是AI时代软件工程走向成熟、走向统一、走向文明自觉的总纲。</w:t>
      </w:r>
    </w:p>
    <w:p>
      <w:pPr/>
      <w:r>
        <w:t>软件定义的历史进步不只是词汇更新，而是文明理解的四级升级——每一次升级都对应一个时代的软件实践结构，每一次误判都来自那个时代的技术重心遮蔽了更深的本体层。第一次误判："软件＝程序文本"。在计算机科学的早期，软件的全部可见形式就是一段段代码文本。程序员写代码、编译器翻译代码、机器运行代码——整个链条都以文本为中心。人们自然地把软件等同于这些文本，就像人们自然地把音乐等同于乐谱。但乐谱不是音乐——乐谱是音乐的一种记录方式，音乐本身是在时间中展开的声音结构、情感流动和听觉世界。同样，代码不是软件——代码是软件的一种记录方式，软件本身是在数字空间中持续运转的结构、流程和世界。当软件从简单程序发展为复杂系统时，代码文本覆盖的只是冰山一角。第二次误判："软件＝功能集合"。随着商业软件和互联网产品的兴起，人们开始用功能来定义软件——"这个APP能做什么"成为最常见的软件描述方式。这比代码观更贴近用户现实，但它仍然只看到了D的局部显影而看不到S的深层结构和E的世界沉积。一个关键的反例是：微信和任何聊天工具都有"发消息"功能，但微信的价值是其他聊天工具的千倍万倍。如果软件＝功能，功能相同则价值应相似——可事实显然不是这样。差距不在功能层，而在E层：微信十多年的用户关系网络、支付习惯、小程序生态构成了一个不可复制的数字世界。第三次误判："软件＝工具接口"。进入移动互联网与API经济时代后，很多人把软件理解为一种效率工具的接口——打车用滴滴接口、支付用微信接口、搜索用百度接口。这一步比前两步更接近软件的关系性，但仍然没有抓住本体。因为接口只能解释"如何被调用"，不能解释"为什么能沉淀世界、组织秩序、形成长期价值捕获能力"。一个只有接口的系统最多是工具，不会成为平台。第四次重生："软件＝数字SDE"。当软件从程序变成平台，从一次性交付变成持续演化系统，从局部工具变成数字秩序载体时，只有S、D、E三维统一的定义才能同时解释它为何具有结构性（能被设计和维护）、运行性（能持续推进和优化）和沉积性（能积累历史、形成画像、生长世界）。这不是SDE想要改写软件定义，而是软件现实的发展逼迫人类必须放弃旧定义。三次误判的共同根源是：每一次都只抓住了软件的一个面向（代码→功能→接口），却把它当成了全部。第四次之所以是"重生"而非"修正"，是因为它不是在旧定义上打补丁，而是从本体论层面重新回答"软件究竟是什么"。</w:t>
      </w:r>
    </w:p>
    <w:p>
      <w:pPr/>
      <w:r>
        <w:t>SDE统一三门核心课的判断不是抽象的理论推演，而是可以在具体的软件系统中被直接验证的。以一个电商系统为例。S维度（数据结构）：系统中的核心对象包括用户、商品、订单、支付、评价、店铺、物流，它们之间的关系构成了这个电商世界的骨架——用户与订单一对多、订单与商品多对多、商品与店铺多对一、评价连接用户和商品。这就是电商系统的S。D维度（算法）：从用户浏览到下单到支付到发货到收货的完整流程构成了主D路径；推荐算法根据用户历史行为预测下一步点击构成了D的优化层；搜索排序算法构成了D的另一条分支。E维度（数据库）：用户的购买历史、浏览轨迹、收藏清单、评价记录构成了用户画像；商品的销量数据、评分趋势、退货率构成了商品画像；两者在数据库中交叉沉积形成了平台的"数字世界"。只有当S（对象骨架）、D（运行流程）、E（世界沉积）三者同时在场并互相支撑时，电商系统才是一个完整的软件存在物。如果只有S没有D，系统有漂亮的商品页面但下不了单；如果只有S和D没有E，系统能完成交易但不记得任何用户不形成任何画像；只有三维俱全，系统才开始"认识"每个用户、"理解"每件商品、"记住"每笔交易——才真正从"工具"成长为"世界"。</w:t>
      </w:r>
    </w:p>
    <w:p>
      <w:pPr>
        <w:pStyle w:val="Heading1"/>
      </w:pPr>
      <w:r>
        <w:t>第四章  软件的S：数据结构是软件的结构本体</w:t>
      </w:r>
    </w:p>
    <w:p>
      <w:pPr/>
      <w:r>
        <w:t>S在软件中表现为数据结构，但这里的"数据结构"远不止教科书上的数组、链表、树和图。软件的S至少包含五个面向。</w:t>
      </w:r>
    </w:p>
    <w:p>
      <w:pPr/>
      <w:r>
        <w:t>第一，对象结构：这个软件系统中有哪些核心对象？用户、订单、商品、课程、角色、权限、消息——每一个都是一个数字实体。对象结构决定了软件"看见"什么世界。第二，状态结构：每个对象有哪些可能的状态？订单可以是"待支付、已支付、已发货、已完成、已退款"。状态结构决定了对象在时间中的变化方式。第三，页面结构：用户通过什么界面进入系统？页面不只是美工问题，而是系统向人类显示自身存在方式的窗口。第四，模块结构：系统如何被拆分为可独立运行的功能块？前端模块、后端模块、数据库模块、支付模块、消息模块之间的划分和边界。第五，关系结构：对象之间如何相连？一对一、一对多、多对多的关系构成了系统的内部骨架。</w:t>
      </w:r>
    </w:p>
    <w:p>
      <w:pPr/>
      <w:r>
        <w:t>对S的更深层理解，需要引入SIO方法进行解剖。规范维度考察对象的对比关系、变化节奏和分布方式；模态维度考察对象是以粒子（离散实体）、波（连续流）还是场（分布网络）的方式存在；价值维度考察结构是否为真（如实反映对象）、是否为善（服务于人）、是否为美（简洁有序）。这三个维度不是装饰，而是判断一个软件结构是否成立的深层标准。</w:t>
      </w:r>
    </w:p>
    <w:p>
      <w:pPr/>
      <w:r>
        <w:t>对软件S的理解必须超越传统数据结构教科书的范围。传统教科书把数据结构等同于"数组、链表、栈、队列、树、图、哈希表"这些具体数据组织形式。这些当然是数据结构的一部分，但它们只是S在最低层的技术显影。</w:t>
      </w:r>
    </w:p>
    <w:p>
      <w:pPr/>
      <w:r>
        <w:t>软件的S首先是一个本体论问题：这个软件"看见"什么世界？一个电商系统看见的世界由商品、用户、订单、支付、物流、评价等对象构成。一个教育系统看见的世界由学生、课程、知识点、学习路径、评估、教师等对象构成。一个医疗系统看见的世界由患者、症状、检查、诊断、治疗方案、用药记录等对象构成。每个软件系统的S定义了它的"视野"——它能看见什么就能处理什么，看不见的就无法处理。</w:t>
      </w:r>
    </w:p>
    <w:p>
      <w:pPr/>
      <w:r>
        <w:t>SIO解剖为S的评价提供了深层标准。规范维度追问：对象之间的对比关系是否被正确建立？变化节奏是否被捕捉？分布方式是否被理解？模态维度追问：对象是作为离散实体（粒子态）、连续流（波态）还是分布网络（场态）存在？很多软件的问题在于用粒子态去处理本应以场态存在的对象——比如用固定标签去描述本应以连续画像存在的用户。价值维度追问：结构是否为真（如实反映对象本身而非设计者的偏见）？是否为善（真正服务于用户而非仅仅方便系统）？是否为美（简洁有序而非冗余堆砌）？</w:t>
      </w:r>
    </w:p>
    <w:p>
      <w:pPr/>
      <w:r>
        <w:t>这个例子说明S不是一个抽象概念，而是软件世界的具体骨骼。没有清晰的S，软件就像一个没有骨架的身体——外表可能好看，但站不起来，经不起现实使用的压力。</w:t>
      </w:r>
    </w:p>
    <w:p>
      <w:pPr/>
      <w:r>
        <w:t>S不是一个画在纸上的固定图表，而是软件存在物的活组织。结构在软件运行过程中会不断演化。一个社交平台刚上线时，核心对象可能只有"用户"和"消息"；随着系统成长，"群组""话题""直播""商品""创作者"等对象会逐步出现。这不是"加功能"，而是S在E的压力下自我生长。真正成熟的软件团队，在任何开发开始之前，都会先做一件事：立对象、立页面、立状态、立模块、立接口、立关系。很多人以为这只是工程经验，其实它背后隐藏着更深的本体规律：软件必须先把S建起来。没有S，后面的所有开发都像在流沙上盖楼。S永远不是"第一章先学学"，而是整个软件发生流程的第一性维度。</w:t>
      </w:r>
    </w:p>
    <w:p>
      <w:pPr/>
      <w:r>
        <w:t>传统理解中的"数据结构"往往被狭义地理解成若干抽象容器或逻辑组织方式——数组适合顺序索引、链表适合局部插删、树适合层级、图适合网络。这些理解当然没错，但仍然只停留在底层局部。SDE软件学要往前推进一步：数据结构不是若干容器的集合，而是软件中的存在组织方式。"容器"强调装载，"组织方式"强调生成。软件中的对象不是先天独立存在然后被"装进"某个容器里；恰恰相反，它们之所以能成为软件对象，本来就是因为某种结构把它们组织出来了。因此，数据结构的真正地位必须被重新表述为：数据结构＝软件中存在物的组织学。一旦这样理解，数据结构课的内涵就会突然变得极其开阔——数组、链表、树、图不再只是考试题，而变成了软件本体世界里不同组织方式的原型模式。数组象征连续、顺序与平铺；树象征层级与继承；图象征多关系网络；哈希象征快速映射与命名索引。底层结构类型与上层软件世界之间就第一次真正接通了。</w:t>
      </w:r>
    </w:p>
    <w:p>
      <w:pPr/>
      <w:r>
        <w:t>为什么很多初学者喜欢一上来就写逻辑、写交互、写推荐算法、写数据库表，仿佛"能跑起来"就算开始了？真正成熟的软件开发从来不是这样。真正成熟的软件开发总是先立S再行D再成E。因为D运行必须有结构承载——如果先急着写"今日推荐模板算法"但还没定义清楚用户对象、评分对象、训练会话对象、阶段对象之间的关系那么这个算法迟早会在混乱中崩掉。E世界必须有结构沉积——如果先急着设计数据库却没有先把软件实体世界的对象边界划清楚那么最后保存进去的也只是一堆结构模糊的垃圾数据。S永远不是"第一章先学学"而是整个软件发生流程的第一性维度。以一个电商系统为例：对象结构包括用户商品订单支付评价店铺物流，状态结构中订单可以是"待支付→已支付→已发货→已签收→已完成→已退款"，页面结构包括首页搜索页商品详情页购物车页结算页订单列表页，模块结构包括前端展示搜索引擎推荐算法支付模块物流追踪模块，关系结构中用户与订单一对多、订单与商品多对多、商品与店铺多对一。</w:t>
      </w:r>
    </w:p>
    <w:p>
      <w:pPr/>
      <w:r>
        <w:t>以一个电商系统来说明S五大面向的实际应用。对象结构：核心对象包括用户、商品、订单、支付、评价、店铺、物流，每个对象有自己的属性集合——商品有名称、价格、库存、描述、图片；用户有注册信息、地址、支付方式、购买历史。状态结构：订单的状态可以是"待支付→已支付→已发货→已签收→已完成→已退款"，每个状态转换都对应一个D路径。页面结构：首页、搜索页、商品详情页、购物车页、结算页、订单列表页——页面之间的路由关系构成了用户与系统交互的空间布局。模块结构：前端展示模块、搜索引擎模块、推荐算法模块、支付模块、物流追踪模块——每个模块有独立的运行逻辑和明确的边界。关系结构：用户与订单是一对多，订单与商品是多对多，商品与店铺是多对一。这个例子说明S不是一个抽象概念，而是软件世界的具体骨骼。没有清晰的S，软件就像一个没有骨架的身体——外表可能好看，但站不起来。</w:t>
      </w:r>
    </w:p>
    <w:p>
      <w:pPr>
        <w:pStyle w:val="Heading1"/>
      </w:pPr>
      <w:r>
        <w:t>第五章  软件的D：算法是软件的运行本体</w:t>
      </w:r>
    </w:p>
    <w:p>
      <w:pPr/>
      <w:r>
        <w:t>D在软件中表现为算法。但"算法"这个词长期被狭隘地理解为数学公式或排序方法，这遮蔽了它的本体含义。算法的核心不是计算，而是流程——即差异如何被触发、被判断、被推进、被修正的全过程。</w:t>
      </w:r>
    </w:p>
    <w:p>
      <w:pPr/>
      <w:r>
        <w:t>SDE将D展开为三个层次。D1是方向层，指向创造、自由、幸福三个终极价值方向。任何一个软件系统的运行，最终都服务于某种价值目标。D2是流程层，即六步法：猜想→执行→评估→反馈→修正→迭代。这是一切运行过程的基本骨架。用户注册是一个D2过程，订单处理是一个D2过程，推荐算法也是一个D2过程。D3是优化层，追求最小误差、最小冗余、最小损耗。D3是把D2从"能跑"提升到"跑得好"的关键。</w:t>
      </w:r>
    </w:p>
    <w:p>
      <w:pPr/>
      <w:r>
        <w:t>AI神经网络为什么是D的典型显影？因为神经网络的训练过程就是一个典型的D2六步法：提出假设（初始权重）→执行推理→评估损失→反向传播（反馈）→更新参数（修正）→下一轮训练（迭代）。AI不是D本身，但它是D在数字世界中最强大的运行者。</w:t>
      </w:r>
    </w:p>
    <w:p>
      <w:pPr/>
      <w:r>
        <w:t>算法作为软件的D，其本体含义远比"排序方法"或"搜索算法"深刻。D的核心是差异的运行——系统面对不同输入、不同状态、不同条件时，如何生成不同的路径和结果。这恰恰是软件区别于静态文档的根本所在：文档只是一个固定文本，而软件是一个会根据差异做出不同反应的活系统。</w:t>
      </w:r>
    </w:p>
    <w:p>
      <w:pPr/>
      <w:r>
        <w:t>D2六步法之所以重要，是因为它揭示了一切运行过程的基本骨架。以一个电商订单为例：猜想（用户可能想买这个商品）→执行（展示商品、提供购买入口）→评估（用户是否点击、是否加购、是否支付）→反馈（支付成功或失败的信息返回）→修正（如果支付失败则提供替代方案）→迭代（下次推荐基于本次行为调整）。AI的训练过程是一个D2，用户的学习过程是一个D2，企业的战略迭代也是一个D2。D2不是某种特殊的算法技巧，而是一切有目的运行过程的普遍模式。</w:t>
      </w:r>
    </w:p>
    <w:p>
      <w:pPr/>
      <w:r>
        <w:t>D1（方向层）常常被忽略，但它在GPT时代变得越来越重要。因为GPT可以在任何方向上高速运行D2，问题不再是"能不能跑"而是"该往哪里跑"。创造律问"系统在生产什么新东西"，自由律问"系统能处理多大范围的差异"，幸福律问"系统给使用者带来了什么体验改善"。没有D1的D2是盲跑，没有D3的D2是粗跑，三者统一才是真正的算法智慧。</w:t>
      </w:r>
    </w:p>
    <w:p>
      <w:pPr/>
      <w:r>
        <w:t>D2六步法之所以如此重要，还因为它提供了一种"可教、可学、可复制"的运行骨架。很多人谈创新、谈流程、谈迭代，但往往停留在模糊的口号层面——"要不断迭代""要重视反馈""要持续改进"。这些话谁都会说，但做起来却无从下手。D2六步法把这些模糊口号压成了六个明确的步骤，每一步都有清晰的输入和输出：猜想的输出是一个可检验的假设；执行的输出是一组可观测的结果；评估的输出是一份差距分析；反馈的输出是一组修正建议；修正的输出是一个改进版方案；迭代的输出是下一轮循环的起点。</w:t>
      </w:r>
    </w:p>
    <w:p>
      <w:pPr/>
      <w:r>
        <w:t>更重要的是，D2六步法揭示了"为什么很多系统跑着跑着就死了"——大多数情况下，不是因为D2本身有问题，而是因为某一步被跳过了。最常被跳过的是"评估"和"反馈"——系统执行了，但没有认真检查执行效果，也没有收集用户的真实反馈，就直接进入了下一轮。这就像一个人跑步时闭着眼睛——腿在动，但不知道自己跑到哪里了。D3的优化则在更高层面工作：它不只是保证D2的每一步跑通，而是保证整个循环朝着"最小误差、最小冗余、最小损耗"的方向收敛。</w:t>
      </w:r>
    </w:p>
    <w:p>
      <w:pPr/>
      <w:r>
        <w:t>算法的核心不是公式，而是流程。这一步非常关键。因为只要不把这一步完成，算法就永远会被削弱成技巧学；而一旦完成，算法立刻变成运行学，变成软件生命机制的核心。真正的软件算法从来不只是排序搜索递归动态规划。一个推荐系统、一个训练系统、一个导航系统、一个风控系统、一个搜索系统、一个神经网络训练系统，哪一个不是流程体？它们当然会用公式、用数学、用条件判断，但真正决定它们是什么的，不是某一个公式，而是整个系统怎样连续推进、怎样判断、怎样反馈、怎样修正、怎样进入下一轮。算法的本体不是某个局部的计算表达，而是一个流程骨架。</w:t>
      </w:r>
    </w:p>
    <w:p>
      <w:pPr/>
      <w:r>
        <w:t>D2六步法不是人为拼凑的"教学流程图"，而是任何真正算法在本体层上都逃不开的循环骨架。猜想：一切算法都从假设开始。哪怕是最经典的二分查找，它也内置着一种先行假设——目标值可以通过有序结构被迅速逼近。哪怕是神经网络训练，也先要猜想某个网络结构和损失函数可能有效。执行：猜想不能停留在纸上，它必须被推入现实，让它与真实输入、真实数据发生碰撞。评估：让算法获得"自我观看"的能力——输出是否符合目标？损失值是否下降？推荐是否更匹配？反馈：结果必须回流，让输出重新进入系统内部，变成下一步运行的输入之一。修正：算法真正的学习动作——调参数、换路径、改模板、调阈值、重排权重。迭代：同样的流程再次发生时，系统已经不再是原来的自己。D作为差异序列的本体意义真正显现出来——算法不是在原地兜圈，而是在连续的回路中不断变得不同。</w:t>
      </w:r>
    </w:p>
    <w:p>
      <w:pPr/>
      <w:r>
        <w:t>如果到D2六步法这里就停下说"算法就是D2六步法"仍然不够。因为流程虽然重要但流程如果没有方向很容易变成盲跑；流程如果没有优化原则也会迅速变成低效内耗。因此软件中的算法不是单一D2而是一个三层系统：D1方向层、D2流程层、D3优化层。D1的创造方向：算法必须有能力生成新结果新路径新推荐新方案——如果一个算法只是重复旧动作它就不具备真正的软件价值。D1的自由方向：算法不能把系统锁死它还必须扩大选择空间切换能力回退能力和重新组织的空间。D1的幸福方向：算法的目标不应只是"完成任务"还应让系统更顺更轻更少阻塞更可持续。D3的最小误差：算法必须尽可能接近真实目标——推荐更准判断更稳评分更贴近实际。D3的最小冗余：算法不能让系统在无意义重复中打转——重复请求、重复计算、重复提醒都属于冗余。D3的最小损耗：算法不能为了结果而透支系统——真正高水平的算法必须是可持续算法。</w:t>
      </w:r>
    </w:p>
    <w:p>
      <w:pPr/>
      <w:r>
        <w:t>D1的三个方向——创造、自由、幸福——在软件中不是空泛的口号，而是非常具体的设计原则。创造：算法必须有能力生成新结果、新路径、新推荐、新方案。如果一个推荐系统只是重复推荐用户已经看过的东西，它就不具备创造性。自由：算法不能把系统锁死在一条路径上，它必须让用户拥有切换、回退和重新选择的空间。一个成熟的教育算法不应只逼学生前进，还要允许学生回顾、换方向甚至暂停。幸福：算法的目标不应只是"完成任务"，还应让系统更顺畅、更少阻塞、更可持续。一个电商推荐算法如果只追求点击率而让用户疲惫不堪，它也许高效但不幸福。D3的三条优化原则同样具体：最小误差意味着推荐更准、判断更稳；最小冗余意味着不重复请求、不重复计算、不重复提醒；最小损耗意味着不透支系统资源、不制造用户焦虑、不牺牲长期稳定换取短期结果。</w:t>
      </w:r>
    </w:p>
    <w:p>
      <w:pPr>
        <w:pStyle w:val="Heading1"/>
      </w:pPr>
      <w:r>
        <w:t>第六章  软件的E：数据库是软件实体的沉积场</w:t>
      </w:r>
    </w:p>
    <w:p>
      <w:pPr/>
      <w:r>
        <w:t>E在软件中表现为数据库，但数据库的本体远不是"存数据的地方"。数据库是软件世界中所有实体的沉积场——实体的诞生、历史、画像和三界位置，全部沉积在数据库之中。</w:t>
      </w:r>
    </w:p>
    <w:p>
      <w:pPr/>
      <w:r>
        <w:t>E的本体起点不是数据，而是特征纠缠聚合体[3]。一个用户不是一行数据，而是由注册信息、行为历史、偏好特征、社交关系、消费记录和平台角色共同纠缠而成的数字存在。数据库保存的不是裸数据，而是实体的数值历史。</w:t>
      </w:r>
    </w:p>
    <w:p>
      <w:pPr/>
      <w:r>
        <w:t>SDE将E展开为三层。E1是世界层：现实世界侧重变化与自由律，理念世界侧重特征与创造律，自我世界侧重感受与幸福律。E2是信息层：符号、逻辑、数学三种信息组织方式。E3是能量层：内能（实体内部的结构张力）、动能（实体当前的运动状态）、势能（实体在系统中的位置所蕴含的潜在能量）。</w:t>
      </w:r>
    </w:p>
    <w:p>
      <w:pPr/>
      <w:r>
        <w:t>当数据库被如此理解时，它就不再是一个被动的存储层，而成为软件世界的"土壤"。没有E，软件就没有历史，没有画像，没有对现实世界的记忆和适应能力。一个没有E的软件是空壳，一个E丰厚的软件才是真正的数字生命体。</w:t>
      </w:r>
    </w:p>
    <w:p>
      <w:pPr/>
      <w:r>
        <w:t>数据库之所以是软件的E而非仅仅是"存储层"，根本原因在于：数据库中保存的不是死的数据，而是活的实体的数值历史。每一行用户记录都不只是一行数字，而是一个数字存在物的生命轨迹。</w:t>
      </w:r>
    </w:p>
    <w:p>
      <w:pPr/>
      <w:r>
        <w:t>这个理解在实践中有重大的设计含义。传统数据库设计往往从"需要存什么字段"出发，本质上是一种"仓库思维"——把数据库当作放东西的地方。SDE视角下的数据库设计则从"这里住着什么实体、它们有什么样的生命过程"出发，本质上是一种"世界思维"——把数据库当作数字世界的土壤。</w:t>
      </w:r>
    </w:p>
    <w:p>
      <w:pPr/>
      <w:r>
        <w:t>"仓库思维"设计出来的数据库往往是扁平的：用户表有几十个字段，订单表有几十个字段，字段之间没有深层关联。"世界思维"设计出来的数据库则是立体的：它不仅记录实体的当前状态，还记录实体的历史轨迹（时间维度）、实体与其他实体的关系网络（空间维度）、实体的行为模式和偏好演化（特征维度）。三个维度交织，构成了丰厚的数字世界。</w:t>
      </w:r>
    </w:p>
    <w:p>
      <w:pPr/>
      <w:r>
        <w:t>E3能量结构在数据库设计中表现为：内能——实体内部积累的结构张力（比如一个用户长期积累的信用分、活跃度、专业声誉）；动能——实体当前的运动状态（比如用户最近的活跃频率、购买节奏、学习进度）；势能——实体在系统中的位置所蕴含的潜在能量（比如一个意见领袖的影响力位置、一个头部商家的平台位置）。理解E3，就能理解为什么有些平台的数据"看起来很多但没有用"——因为它只记录了表面数据，没有沉积出实体的能量结构。</w:t>
      </w:r>
    </w:p>
    <w:p>
      <w:pPr/>
      <w:r>
        <w:t>E的三层结构——E1世界层、E2信息层、E3能量层——在软件中的具体表现值得进一步展开。</w:t>
      </w:r>
    </w:p>
    <w:p>
      <w:pPr/>
      <w:r>
        <w:t>E1世界层在软件中表现为"用户在三个世界中的位置"。现实世界的数据告诉系统"用户客观上是谁"（地理位置、设备信息、使用时间、行为记录）。理念世界的规则告诉系统"用户应该被如何对待"（权限设置、服务等级、推荐策略、隐私规则）。自我世界的画像告诉系统"用户主观上是谁"（偏好、目标、情绪状态、长期趋势）。三个世界的数据交织在一起，共同构成了系统对用户的完整理解。</w:t>
      </w:r>
    </w:p>
    <w:p>
      <w:pPr/>
      <w:r>
        <w:t>E2信息层在软件中表现为"数据的组织方式"。符号层面的信息是最粗糙的——用户名、标签、分类。逻辑层面的信息更高级——用户行为之间的因果关系、偏好之间的关联模式。数学层面的信息最精密——用户的行为可以被建模为概率分布、时间序列或向量空间中的点。一个E层从符号走向数学的软件系统，其个性化能力会呈指数级提升。</w:t>
      </w:r>
    </w:p>
    <w:p>
      <w:pPr/>
      <w:r>
        <w:t>E3能量层在软件中表现为"实体的潜力和动量"。内能是实体内部的结构张力——一个用户账号中积累了多少年的数据？他的画像有多丰厚？这些积累构成了内能。动能是实体当前的活跃状态——用户最近登录频率如何？最近行为模式有没有变化？势能是实体在系统生态中的位置所蕴含的潜在影响力——一个拥有大量粉丝的创作者，其势能远高于普通用户。三种能量共同决定了实体在系统中的"重要性权重"。</w:t>
      </w:r>
    </w:p>
    <w:p>
      <w:pPr/>
      <w:r>
        <w:t>当数据库被如此理解时，它就不再是一个被动的存储层，而成为软件世界的"土壤"。没有E，软件就没有历史，没有画像，没有对现实世界的记忆和适应能力。一个没有E的软件是空壳，一个E丰厚的软件才是真正的数字生命体。正因为如此，数据库在软件成熟阶段越来越像"王者"，不是因为后端保守，而是因为世界本体最终会在长期中压过短期表演。一个新系统和一个成熟系统最大的差别之一，就在于E的内能不同——成熟系统的用户画像更厚，规则更深，历史更多，路径更清晰，世界更密。</w:t>
      </w:r>
    </w:p>
    <w:p>
      <w:pPr/>
      <w:r>
        <w:t>E的本体起点不是"数据库里有很多数据"，而是特征纠缠。软件中的任何一个稳定对象，只要它能被持续识别、持续调用、持续沉积，它都不是单个字段，而是一个特征纠缠聚合体——也就是软件实体。一个"用户"在软件中可能同时包含：身份特征、行为特征、历史特征、偏好特征、设备特征、风险特征、评分特征、阶段特征、关系特征。这些特征不是彼此孤立的，它们是在大量交互中逐渐形成纠缠的——一个用户越常使用某个模块，他的行为特征就会影响他的画像特征；画像特征又会影响推荐结果；推荐结果又反过来改变他的行为轨迹。于是"用户"就不再是一个简单对象，而成为了一个由特征纠缠而成的聚合存在体。数据库真正保存的不是裸数据[23]，而是实体的数值历史。数据是最后显影出来的一层，是变量的数值状态，是实体在某一时刻的一次数值折射。</w:t>
      </w:r>
    </w:p>
    <w:p>
      <w:pPr/>
      <w:r>
        <w:t>E展开为三层之后数据库的面目就完全改变了。E1世界层中现实世界侧重变化与自由律——一次训练开始到结束的变化、一个页面从空白到加载完成的变化、一个用户从阶段1到阶段2的推进。理念世界侧重特征与创造律——模板A/B/C、阶段1/2/3、三证据模型、风险标签体系、推荐规则系统。自我世界侧重感受与幸福律——用户的主观疲劳评分、恢复感、松感、监控依赖画像。E2信息层中符号让软件实体可以被命名和指称——没有符号实体无法进入程序语言也无法进入数据库命名系统。逻辑让实体之间形成关系——谁连接谁、谁依赖谁、哪个条件触发哪个规则。数学让实体进入度量和计算——评分排序统计趋势分析模型训练。E3能量层中内能是实体内部沉积的纠缠厚度——画像成熟度历史厚度。动能是当前正在发生的调用和交互活动——系统此刻的活跃度。势能是已经被结构化保存但未来随时可能被激发的可能性——某用户的长期数据未来可用于更高级个性化模型，某条路径未来可触发阶段升级。</w:t>
      </w:r>
    </w:p>
    <w:p>
      <w:pPr/>
      <w:r>
        <w:t>E1世界层在软件中的三界展开可以用更多例子来说明。现实世界侧重变化——一次训练开始到结束的变化、一个页面从空白到加载完成的变化、一个用户从阶段1到阶段2的推进、一次模块调用后的状态回落、一条路径从推荐到执行再到修正。这些都处在变化运行之中，侧重的是自由律。理念世界侧重特征——模板A/B/C、阶段1/2/3、三证据模型、风险标签体系、推荐规则系统、用户分类体系。这些不是现实事件本身，而是软件理解现实、组织现实、引导现实的抽象结构，侧重的是创造律。自我世界侧重感受——用户的主观疲劳评分、恢复感、自我松感、监控依赖画像、幸福体验记录、系统对自身推荐状态的自我反思。这一界最容易被忽略，但在现实中恰恰越来越重要，侧重的是幸福律。三界交织构成APP的完整世界——这个世界越深厚，APP就越不可替代。</w:t>
      </w:r>
    </w:p>
    <w:p>
      <w:pPr/>
      <w:r>
        <w:t>E层之所以构成最深的护城河，根本原因在于它的不可迁移性。S可以被模仿——竞争对手可以分析你的页面结构、对象关系和模块划分，然后设计出类似的S骨架。D可以被学习——竞争对手可以研究你的算法逻辑、推荐流程和路径生成策略，然后开发出类似的D引擎。但E不可被复制——因为E不是一组静态数据，而是用户与系统在长期交互中共同生成的特征纠缠网络。每一个用户的"数值传记"（行为序列、偏好漂移、能力成长曲线、情绪波动模式）都是在真实使用中一天一天沉积出来的，没有任何捷径可以跳过这个时间过程。即使把全部E层数据导出给竞争对手，他们也无法让这些数据"活起来"——因为E层数据的价值不在于数据本身，而在于数据与S结构和D路径之间的深度纠缠关系。一个用户的画像只有在它被生成时所处的那套SDE系统中才有完整的意义；脱离了那套系统，画像就变成了一堆没有上下文的数字。这就是为什么GPT虽然可以在一夜之间帮你生成S骨架和D算法，却不能帮你在一夜之间建立起E层——因为E层需要时间，而时间是唯一不可被技术压缩的资源。思想工程师最深的护城河，不是他定义的S有多精妙，不是他设计的D有多高效，而是他的系统运行多年后积累的E有多深厚。E层的深度就是数字世界的"地基深度"——地基越深，建筑越稳，替代成本越高。</w:t>
      </w:r>
    </w:p>
    <w:p>
      <w:pPr>
        <w:pStyle w:val="Heading1"/>
      </w:pPr>
      <w:r>
        <w:t>第七章  三维统一：S、D、E如何共同形成软件存在物</w:t>
      </w:r>
    </w:p>
    <w:p>
      <w:pPr/>
      <w:r>
        <w:t>只有S而没有D和E，软件退化为数字标本——有骨架但不能动、不能活。只有D而没有S和E，软件退化为盲跑风暴——有动力但没有方向、没有记忆。只有E而没有S和D，软件退化为历史废墟——有记忆但没有结构、没有生命力。三维必须同时在场，软件才成为真正的存在物。</w:t>
      </w:r>
    </w:p>
    <w:p>
      <w:pPr/>
      <w:r>
        <w:t>三维之间的互相预设关系是：S预设D和E——你设计的结构已经隐含了它将如何运行和将沉积什么样的世界。D改写S和E——运行过程会不断修正结构并在世界中留下新的痕迹。E重塑S和D——世界的特征变化会倒逼结构调整和流程重组。在一个成熟的软件系统中，这三个维度始终在互相塑造。</w:t>
      </w:r>
    </w:p>
    <w:p>
      <w:pPr/>
      <w:r>
        <w:t>这一理解的直接后果是：数据结构、算法和数据库不再是三门独立的课程，而是软件存在物的三个维度。教数据结构就是教S，教算法就是教D，教数据库就是教E。三者统一在"软件＝数字SDE"这一本体定义之下。AI时代，这三门课不是变得不重要，而是变得更重要——因为GPT可以帮你写代码，但不能帮你理解软件的存在方式。代码可以被自动化，本体理解不能被自动化。</w:t>
      </w:r>
    </w:p>
    <w:p>
      <w:pPr/>
      <w:r>
        <w:t>对"软件＝数字SDE"这一定义，至少存在四类最强的反驳，每一类都必须被正面回应。</w:t>
      </w:r>
    </w:p>
    <w:p>
      <w:pPr/>
      <w:r>
        <w:t>第一类反驳："软件本体为何不能就是代码？毕竟没有代码就没有软件。"回应：没有砖头也没有房子，但砖头不是房子的本体——房子的本体是空间结构、功能流线和居住世界。代码是软件的物质载体，但载体不等于本体。同一套数字SDE可以被不同代码实现，代码全换了软件可以不变——这证明本体在代码之上。</w:t>
      </w:r>
    </w:p>
    <w:p>
      <w:pPr/>
      <w:r>
        <w:t>第二类反驳："SDE是否只是旧概念换了新名词？'结构''流程''数据'这些词计算机科学早就有了。"回应：旧概念虽然存在，但从未被统一。数据结构、算法、数据库过去是三门独立的课，从未有人解释它们为什么是这三门而不是别的三门。SDE不是换词，而是第一次给出了统一解释：它们分别承担软件存在物的三个维度。统一本身就是创造。</w:t>
      </w:r>
    </w:p>
    <w:p>
      <w:pPr/>
      <w:r>
        <w:t>第三类反驳："S/D/E三分是否过于抽象？真实软件开发中，这三者纠缠在一起，分不开。"回应：分析上可分不等于现实中可分。分析三维的目的不是要求开发者先做完S再做D再做E，而是提供一个本体诊断工具——当系统出问题时，你可以追问是S的问题（结构混乱？）、D的问题（流程不通？）还是E的问题（世界太薄？）。三维不是施工顺序，而是诊断坐标。</w:t>
      </w:r>
    </w:p>
    <w:p>
      <w:pPr/>
      <w:r>
        <w:t>第四类反驳："GPT可以直接写代码，本体论还有什么现实价值？"回应：GPT写代码恰恰证明了本体论的价值。因为GPT写出的代码质量完全取决于你给它的SDE定义的清晰度。蓝图清晰，GPT产出精准；蓝图模糊，GPT产出混乱。GPT越强，"定义数字SDE的能力"就越稀缺——因为代码已经不稀缺了，稀缺的是告诉GPT"建什么样的世界"的本体判断力。</w:t>
      </w:r>
    </w:p>
    <w:p>
      <w:pPr/>
      <w:r>
        <w:t>本编的结论只有一句话：软件＝数字SDE。这是整部书的房角石。后面的一切——工程学、经济学、财富学、文明学——都建立在这块石头之上。如果思想不经过SDE化，它在AI面前就只是一团模糊的语义云：GPT可以高速搅动它，却无法真正压缩、显影和运行它。只有当思想获得S的骨架、D的流程、E的世界，它才从"可说"进入"可运行"。这正是第二编要解决的问题。</w:t>
      </w:r>
    </w:p>
    <w:p>
      <w:pPr/>
      <w:r>
        <w:t>三维统一的深层含义还在于：它解释了为什么好的软件团队需要三种不同的思维方式。S型思维擅长看结构——对象怎么分、关系怎么建、模块怎么切，这是架构师的核心能力。D型思维擅长看流程——任务怎么跑、异常怎么处理、迭代怎么推进，这是工程师的核心能力。E型思维擅长看世界——用户是谁、场景是什么、约束在哪、什么在变化，这是产品人和运营人的核心能力。最好的软件团队不是所有人都一样厉害，而是S、D、E三种思维都有人覆盖，并且三种人能够持续协同。</w:t>
      </w:r>
    </w:p>
    <w:p>
      <w:pPr/>
      <w:r>
        <w:t>这也解释了为什么"全栈工程师"虽然被追捧，但真正伟大的软件系统很少由一个人完成——因为一个人很难同时在S、D、E三个维度上都达到足够的深度。但SDE框架提供了一种可能：如果一个人掌握了SDE的整体视角，他就知道在S上该深挖到什么程度、在D上该设计到什么精度、在E上该了解到什么厚度。SDE不是替代专业分工，而是让分工有了统一的坐标系。</w:t>
      </w:r>
    </w:p>
    <w:p>
      <w:pPr/>
      <w:r>
        <w:t>最后，必须把本编的结论再压实一次：软件＝数字SDE。这不是一个修辞判断，不是一个学术建议，而是一个本体判断。它意味着：任何你见到的软件系统，无论它的代码用什么语言写，无论它的界面做成什么样，无论它被叫做APP还是平台还是SaaS，它的存在本体都是数字SDE。如果你理解了这一点，你就理解了软件是什么；如果你不理解这一点，你就会被代码、功能、界面这些表面现象永远遮蔽。</w:t>
      </w:r>
    </w:p>
    <w:p>
      <w:pPr/>
      <w:r>
        <w:t>如果拒绝接受"软件＝数字SDE"这个定义，至少有四个现实矛盾将无法解释。</w:t>
      </w:r>
    </w:p>
    <w:p>
      <w:pPr/>
      <w:r>
        <w:t>第一个矛盾：代码可以全部重写，但软件可以保持同一。一个系统从Java迁移到Go，代码行行不同，但用户感受到的是"同一个"产品。如果软件＝代码，代码变了软件就应该变了；可事实是代码全换了，软件却没变。这只有在"软件的本体不在代码层"的前提下才能解释。保持不变的是数字SDE——结构没变（S），流程没变（D），世界沉积没变（E），所以软件是同一个。代码只是换了一层皮。</w:t>
      </w:r>
    </w:p>
    <w:p>
      <w:pPr/>
      <w:r>
        <w:t>第二个矛盾：功能看似相同，平台价值却天差地别。微信和任何一个聊天工具都有"发消息"功能，但微信的市值是其他聊天工具的千倍万倍。如果软件＝功能，功能相同则价值应相似。可事实显然不是。差距不在功能层，而在E层——微信十多年的用户历史、社交关系网络、支付习惯、小程序生态，构成了一个极其深厚的数字纠缠世界。这个世界不可复制，不可迁移，因此不可替代。只有"软件＝数字SDE"才能解释为什么功能相同而价值不同——因为S相似、D相似，但E天差地别。</w:t>
      </w:r>
    </w:p>
    <w:p>
      <w:pPr/>
      <w:r>
        <w:t>第三个矛盾：数据越多，系统不一定越有生命。很多企业积累了海量数据，却发现系统并没有因此变得更智能或更有价值。按照"数据就是新石油"的逻辑，数据越多应该越好。可现实是，大量裸数据堆在数据库里只是噪声。数据要产生价值，必须被组织进一套SDE结构中——被结构化为实体的属性（S），被纳入差异处理的流程（D），被沉积为画像和历史（E的深层）。没有SDE结构的数据就像没有炼油厂的原油——堆得再多也只是一摊黑色液体。</w:t>
      </w:r>
    </w:p>
    <w:p>
      <w:pPr/>
      <w:r>
        <w:t>第四个矛盾：GPT压低了代码成本，软件的价值反而更凸显。按照"软件＝代码"的逻辑，代码成本下降意味着软件价值下降——因为软件变得更容易制造了。可事实恰恰相反：GPT时代人们更加重视软件，更愿意为好软件付费，对软件的依赖更深。这是因为软件的价值从来不在代码本身，而在代码背后的数字SDE。GPT降低了代码成本（显影层成本），但没有降低SDE的定义成本（本体层成本）。相反，由于代码门槛降低导致软件供给增加，真正有深厚SDE的软件反而变得更稀缺、更值钱。</w:t>
      </w:r>
    </w:p>
    <w:p>
      <w:pPr/>
      <w:r>
        <w:t>这四个矛盾共同指向一个结论：如果继续坚持"软件＝代码"或"软件＝功能"，这些现实现象就解释不通。只有接受"软件＝数字SDE"，四个矛盾才同时消解。这不是一个可接受可不接受的学术观点，而是一个不接受就无法理解当代数字世界的本体事实。</w:t>
      </w:r>
    </w:p>
    <w:p>
      <w:pPr/>
      <w:r>
        <w:t>一旦S、D、E真正统一，软件就会表现出一种非常特殊的"存在感"。这种存在感不是普通用户总能说清的，但几乎每个深度使用者、深度工程师、深度产品设计者都能隐约感到：有些软件"只是工具"，有些软件"已经像一个世界"。这种区别，本质上就是S、D、E的统一程度不同。S强而D弱，软件有架子但没气；D强而E弱，软件有动作但没历史；E强而S弱，软件有厚度但没秩序。只有三者同时强，软件才会表现出真正的数字存在感——让用户感觉这个系统"里面是通的"，让开发者感觉"结构是活的"，让产品设计者感觉"世界在长"。</w:t>
      </w:r>
    </w:p>
    <w:p>
      <w:pPr/>
      <w:r>
        <w:t>真正的软件不是三部分拼在一起的工件，而是一个三维互相预设、彼此生成、不断共生的数字存在体。可以更进一步地说：S规定软件如何被看到，D规定软件如何被经历，E规定软件如何被持续地拥有。或者换一种写法：S给软件身体，D给软件生命，E给软件世界。传统软件科学长期把数据结构、算法、数据库放在核心位置，这不是偶然，也不是教学惯性，更不是老旧课程体系的残留，而是因为它们本来就分别承担了软件的三维本体。过去这三门课只是被并列地教，今天它们第一次被统一地理解。AI时代，这三门课不是变得不重要，而是变得更重要——因为GPT可以帮你写代码，但不能帮你理解软件的存在方式。AI可以帮写代码，但不能替你决定软件的对象边界；AI可以帮补流程，但不能替你定义算法的意义方向；AI可以帮建表，但不能替你决定软件世界如何形成三界、信息与能量结构。</w:t>
      </w:r>
    </w:p>
    <w:p>
      <w:pPr/>
      <w:r>
        <w:t>一旦三维统一的理解建立起来，软件教育就不可能再维持旧样子。因为旧软件教育的问题不只是内容碎片而是总纲缺失。现在总纲已经出现教育就必须重写。未来的软件教育不能再只是学语言、学框架、学项目实战、学一些数据库基础、学一些算法题，而必须明确围绕三维展开：第一层S教育——训练学生如何立对象、立状态、立页面、立模块、立关系，真正学会构造软件骨架；第二层D教育——训练学生如何建立目标、设计主流程、形成反馈回路、实现修正和迭代，把软件做成一个真正会生长的系统；第三层E教育——训练学生理解软件实体、软件三界、数据库世界、画像系统、信息层与能量层，让软件真正形成长期存在能力。AI时代这三门课不是变得不重要而是变得更重要——因为GPT正在剥离软件开发中最表层的手工劳动，把软件开发逼回到它真正的核心：结构流程世界。AI时代真正不容易被替代的不是语法劳动而是S的判断力、D的设计力、E的世界构造力。</w:t>
      </w:r>
    </w:p>
    <w:p>
      <w:pPr/>
      <w:r>
        <w:t>软件的"存在感"可以被进一步分解为四个层级。第一层级是"功能在场"——系统有功能可以使用，这是最低的存在感。第二层级是"流程在场"——系统不只是功能列表，而是一条可以顺畅推进的使用路径，用户能感到"我在往前走"。第三层级是"世界在场"——系统有记忆、有画像、有历史，用户能感到"它认识我""它记得我上次做了什么"。第四层级是"生命在场"——系统在持续进化，它的推荐越来越准，它的理解越来越深，用户能感到"它在跟我一起长"。大多数软件停留在第一二层级，只有少数优秀的平台级软件达到了第三四层级。从第二层级到第三层级的跃迁，本质上是E开始真正运行的标志；从第三层级到第四层级的跃迁，本质上是S、D、E三维开始真正互相预设的标志。SDE软件学的终极目标，就是帮助更多软件达到第四层级。</w:t>
      </w:r>
    </w:p>
    <w:p>
      <w:pPr/>
      <w:r>
        <w:t>对"软件＝数字SDE"这一定义，存在四类最强的反驳。任何真正有力量的定义都必须能够承受最强反对意见的考验。第一类反驳——代码本体论："既然软件最终总要靠代码运行，为什么不直接把代码定义为本体？"这是最直觉、也最常见的反驳。回应的关键在于区分"最终运行载体"与"存在本体"。房屋最终要靠砖石承重，但建筑学的本体不是砖石而是空间结构、功能流线和居住世界。国家的运转依赖文件和法律文本，但国家的本体不是文件而是权力结构、社会关系和制度秩序。同理，软件的运转依赖代码，但软件的本体不是代码而是数字SDE——结构、流程和世界。代码是让本体最终显影的介质，重要但不等于本体。一个更强的论证是：同一个软件系统可以用完全不同的代码实现（Java改Go、Vue改React），代码全换了但软件可以是同一个——保持不变的是数字SDE（对象关系不变、流程逻辑不变、世界沉积不变），变化的只是代码层。如果软件＝代码，代码全换了软件就应该变了；可事实是代码全换了软件没变。这直接证明本体在代码之上。第二类反驳——换词包装论："S、D、E是否只是把'结构''流程''数据'换了个说法？计算机科学早就有这些概念了。"这个反驳看起来有道理，实际上忽略了一个关键区别：旧概念虽然存在但从未被统一。数据结构、算法、数据库在传统教育中是三门独立的课程，从来没有人解释过它们为什么是这三门而不是别的三门、它们之间到底是什么关系、它们如何共同构成一个软件存在物。SDE不是给旧概念换名字，而是第一次给出了统一解释框架：数据结构承担S维度，算法承担D维度，数据库承担E维度，三者互相预设共同构成软件存在物。统一本身就是创造——就像牛顿不是发明了"力"和"运动"这两个旧概念，而是用F=ma第一次把它们统一在同一个公式中。第三类反驳——过度抽象论："SDE太哲学太抽象，离实际软件开发太远。"回应的关键在于指出：SDE看似抽象，实际上恰好更贴近现代软件的真实复杂度。今天的软件已经不是几百行代码的小程序，而是对象系统、用户路径、数据沉积、接口治理、权限结构与持续演化的综合体。旧的"代码＋功能"定义才是真正脱离现实的——它只能解释简单程序，面对复杂平台系统就失语了。SDE不是在软件之外加一层哲学装饰，而是直接描述了现代软件内部的真实结构。更重要的是，SDE具有直接的工程含义：当系统出问题时，你可以追问是S的问题（结构混乱？）、D的问题（流程不通？）还是E的问题（世界太薄？）——这是一个可操作的诊断工具而不是空泛的哲学概念。第四类反驳——GPT替代论："GPT可以直接写代码，本体论还有什么现实价值？"这是最具时代感的反驳，也是最容易被回应的。GPT写代码恰恰证明了本体论的价值——因为GPT写出的代码质量完全取决于你给它的SDE定义有多清晰。你告诉GPT"帮我做一个教育APP"，它会给你一个泛泛的模板；你告诉GPT"知识结构用图形网络组织，每个节点包含定义、前置依赖、难度系数和三种呈现方式；主流程是推荐→学习→评估→反馈→修正→迭代；画像包含认知边界、遗忘曲线和动机状态三个维度"——它会给你一个精准得多的系统。第一种指令是模糊思想，第二种指令是SDE化的思想。GPT越强，"定义数字SDE的能力"就越稀缺——因为代码已经不稀缺了，稀缺的是告诉GPT"建什么样的世界"的本体判断力。因此GPT不是取消本体论，而是把本体论的重要性推到了前台。</w:t>
      </w:r>
    </w:p>
    <w:p>
      <w:pPr/>
      <w:r>
        <w:t>第一编已经完成了它的使命：软件＝数字SDE。从现在起，软件不再被理解为代码、功能或工具，而被理解为结构、流程与世界的三维统一体。但本体定义只是起点——知道软件"是什么"之后，下一个必须回答的问题是：思想如何一步步变成软件？这就是第二编的任务。</w:t>
      </w:r>
    </w:p>
    <w:p>
      <w:pPr/>
      <w:r>
        <w:t>本编完成了一个任务：为软件立本体。软件＝数字SDE——S承担结构，D承担运行，E承担世界。这个定义一旦立住，下一个问题自然涌出：一个人脑中的思想，如何一步步变成一个可运行的数字SDE系统？这就是第二编的任务——不是再谈软件是什么，而是展示思想如何变成软件。</w:t>
      </w:r>
    </w:p>
    <w:p>
      <w:pPr>
        <w:pStyle w:val="Heading1"/>
      </w:pPr>
      <w:r>
        <w:t>第二编  SDE软件工程学：从哲学到APP全过程</w:t>
      </w:r>
    </w:p>
    <w:p>
      <w:pPr>
        <w:pStyle w:val="Heading1"/>
      </w:pPr>
      <w:r>
        <w:t>第八章  从思想到APP：知识发生方式的转折</w:t>
      </w:r>
    </w:p>
    <w:p>
      <w:pPr/>
      <w:r>
        <w:t>人类知识的命运正在发生一次根本性的转折。过去，知识的最高目标是被理解——一本好书被人读懂，一套好理论被学界接受，一个好思想被社会认可，知识的使命就算完成了。但今天，知识越来越需要被运行。一个教育理念如果不能变成可运行的教学系统，它就只能停留在论文和讲座中；一个管理思想如果不能变成可运行的组织软件，它就只能停留在咨询报告里；一个健康方案如果不能变成可运行的个体管理平台，它就只能停留在专家建议层面。软件已经成为知识进入现实的主要入口。思想若不能进入软件，就失去了对现实的影响力。</w:t>
      </w:r>
    </w:p>
    <w:p>
      <w:pPr/>
      <w:r>
        <w:t>这一转折的发生不是偶然的。它与三个历史条件同时成熟有关。第一，GPT使得知识的中介层转译成本急剧下降，思想到代码的距离被压缩到前所未有的程度。第二，全球数字基础设施已经足够成熟，APP和平台可以在极短时间内触达亿级用户。第三，SDE思想体系为"从思想到软件"提供了系统化的方法论，使得这条路径不再依赖天才式的直觉跳跃，而可以被方法化地推进。三者合力，"从哲学到APP"不再是夸张修辞，而是时代必然。</w:t>
      </w:r>
    </w:p>
    <w:p>
      <w:pPr/>
      <w:r>
        <w:t>"从哲学到APP"这条路径之所以在今天成为时代必然，背后有一个更深层的历史逻辑：知识的价值正在从"被理解"转向"被运行"。</w:t>
      </w:r>
    </w:p>
    <w:p>
      <w:pPr/>
      <w:r>
        <w:t>在印刷时代，知识的最高形态是书本。一本好书被人读懂、被人引用、被人传播，知识就实现了它的使命。在大学体系中，知识的最高成就是学术发表——一篇论文被同行评审通过、被学界引用、被写入教科书。知识的全部生命周期都发生在"理解"的层面：从作者理解到读者理解，从老师理解到学生理解。</w:t>
      </w:r>
    </w:p>
    <w:p>
      <w:pPr/>
      <w:r>
        <w:t>但现在情况变了。一个教育理念不管被多少人理解，如果它不能变成可运行的教学系统，它对实际教育的影响就极其有限。一个管理思想不管被多少CEO认同，如果它不能变成可运行的组织软件，它就只能停留在培训和咨询中。一个健康方案不管被多少专家背书，如果它不能变成可运行的个体管理平台，它就只能服务于少数有条件的人。</w:t>
      </w:r>
    </w:p>
    <w:p>
      <w:pPr/>
      <w:r>
        <w:t>这就是"知识进入软件"的时代必然性。不是因为软件比书本"更好"，而是因为软件是知识在现实中"被运行"的唯一可规模化载体。书本传递理解，软件传递运行。理解是一次性的认知事件，运行是持续的现实过程。在GPT时代，从理解到运行的距离被极度压缩——这就使得"知识不进入软件就失去现实影响力"成为越来越严酷的事实。</w:t>
      </w:r>
    </w:p>
    <w:p>
      <w:pPr/>
      <w:r>
        <w:t>思想获得数字身体"的转折，其实已经在日常生活中悄然发生。你不再需要"理解"导航算法就能到达目的地——导航软件已经在"运行"这套知识。你不再需要"理解"推荐算法就能找到想看的电影——推荐系统已经在"运行"这套知识。你甚至不再需要"理解"语法规则就能写出正确的文字——拼写检查和语法纠正已经在"运行"这套知识。</w:t>
      </w:r>
    </w:p>
    <w:p>
      <w:pPr/>
      <w:r>
        <w:t>思想进入数字化"的转折，其实已经在日常生活中悄然发生。你不再需要"理解"导航算法就能到达目的地——导航软件已经在"运行"这套知识。你不再需要"理解"推荐算法就能找到想看的电影——推荐系统已经在"运行"这套知识。但这些都还是"工具级运行"——知识被嵌入了具体的功能点。真正的"文明级运行"是更深层的：一套教育思想不只是被写在教科书里让教师阅读，而是被嵌入一个SDE教育系统中，每天自动为百万学生生成个性化路径。当思想进入数字化"的完整跃迁。</w:t>
      </w:r>
    </w:p>
    <w:p>
      <w:pPr/>
      <w:r>
        <w:t>从思想到APP的整条链条中，一个值得注意的现象是信息密度的变化。哲学语言的信息密度最高——一个总纲词可能压缩了整个领域的核心逻辑，但它极度抽象。科学语言的信息密度略低但更广——概念结构体系把总纲词展开为数十个明确定义的概念。工程语言的信息密度进一步降低但更具操作性。到了蓝图和代码层面，信息已经被完全展开为机器可以理解的形式，密度最低但可执行性最高。这个过程就像一个高压晶体逐步溶解——晶体本身体积极小但内含能量极大，溶解后体积膨胀但可以被更多人吸收。SDE软件工程学的任务就是控制这个溶解过程，确保在每一步展开中核心信息不会丢失——S被保持、D被保持、E被保持。</w:t>
      </w:r>
    </w:p>
    <w:p>
      <w:pPr/>
      <w:r>
        <w:t>知识的第三种命运——"被运行"——在教育、健康和科研三大领域中的表现尤为深刻。在教育领域，知识从"被教师讲授"变成"被系统运行"——SDE教育系统每秒钟都在为不同学生运行不同的学习路径，知识不再等待读者的主动理解，而是主动出击为每个学习者生成最适合的呈现方式。在健康领域，知识从"被医生应用"变成"被系统运行"——SDE健康系统持续运行个体化的健康干预逻辑，不需要患者每次都去挂号看医生系统就在持续工作。在科研领域，知识从"被论文承载"变成"被母机运行"——SDE科研母机持续运行问题发现、结构试错和路径探索的逻辑，不需要研究者每天盯着文献库系统就在持续生成新的研究线索。这三个领域的共同模式是：知识的存在方式从"静态存储等待调用"变成"动态运行持续产出"。这就是SDE软件工程学所说的"从哲学到APP"的文明级含义——不是把知识存在电脑里而是让知识在数字世界中持续运转持续为不同用户生成不同价值。</w:t>
      </w:r>
    </w:p>
    <w:p>
      <w:pPr/>
      <w:r>
        <w:t>知识命运的改变已经确立。接下来的问题是：思想如何一步步降压为可运行的软件？这就进入了第二级台阶——思想降压。</w:t>
      </w:r>
    </w:p>
    <w:p>
      <w:pPr/>
      <w:r>
        <w:t>知识发生方式的转折不只是一个技术变化，而是一个文明级的范式转换[14]。在整个人类文明史上，思想进入数字化"。当一套教育思想被编码为SDE教育系统时，它不再等待教师去阅读它——它自己就在运行，自己就在为百万学生生成个性化路径。当一套健康知识被编码为SDE健康系统时，它不再等待医生去应用它——它自己就在运行，自己就在为每个用户生成个体化健康方案。这不是技术进步，这是知识存在方式的本体跃迁。</w:t>
      </w:r>
    </w:p>
    <w:p>
      <w:pPr>
        <w:pStyle w:val="Heading1"/>
      </w:pPr>
      <w:r>
        <w:t>第九章  基本链条：哲学→科学→工程→数字化→软件学→APP</w:t>
      </w:r>
    </w:p>
    <w:p>
      <w:pPr/>
      <w:r>
        <w:t>SDE软件工程学的核心发现，是从思想到APP之间存在一条完整的降压显影链条。这条链条有六个关键环节。</w:t>
      </w:r>
    </w:p>
    <w:p>
      <w:pPr/>
      <w:r>
        <w:t>第一环节是SDE哲学语言。在这个层面，思想以最高压缩度存在：总纲词、元概念、发生模板。它们像高压晶体一样，体量极小但内含的信息密度极高。第二环节是SDE科学语言。哲学语言在这里被展开为概念结构体系：对象被命名，关系被定义，分类被建立，逻辑被显影。第三环节是SDE工程语言。科学语言在这里被转化为可操作的目标体系、流程体系和优化体系。第四环节是数字化。工程语言在这里获得数字身体，进入数字SDE的存在方式。第五环节是SDE软件学。数字SDE在这里被进一步组织为蓝图、原型和可运行的系统架构。第六环节是APP显影。软件蓝图在这里通过代码实现，最终成为用户可以触摸和使用的现实入口。</w:t>
      </w:r>
    </w:p>
    <w:p>
      <w:pPr/>
      <w:r>
        <w:t>这六个环节不是线性的流水线，而是一条持续互动的发生链。后面的环节会反过来修正前面的环节，前面的环节也会不断为后面的环节提供新的展开。但其总体方向是确定的：从高压到低压，从抽象到具体，从思想到可运行的数字身体。</w:t>
      </w:r>
    </w:p>
    <w:p>
      <w:pPr/>
      <w:r>
        <w:t>六环节链条的内在逻辑是一个"降压显影"过程。什么叫降压？思想在哲学层面是最高压的——极少的词语承载极大的信息密度。一个总纲词如"SDE"，三个字母包含了结构、差异、纠缠三个维度，每个维度又包含三到五个层次，每个层次又可以展开为多个具体概念。这种压缩度极高，但也意味着它不能直接被机器执行。降压就是逐层展开、逐层具体化、逐层降低抽象度的过程。</w:t>
      </w:r>
    </w:p>
    <w:p>
      <w:pPr/>
      <w:r>
        <w:t>什么叫显影？每一次降压都会使思想的某些面向变得可见。在哲学层面，S/D/E还只是三个抽象维度；到科学层面，它们变成了具体的概念体系和分类框架；到工程层面，它们变成了可操作的目标、流程和判断标准；到软件层面，它们变成了数据模型、算法逻辑和数据库结构；到代码层面，它们变成了机器可执行的指令序列。每一层都是上一层的"显影"——使抽象的东西在更具体的层面上变得可见、可操作、可验证。</w:t>
      </w:r>
    </w:p>
    <w:p>
      <w:pPr/>
      <w:r>
        <w:t>这条链条的革命性在于：它第一次把从思想到产品的全过程变成了可方法化推进的系统过程，而不再依赖天才式的直觉跳跃。过去，从一个哲学思想到一个成功产品之间，隔着大量不可言说的创造性跳跃。今天，SDE提供了跳跃的阶梯，GPT提供了攀爬的速度。两者结合，"从哲学到APP"不再是少数天才的专利，而成为可学习、可训练、可规模化的能力。</w:t>
      </w:r>
    </w:p>
    <w:p>
      <w:pPr/>
      <w:r>
        <w:t>这条链的另一个特性是"越往下越具体，越往上越稀缺"。代码层的工作最具体但最容易被GPT替代。蓝图层稍抽象一些但也可以借助GPT加速。工程层需要更多的人类判断，但GPT仍可辅助。科学层需要领域专家的深度参与。哲学层——总纲词的发现——则完全不可被自动化。因此，在这条链上"越靠近源头的人越值钱"。</w:t>
      </w:r>
    </w:p>
    <w:p>
      <w:pPr/>
      <w:r>
        <w:t>这条链的一个关键特性是"可逆但不可跳"。"可逆"意味着后面的环节可以反过来修正前面的环节——原型验证时发现蓝图有问题，可以回去改蓝图。"不可跳"意味着你不能跳过中间环节——不能从哲学直接到代码（没有SDE化的思想让GPT写代码只会得到乱码），也不能从科学直接到原型（没有经过工程化和蓝图设计就做原型等于盲建）。这条链的另一个特性是"越往下越具体，越往上越稀缺"。代码层的工作最具体但最容易被GPT替代。蓝图层稍抽象一些但也可以借助GPT加速。工程层需要更多的人类判断。科学层需要领域专家的深度参与。哲学层——总纲词的发现——则完全不可被自动化。因此，在这条链上"越靠近源头的人越值钱"。</w:t>
      </w:r>
    </w:p>
    <w:p>
      <w:pPr/>
      <w:r>
        <w:t>这条链还有一个关键特性。代码层的工作最具体但最容易被GPT替代。蓝图层稍抽象但也可以借助GPT加速。工程层需要更多人类判断但GPT仍可辅助。科学层需要领域专家深度参与。哲学层——总纲词的发现——则完全不可被自动化。因此在这条链上"越靠近源头的人越值钱"。SDE软件工程学不是又一种敏捷方法论。敏捷解决的是"怎么更快地做出软件"，精益解决的是"怎么验证产品有没有市场"，SDE解决的是更上游的问题："一套思想如何变成软件"。三者不是竞争关系，而是在不同层级上工作。</w:t>
      </w:r>
    </w:p>
    <w:p>
      <w:pPr/>
      <w:r>
        <w:t>从思想到APP的完整发生链，在教育、健康和科研三大领域中已经被验证为可行。以教育为例，这条链的具体运行方式是：教育思想（"每个学生都是独一无二的学习者"）→SDE哲学语言（"教育＝学习者SDE，S＝知识结构，D＝学习路径，E＝学生画像"）→SDE科学语言（知识节点的精确定义、依赖关系的完整地图、画像维度的系统枚举）→SDE工程语言（D2主流程：推荐→学习→评估→反馈→修正→迭代；E条件：面向K12学生、中文为主、移动端优先）→数字化（知识节点进入数据库、路径算法进入代码、画像系统开始运转）→蓝图（页面结构：首页/学习页/评估页/画像页；数据库表：学生表/知识节点表/学习记录表/画像表）→原型（最小可行系统：100个知识节点＋1条主路径＋基础画像沉积）→世界沉积（学生历史积累、画像持续精炼、路径推荐越来越准）→APP（可供百万学生使用的个性化学习系统）。以健康为例同样的链条运行为：健康思想→SDE哲学语言（S＝人体结构模型，D＝干预路径，E＝健康画像）→科学语言（子系统关系定义、干预方式枚举、画像维度确定）→工程语言（D2主流程：方案推荐→执行→监测→反馈→调整→迭代）→数字化→蓝图→原型→世界沉积→APP。以科研为例：科研思想→SDE哲学语言（S＝知识结构模型，D＝问题到答案的推进路径，E＝研究数据沉积）→科学语言→工程语言→数字化→蓝图→原型→世界沉积→科研母机平台。三个领域的链条结构完全同构只是具体的S、D、E内容不同——这就是SDE作为元方法论的跨领域威力。</w:t>
      </w:r>
    </w:p>
    <w:p>
      <w:pPr/>
      <w:r>
        <w:t>六个环节的完整展开，在一个具体的教育系统案例中，表现为以下施工路线。哲学语言层：教育的SDE定义是"学习者SDE"——S是知识的结构网络，D是学习的差异路径，E是学生的特征世界。这一层的工作是确立方向：这个教育系统不是在"教内容"，而是在"为每个学生生成适合他的成长路径"。科学语言层：把"知识结构"展开为三千个具体的知识母体节点，每个节点包含核心定义、前置依赖、后续路径、难度系数和多种呈现方式；把"学生画像"展开为认知边界、遗忘曲线、兴趣偏好、学习节奏、动机状态等十几个维度。工程语言层：D2主流程被设计为推荐→学习→评估→反馈→修正→迭代；D1方向被确定为创造新能力（创造律）、允许自主节奏（自由律）、保持愉悦体验（幸福律）；E条件被声明为面向K12学生、中文为主、移动端优先、每日学习时长约30分钟。数字化层：知识节点进入数据库成为数字实体，路径生成逻辑进入算法成为数字D，学生画像进入用户系统成为数字E。蓝图层：页面结构——首页推荐页学习页评估页画像页；数据库表——学生表知识节点表学习记录表画像表路径历史表；API——推荐接口评估接口画像更新接口。原型层：最小可行系统选一个学科的一个章节——100个知识节点加1条主路径加基础画像沉积——在50个学生身上运行两周验证四件事：结构是否成立、主流程是否跑通、三界入口是否打开、数据库能否承载。这个案例证明：从一句"学习者SDE"到一个可运行的个性化学习原型，中间确实不是跳跃而是连续降压——每一步都在降低抽象度提高具体度，但SDE三维在每一步中始终在场。</w:t>
      </w:r>
    </w:p>
    <w:p>
      <w:pPr>
        <w:pStyle w:val="Heading1"/>
      </w:pPr>
      <w:r>
        <w:t>第十章  SDE哲学语言：总纲词与高压晶体</w:t>
      </w:r>
    </w:p>
    <w:p>
      <w:pPr/>
      <w:r>
        <w:t>SDE哲学语言是整条链条的起点，也是最需要原创力的环节。它的核心产出是总纲词——那些能够在极小的语言体量中统摄极大知识领域的高压概念。一个合格的总纲词必须同时满足四个条件：压缩性，能把大量信息压缩到一个词或一组词中；迁移性，能从一个领域移植到另一个领域而不失效；生成性，能从自身出发不断展开新的层级和分支；统摄性，能在最高层面统一看似不相关的多个维度。</w:t>
      </w:r>
    </w:p>
    <w:p>
      <w:pPr/>
      <w:r>
        <w:t>SDE本身就是一个典型的总纲词集合：S统摄一切结构问题，D统摄一切流程问题，E统摄一切世界问题。在S之下，规范维度（对比、变化、分布）统摄一切S的定量关系，模态维度（粒子、波、场）统摄一切S的存在方式，价值维度（真、善、美）统摄一切S的评判标准。在D之下，D1统摄方向，D2统摄过程，D3统摄优化。在E之下，E1统摄世界分布，E2统摄信息组织，E3统摄能量结构。这些总纲词共同构成了SDE的哲学语言网络。</w:t>
      </w:r>
    </w:p>
    <w:p>
      <w:pPr/>
      <w:r>
        <w:t>GPT时代为什么让高压模板第一次大规模可用？因为过去总纲词虽然存在，但从总纲词展开到具体领域知识是一项极其耗时耗力的工作。现在GPT可以在总纲词的指导下，极高速度地完成展开、枚举、匹配和初步组织。总纲词提供方向和骨架，GPT提供展开和显影。两者结合，哲学语言到科学语言的转化速度被提升了几十倍。</w:t>
      </w:r>
    </w:p>
    <w:p>
      <w:pPr/>
      <w:r>
        <w:t>总纲词的发现是整条链条中最需要原创力、也最难被GPT替代的环节。这一点必须被强调，因为很多人误以为GPT时代一切都可以被AI完成。恰恰相反，GPT越强，总纲词的发现就越珍贵——因为GPT的全部力量都需要总纲词来引导方向。</w:t>
      </w:r>
    </w:p>
    <w:p>
      <w:pPr/>
      <w:r>
        <w:t>一个真正好的总纲词像什么？它像一枚种子，体量极小但包含了整棵树的全部遗传信息。"SDE"三个字母包含了一整套跨领域的知识发生学方法论。"个性化自动化"五个字包含了一整套新经济学框架。"软件＝数字SDE"七个字包含了一整套软件本体论。这些词之所以有力量，不是因为它们好听或新奇，而是因为它们真正具有压缩性（信息密度极高）、迁移性（跨领域有效）、生成性（可以不断展开新层级）和统摄性（在最高层面统一多个维度）。</w:t>
      </w:r>
    </w:p>
    <w:p>
      <w:pPr/>
      <w:r>
        <w:t>寻找总纲词的方法是持续追问一个领域最深层的组织方式。不是问"这个领域有什么"（那是科学语言层的问题），不是问"这个领域怎么做"（那是工程语言层的问题），而是问"这个领域最根本的存在结构是什么"。这个问题的答案，就是总纲词的候选。</w:t>
      </w:r>
    </w:p>
    <w:p>
      <w:pPr/>
      <w:r>
        <w:t>总纲词的发现过程往往不是线性的推导，而是在长期的领域浸泡中突然"看见"的。这种"看见"与科学发现中的"顿悟"类似——它不是从A推导到B，而是在大量经验积累之后，突然发现一个能把所有经验统一起来的压缩点。</w:t>
      </w:r>
    </w:p>
    <w:p>
      <w:pPr/>
      <w:r>
        <w:t>GPT无法替代这种"看见"，因为它需要的不是从文献中提取已有知识，而是从真实经验中发现尚未被命名的模式。总纲词的稀缺性正在于此——它不是知识的总结，而是经验的压缩。</w:t>
      </w:r>
    </w:p>
    <w:p>
      <w:pPr/>
      <w:r>
        <w:t>总纲词的发现过程往往不是线性的推导，而是在长期的领域浸泡中突然"看见"的。SDE三个字母的发现过程就是如此——王德生在二十年的计算数学研究中，在Voronoi镶嵌[10]、Delaunay三角剖分和有限元网格生成[10]的研究中，反复遇到三种不可分割的要素：空间的结构划分、网格随边界条件变化的差异演化、以及多种约束条件之间的深层纠缠关系。当这种模式被识别、被命名、被压缩成S-D-E三个字母之后，它就获得了跨领域的迁移能力——因为结构、差异和纠缠不只存在于网格生成中，它们存在于一切复杂存在物之中。GPT无法替代这种"看见"，因为它需要的不是从文献中提取已有知识，而是从真实经验中发现尚未被命名的模式。总纲词的稀缺性正在于此——它不是知识的总结，而是经验的压缩。</w:t>
      </w:r>
    </w:p>
    <w:p>
      <w:pPr/>
      <w:r>
        <w:t>在SDE体系中，哲学语言层的核心产出是总纲词。总纲词的发现是整条链条中最需要原创力的环节。它的诞生不是从已有知识中推导出来的，而是从对世界的深层体验中"看到"的。SDE三个字母之所以能成为总纲词，不是因为作者把计算机科学的文献综述做了一遍然后总结出来，而是因为他在二十年的计算数学研究中——特别是在Voronoi镶嵌和Delaunay三角剖分的结构世界中——看到了结构、差异和纠缠三者的不可分割性，然后把这种"看到"压缩成了三个字母。GPT可以帮助展开一个已有的总纲词，但不能帮你发现一个新的总纲词。GPT时代为什么让高压模板第一次大规模可用？因为过去总纲词虽然存在，但从总纲词展开到具体领域知识是一项极其耗时耗力的工作。现在GPT可以在总纲词的指导下极高速度地完成展开、枚举、匹配和初步组织。总纲词提供方向和骨架，GPT提供展开和显影。两者结合，哲学语言到科学语言的转化速度被提升了几十倍。</w:t>
      </w:r>
    </w:p>
    <w:p>
      <w:pPr/>
      <w:r>
        <w:t>哲学语言为什么在整条链中最不可能被GPT替代？因为总纲词的发现需要一种非常特殊的能力——"看见不可见的东西"。一个领域中有大量的概念、方法、数据、争论，这些都是可见的。但把它们统摄在一起的那个深层模式——那个让一切都"说得通"的压缩点——是不可见的。它不在任何一篇论文中，不在任何一本教科书中，它只存在于长期浸泡在这个领域中的人的深层经验中。GPT可以帮你快速整理一个领域的可见知识，但它不能帮你看见不可见的模式。这种"看见"需要的不是信息检索能力，而是本体直觉——一种在大量经验积累之后突然"啊，原来如此"的认知跃迁。SDE的三个字母就是这样被"看见"的，而不是被"推导出来"的。</w:t>
      </w:r>
    </w:p>
    <w:p>
      <w:pPr/>
      <w:r>
        <w:t>任何真正成熟的思想体系，都不是从零散术语开始的，而是从一组具有极高压缩力的总纲词开始的。这些词之所以重要，不是因为它们听上去抽象宏大深刻，而是因为它们承担着一种极少被明确说出的功能：它们把一个世界的发生逻辑、结构逻辑、意义逻辑，高度压缩在极少的符号之中。SDE本身就是一组典型的总纲词[1][2]：S压缩了一切结构问题，D压缩了一切流程问题，E压缩了一切世界问题。在S之下，规范维度（对比、变化、分布）压缩了一切S的定量关系；模态维度（粒子、波、场）压缩了一切S的存在方式；价值维度（真、善、美）压缩了一切S的评判标准。在D之下，D1压缩了一切方向问题，D2压缩了一切过程问题，D3压缩了一切优化问题。在E之下，E1压缩了一切世界分布问题，E2压缩了一切信息组织问题，E3压缩了一切能量结构问题。这些总纲词共同构成了SDE的哲学语言网络。一个合格的总纲词必须同时满足四个条件：压缩性——能把大量信息压缩到一个词或一组词中；迁移性——能从一个领域移植到另一个领域而不失效；生成性——能从自身出发不断展开新的层级和分支；统摄性——能在最高层面统一看似不相关的多个维度。</w:t>
      </w:r>
    </w:p>
    <w:p>
      <w:pPr>
        <w:pStyle w:val="Heading1"/>
      </w:pPr>
      <w:r>
        <w:t>第十一章  SDE科学语言：概念结构体系</w:t>
      </w:r>
    </w:p>
    <w:p>
      <w:pPr/>
      <w:r>
        <w:t>从哲学语言到科学语言的转化，核心是把总纲词展开为特定领域的概念结构体系。科学首先聚焦于S——先把对象搞清楚。一个领域的科学化，首先意味着它的核心对象被清晰识别、被准确命名、被系统分类、被关系化组织。没有完成这一步的领域还停留在经验描述层面，完成了这一步的领域才进入科学的门槛。</w:t>
      </w:r>
    </w:p>
    <w:p>
      <w:pPr/>
      <w:r>
        <w:t>E2的具体化也在这一阶段完成。符号层面的科学表达是最初级的，它用自然语言或专门术语来命名和描述对象。逻辑层面的科学表达是中级的，它建立概念之间的推理关系和因果链条。数学层面的科学表达是最成熟的，它用精确的定量模型来捕捉对象的行为规律。一个领域的科学从符号走向逻辑再走向数学，就是E2逐步具体化的过程。完成了数学化的领域具有最强的迁移能力和预测能力。</w:t>
      </w:r>
    </w:p>
    <w:p>
      <w:pPr/>
      <w:r>
        <w:t>从哲学语言到科学语言的转化，最关键的质变标志是对象的诞生。哲学语言中的对象是模糊的，科学语言则要求对象被精确命名、被明确定义边界。GPT在这一环节中的作用极其重要：给它一组总纲词，它可以极高速度地展开为概念清单和分类体系。人类的工作是检查这些对象是否真实、是否承重。GPT做枚举，人做判断。</w:t>
      </w:r>
    </w:p>
    <w:p>
      <w:pPr/>
      <w:r>
        <w:t>从SDE哲学语言到蓝图之间，需要经历三次明确的"降压"。每次降压都把思想从更高的抽象层推进到更具体的操作层，同时在每一层都保持SDE三维的完整性。</w:t>
      </w:r>
    </w:p>
    <w:p>
      <w:pPr/>
      <w:r>
        <w:t>第一次降压：从哲学到科学（从"元概念"到"领域对象"）。哲学层的问题是：这个领域的总纲词是什么？它用什么SDE框架来统摄？科学层的问题变成了：具体有哪些对象？它们之间是什么关系？边界在哪里？举例说明：如果总纲词是"教育＝学习者SDE"（S＝知识结构，D＝学习路径，E＝学生世界），那么科学层要做的就是把"知识结构"展开为具体的知识节点清单，把"学习路径"展开为具体的学习活动序列，把"学生世界"展开为具体的画像维度。GPT可以在几分钟内帮你完成第一轮展开，但展开结果的审定必须由领域专家完成。</w:t>
      </w:r>
    </w:p>
    <w:p>
      <w:pPr/>
      <w:r>
        <w:t>第二次降压：从科学到工程（从"领域对象"到"操作流程"）。科学层的问题是"有什么"，工程层的问题变成了"怎么做"。具体来说：D1目标体系——这个系统最终要为用户创造什么价值？D2主流程——用户从进入系统到完成核心任务，经过哪几个步骤？每一步的输入、输出和判断条件是什么？D3优化标准——什么算"做得好"？误差容忍度是多少？响应时间要求是什么？同时必须声明E条件——面对什么用户群体？在什么技术和市场约束下运行？需要什么数据才能启动？</w:t>
      </w:r>
    </w:p>
    <w:p>
      <w:pPr/>
      <w:r>
        <w:t>第三次降压：从工程到蓝图（从"操作流程"到"数字施工图"）。工程层的语言仍然是自然语言和流程图，蓝图层则必须进入数字SDE的精确表达。S蓝图：每个对象有哪些字段？对象之间是一对一还是一对多？页面如何路由？模块如何划分？D蓝图：主流程的每一步对应什么API调用？条件分支的逻辑是什么？异常处理怎么做？E蓝图：数据库表结构是什么？哪些数据需要实时更新？画像系统怎么设计？历史记录保留多久？</w:t>
      </w:r>
    </w:p>
    <w:p>
      <w:pPr/>
      <w:r>
        <w:t>三次降压的共同规律是：每一层的抽象度降低，精确度升高，可执行性增强。但在每一层，S、D、E三维始终在场——不是只降S而忘了D和E，也不是只降D而忽略了S和E。三维同时降压，这就是SDE工程化与传统软件开发方法的根本区别。传统方法往往只降S（画数据库结构）或只降D（画流程图），而把E当作"后续再考虑"的事情。SDE要求三维必须始终同步推进。</w:t>
      </w:r>
    </w:p>
    <w:p>
      <w:pPr/>
      <w:r>
        <w:t>E2从符号到逻辑再到数学的三级跨越，在不同领域有不同的表现形态。在物理学中，这个跨越已经完全完成：物理对象被精确命名，物理定律被严格推导，物理行为被微分方程捕捉。物理学之所以预测能力极强，正是因为它的E2完全数学化了。在经济学中，这个跨越完成了一半：经济概念被广泛命名，经济逻辑被大量讨论，但经济数学模型往往与现实严重脱节——因为经济学的数学化常常只是对S的数学化，而忽略了E和D的复杂性。在教育学中，这个跨越几乎还在符号层面。SDE教育学的任务正是推动这个跨越。</w:t>
      </w:r>
    </w:p>
    <w:p>
      <w:pPr/>
      <w:r>
        <w:t>从哲学语言到科学语言的转化，最关键的质变标志是"对象的诞生"。哲学语言中的对象往往是模糊的弹性的可被多种方式解读的——比如"结构"这个词在哲学层面可以指代几乎一切有组织的存在。科学语言则要求对象被精确命名被明确定义边界被赋予可观测的属性。当一个领域完成了这一步——当它的核心对象从模糊直觉变成了精确概念——科学化就算真正开始了。GPT在这一环节中的作用极其重要：给GPT一组哲学层面的总纲词它可以极高速度地展开为概念清单分类体系和关系网络。这种展开不是创造——GPT不会创造新的对象——而是把已经隐含在总纲词中的可能性快速显影出来。人类的工作是检查这些被显影的对象是否真实是否承重是否遗漏了关键项。E2从符号到逻辑再到数学的三级跨越在不同领域有不同表现——物理学中这个跨越已完全完成，经济学中完成了一半，教育学中几乎还在符号层面。SDE的任务正是推动这些尚未完成跨越的领域完成它们的科学化。</w:t>
      </w:r>
    </w:p>
    <w:p>
      <w:pPr/>
      <w:r>
        <w:t>从概念结构到施工图的三次降压在教育领域的具体表现尤为清晰。第一次降压（哲学→科学）：教育的总纲词"学习者SDE"被展开为具体的对象清单——知识节点有哪些、节点之间的依赖如何、学生画像有哪些维度、学习路径的生成逻辑是什么。GPT可以在几分钟内帮你完成第一轮展开但展开结果的审定必须由教育领域的专家完成——因为只有真正理解教育的人才知道哪些知识节点是承重的、哪些依赖关系是真实的。第二次降压（科学→工程）：对象清单被转化为可操作的流程——D2主流程的每一步具体怎么做、判断节点在哪里、异常处理怎么设计。同时必须声明E条件：面向什么年龄段的学生？在什么技术环境下运行？需要什么精度的画像数据？第三次降压（工程→蓝图）：流程被转化为精确的施工图——每个页面的布局、每张数据库表的字段、每个API的输入输出。在健康领域同样存在三次降压：第一次把"个体化健康管理"展开为人体子系统关系模型、干预方式库、画像维度清单；第二次把这些对象转化为干预推荐→执行→监测→反馈→调整的主流程加上E条件声明；第三次把流程转化为可穿戴设备数据接入方案、画像数据库表结构、干预推荐API设计。在科研领域：第一次把"SDE科研创新"展开为问题类型分类、知识结构扫描方法、批判维度清单；第二次转化为E点火→S扫描→SDE批判→D开路→S重建→真善美检验的操作流程；第三次转化为科研辅助工具的界面设计、知识图谱数据库、创新路径推荐引擎的技术蓝图。</w:t>
      </w:r>
    </w:p>
    <w:p>
      <w:pPr/>
      <w:r>
        <w:t>科学从来不是从零开始的，它总是在某个更高层的思想结构已经形成之后才逐渐获得自己的对象方法分类和测量系统。科学首先聚焦于S——先把对象搞清楚。一个领域的科学化首先意味着它的核心对象被清晰识别、被准确命名、被系统分类、被关系化组织。没有完成这一步的领域还停留在经验描述层面完成了这一步的领域才进入科学的门槛。从哲学语言到科学语言的转化最关键的质变标志是"对象的诞生"。哲学语言中的对象往往是模糊的弹性的，科学语言则要求对象被精确命名被明确定义边界被赋予可观测的属性。GPT在这一环节中的作用极其重要：给GPT一组总纲词它可以极高速度地展开为概念清单分类体系和关系网络。但这种展开不是创造——GPT不会创造新的对象——而是把已经隐含在总纲词中的可能性快速显影出来。人类的工作是检查这些被显影的对象是否真实是否承重是否遗漏了关键项。GPT做枚举人做判断——这是科学语言阶段最典型的人机协同模式。</w:t>
      </w:r>
    </w:p>
    <w:p>
      <w:pPr>
        <w:pStyle w:val="Heading1"/>
      </w:pPr>
      <w:r>
        <w:t>第十二章  SDE工程语言：D1、D2、D3的具体化</w:t>
      </w:r>
    </w:p>
    <w:p>
      <w:pPr/>
      <w:r>
        <w:t>从科学语言到工程语言的转化，核心是把概念结构转化为可操作的目标、流程和优化体系。工程学不再问"是什么"，而是问"怎么做"。它聚焦于D。</w:t>
      </w:r>
    </w:p>
    <w:p>
      <w:pPr/>
      <w:r>
        <w:t>D1在工程层面被转化为目标体系。创造律在工程中表现为"系统要生成什么新东西"；自由律在工程中表现为"系统要处理多大范围的差异"；幸福律在工程中表现为"系统要为使用者带来什么样的体验改善"。D2在工程层面被转化为主流程体系：从用户进入系统到完成核心任务的全过程，被分解为明确的步骤序列。D3在工程层面被转化为判断与优化体系：每一步的执行效果如何衡量，偏差如何修正，冗余如何剔除。</w:t>
      </w:r>
    </w:p>
    <w:p>
      <w:pPr/>
      <w:r>
        <w:t>工程语言还必须包含E条件的显式声明。E1世界条件：系统运行的现实场景是什么？用户群体是谁？市场环境如何？E2信息条件：系统需要什么数据？数据的精度和实时性要求是什么？E3能量条件：系统的运行需要多少计算资源？维护成本是多少？增长潜力有多大？没有E条件的工程设计是悬空的，有了E条件的工程设计才真正扎根于现实。</w:t>
      </w:r>
    </w:p>
    <w:p>
      <w:pPr/>
      <w:r>
        <w:t>工程语言的核心挑战不是怎么把科学概念变成操作步骤，而是在什么E条件约束下做D的设计。同样一套科学概念，在不同的E条件下会产生完全不同的工程方案。E条件的显式声明之所以不可省略，正是因为离开E条件的工程方案是悬空的。</w:t>
      </w:r>
    </w:p>
    <w:p>
      <w:pPr/>
      <w:r>
        <w:t>D的三层结构在不同领域的工程化呈现方式不同，但骨架始终一致。在教育工程中，D1的创造律意味着"学生获得了原来不具备的能力"，自由律意味着"学生可以按自己的节奏和偏好学习"，幸福律意味着"学习过程本身是愉悦和有成就感的"。D2的六步法表现为：系统为学生推荐一条学习路径（猜想）→学生沿路径学习（执行）→系统检测学习效果（评估）→系统收集学生反馈（反馈）→系统根据反馈调整路径（修正）→进入下一轮学习（迭代）。D3的优化标准是：学习路径的推荐误差最小（最小误差）、学习过程中不必要的重复最少（最小冗余）、学生的时间和注意力浪费最低（最小损耗）。</w:t>
      </w:r>
    </w:p>
    <w:p>
      <w:pPr/>
      <w:r>
        <w:t>在健康工程中，D1的三律分别意味着"患者获得了更好的健康状态"（创造）、"患者可以在日常生活中自主管理健康"（自由）、"健康管理过程本身不增加焦虑和痛苦"（幸福）。D2的六步法和D3的优化逻辑同样适用，只是具体内容换成了健康干预的场景。这种"骨架不变、内容可换"的特性，正是SDE作为元方法论的跨领域威力所在。</w:t>
      </w:r>
    </w:p>
    <w:p>
      <w:pPr/>
      <w:r>
        <w:t>在SDE框架下，D的三层结构在不同领域的工程化呈现方式不同，但骨架始终一致。在教育工程中，D1的创造律意味着"学生获得了原来不具备的能力"，自由律意味着"学生可以按自己的节奏学习"，幸福律意味着"学习过程本身是愉悦的"。D2六步法表现为：系统为学生推荐路径（猜想）→学生沿路径学习（执行）→系统检测效果（评估）→系统收集反馈（反馈）→系统调整路径（修正）→进入下一轮（迭代）。这种"骨架不变、内容可换"的特性，正是SDE作为元方法论的跨领域威力所在。</w:t>
      </w:r>
    </w:p>
    <w:p>
      <w:pPr/>
      <w:r>
        <w:t>从科学语言到工程语言的转化，核心是把概念结构转化为可操作的目标、流程和优化体系。工程学不再问"是什么"而是问"怎么做"。（D1工程化见上文）——创造律表现为"系统要生成什么新东西"，自由律表现为"系统要处理多大范围的差异"，幸福律表现为"系统要为使用者带来什么体验改善"。D2在工程层面被转化为主流程体系——从用户进入系统到完成核心任务的全过程被分解为明确的步骤序列。D3在工程层面被转化为判断与优化体系。工程语言还必须包含E条件的显式声明——E1世界条件：系统运行的现实场景是什么？用户群体是谁？E2信息条件：系统需要什么数据？精度和实时性要求如何？E3能量条件：运行需要多少计算资源？维护成本是多少？没有E条件的工程设计是悬空的，有了E条件的工程设计才真正扎根于现实。</w:t>
      </w:r>
    </w:p>
    <w:p>
      <w:pPr/>
      <w:r>
        <w:t>从哲学到工程的三次降压已经完成。现在进入第三级台阶——工程语言如何获得数字身体，进入蓝图、原型和数据库世界。</w:t>
      </w:r>
    </w:p>
    <w:p>
      <w:pPr/>
      <w:r>
        <w:t>工程从来不是在真空中开始的。任何真正的工程都不是拿着几个概念凭借一些好意愿就直接往前冲；它必须在一个已经被规定的结构世界中、在一组现实条件与限制中、沿着某种明确方向、通过一条可执行流程、并不断接受优化与修正的方式展开。也就是说工程不可能先于E条件存在——工程恰恰是在特定E条件场中对D1（方向）、D2（流程）和D3（优化）的同时具体化。（D1工程化见上文）：这个系统到底要创造什么新东西（创造律）、要让用户拥有多大的行动空间和切换自由（自由律）、要让整个使用过程多顺畅多少阻力（幸福律）。D2在工程层面被转化为主流程体系：从用户进入系统到完成核心任务的全过程被分解为明确的步骤序列，每一步的输入输出和判断条件都被写清楚。D3在工程层面被转化为判断与优化体系：什么算"做得好"？误差容忍度是多少？响应时间要求是什么？同时必须声明E条件——E1世界条件：系统运行的现实场景是什么？用户群体是谁？E2信息条件：系统需要什么数据？精度和实时性要求如何？E3能量条件：运行需要多少计算资源？维护成本是多少？</w:t>
      </w:r>
    </w:p>
    <w:p>
      <w:pPr/>
      <w:r>
        <w:t>工程语言层的核心挑战不是"怎么把科学概念变成操作步骤"——这一步GPT可以很好地帮助完成——而是"在什么E条件约束下做D的设计"。工程设计永远是有条件的。同样一套科学概念在不同的E条件下（不同的用户群体、不同的市场环境、不同的技术约束、不同的资金预算）会产生完全不同的工程方案。一个教育系统的SDE工程语言在面向中国乡村小学时和面向新加坡国际学校时D2主流程可能截然不同——前者可能需要极简界面和离线功能后者可能需要多语言支持和AI深度交互。E条件的显式声明之所以不可省略正是因为离开E条件的工程方案是悬空的。（D1工程化见上文）——这个系统到底要创造什么新东西（创造律）、要让用户拥有多大的行动空间和切换自由（自由律）、要让整个使用过程多顺畅多少阻力（幸福律）。D2在工程层面被转化为主流程体系——从用户进入系统到完成核心任务的全过程被分解为明确的步骤序列每一步的输入输出和判断条件都被写清楚。D3在工程层面被转化为判断与优化体系——什么算"做得好"、误差容忍度是多少、响应时间要求是什么。同时必须声明完整的E条件：E1世界条件（面向什么场景）、E2信息条件（需要什么精度的数据）、E3能量条件（运行需要多少资源）。GPT可以帮助生成工程方案的骨架但E条件的判断必须由了解现实的人来提供。</w:t>
      </w:r>
    </w:p>
    <w:p>
      <w:pPr>
        <w:pStyle w:val="Heading1"/>
      </w:pPr>
      <w:r>
        <w:t>第十三章  工程数字化即进入软件学</w:t>
      </w:r>
    </w:p>
    <w:p>
      <w:pPr/>
      <w:r>
        <w:t>一个关键的跳跃发生在工程语言数字化的那一刻。当工程语言中的对象、流程和世界被转化为数字结构、数字差异和数字纠缠时，工程就进入了软件学的范畴。这不是一个简单的技术操作，而是一次本体转型。</w:t>
      </w:r>
    </w:p>
    <w:p>
      <w:pPr/>
      <w:r>
        <w:t>因为软件＝数字SDE（这是第一编已经确立的房角石），所以SDE工程一旦获得数字身体，就自动成为软件。这个判断听起来像是一句逻辑推导，但它的含义极其深远：它意味着任何一套SDE化的思想体系，只要完成了数字化，就已经在本体上成为了软件。不需要先有程序员，不需要先有代码，只需要思想被SDE化并获得数字表达，软件就已经在本体上诞生。代码只是后续的显影工作。</w:t>
      </w:r>
    </w:p>
    <w:p>
      <w:pPr/>
      <w:r>
        <w:t>这个判断在GPT时代具有爆炸性的意义。因为它意味着：从思想到软件的距离，被缩短为从思想到数字SDE的距离。而这段距离，恰恰是SDE软件工程学和GPT协同可以覆盖的。</w:t>
      </w:r>
    </w:p>
    <w:p>
      <w:pPr/>
      <w:r>
        <w:t>工程数字化即进入软件学的深层含义是：工程在获得数字身体的那一刻，发生了本体论层面的跃迁。一套教育方案被编码为数字S、数字D和数字E时，它就从知识变成了可以自主运行、持续迭代、不断沉积的软件存在物。由于软件＝数字SDE，SDE工程一旦完成数字化，就在本体上成为了软件。</w:t>
      </w:r>
    </w:p>
    <w:p>
      <w:pPr/>
      <w:r>
        <w:t>数字化带来的本体跃迁还意味着：一旦进入数字SDE，系统就获得了四种前数字时代不可能拥有的能力。第一，即时复制能力——数字SDE可以在毫秒级被复制到任何一台服务器上，使得一个成功的软件系统可以同时服务全球用户。第二，自动迭代能力——数字D可以在运行中不断收集反馈并自动优化路径，而不需要人工介入每一次调整。第三，无限沉积能力——数字E可以持续积累用户历史和画像数据，理论上没有存储上限，系统的"记忆"可以无限增长。第四，远程协同能力——数字SDE可以让分布在不同物理位置的用户、开发者和系统组件实时协同工作。这四种能力共同构成了数字SDE与非数字SDE的本质区别。</w:t>
      </w:r>
    </w:p>
    <w:p>
      <w:pPr/>
      <w:r>
        <w:t>"工程数字化即进入软件学"——这个判断的深层含义值得进一步展开。它不只是说"用计算机实现工程方案"而是说工程在获得数字身体的那一刻发生了一次本体论层面的跃迁。一套教育方案写在纸上时它是知识；同一套教育方案被编码为数字S（知识对象数据库）、数字D（学习路径算法）和数字E（学生画像系统）时它就不再只是知识而成为了一个可以自主运行、持续迭代、不断沉积的软件存在物。它可以在人类睡觉时继续工作可以同时服务一百万个不同的学生可以在运行中不断自我优化。这种从"被理解"到"被运行"的跃迁正是数字化的本体含义。由于软件＝数字SDE，所以SDE工程一旦完成数字化就在本体上成为了软件——不需要等到代码写完只需要数字SDE被完整定义软件就已经在本体上诞生了。数字化还带来四种前数字时代不可能拥有的能力：即时复制、自动迭代、无限沉积和远程协同。</w:t>
      </w:r>
    </w:p>
    <w:p>
      <w:pPr/>
      <w:r>
        <w:t>人类长期以来对"数字化"的理解其实是相当浅的。很多时候人们一提到数字化首先想到的是把纸面搬到电脑里、把流程做成系统、把表格放进数据库、把人工步骤换成页面和按钮，于是数字化就仿佛只是"把原来的东西电子化"。这种理解在管理实践中当然有一定用处但它严重低估了数字化的真正本体含义。SDE软件工程学的数字化概念完全不同——它不是"搬运"而是"存在方式的跃迁"。一套教育方案写在纸上时它是知识——它需要人来阅读人来理解人来执行人来调整。但同一套教育方案一旦被编码为数字S（知识对象数据库）、数字D（学习路径算法）和数字E（学生画像系统），它就发生了本体论层面的跃迁：它不再需要人来逐条执行它自己就能运行；它不再服务于某一个学生而是可以同时服务一百万个不同的学生；它不再在每次使用后就消散而是在每次使用中沉积新的数据加深对学生的理解。这种跃迁不是量变而是质变——从"被理解的知识"变成了"被运行的系统"。</w:t>
      </w:r>
    </w:p>
    <w:p>
      <w:pPr/>
      <w:r>
        <w:t>在SDE软件工程学的框架中，"工程数字化即进入软件学"这一判断具有极深的本体论含义。它不只是说"用计算机来实现"，而是说工程在获得数字身体的那一刻发生了一次本体论层面的跃迁——从"知识"变成了"存在物"。一套教育方案在纸上时，它是一段文字描述，需要教师去阅读、理解和执行。但同一套方案被编码为数字S（知识对象数据库）、数字D（学习路径算法）和数字E（学生画像系统）时，它就不再只是知识，而成为了一个可以自主运行、持续迭代、不断沉积的软件存在物。这种跃迁的具体表现是系统获得了四种前数字时代不可能拥有的能力。第一即时复制能力——数字SDE可以在毫秒级被复制到任何一台服务器上，使得一个成功的教育系统可以同时服务全球不同时区的学生。第二自动迭代能力——数字D可以在运行中不断收集反馈并自动优化路径，而不需要人工介入每一次调整。传统教育方案改版需要几个月，数字教育系统的路径优化可以在每一次学习行为后自动发生。第三无限沉积能力——数字E可以持续积累用户历史和画像数据，理论上没有存储上限，系统的"记忆"可以无限增长。第四远程协同能力——数字SDE可以让分布在不同物理位置的用户开发者和系统组件实时协同工作。工程数字化之所以"即进入软件学"，正因为数字化后的工程方案在本体上已经就是一个软件——它有S（数据结构）有D（算法）有E（数据库），满足了"软件＝数字SDE"的全部条件。不需要等到代码写完，只需要数字SDE被完整定义，软件就已经在本体上诞生了。代码只是让这个已经在本体上存在的软件获得"可执行"的最后一步显影。</w:t>
      </w:r>
    </w:p>
    <w:p>
      <w:pPr/>
      <w:r>
        <w:t>数字化的四种新能力值得用具体案例来说明。以教育领域为例。即时复制能力：一个在深圳验证成功的个性化学习系统可以在24小时内被部署到新疆的一所乡村学校——代码完全相同数据库结构完全相同只是E层从深圳学生的画像变成了新疆学生的画像。传统教育要实现同样的扩展需要培训教师、运输教材、适配课程，可能需要几个月甚至几年。自动迭代能力：系统为一个学生推荐了"先学分数再学小数"的路径，但监测到这个学生在分数部分卡住了——系统在下一轮自动改为"先用视觉化方式建立分数直觉再进入正式学习"。传统教育中这种调整需要一个经验丰富的教师观察数天后做出判断。无限沉积能力：一个运行三年的教育系统积累了每个学生在每个知识节点上的表现数据、每种教学方式的效果对比、每个时间段的学习效率分布——这些数据构成了一个比任何教育研究论文都更丰富的"教育知识矿脉"。远程协同能力：一个学生在北京学到的知识进展可以在他搬家到上海后无缝续接——系统记住了他的一切学习历史和画像特征。</w:t>
      </w:r>
    </w:p>
    <w:p>
      <w:pPr>
        <w:pStyle w:val="Heading1"/>
      </w:pPr>
      <w:r>
        <w:t>第十四章  软件设计语言：蓝图</w:t>
      </w:r>
    </w:p>
    <w:p>
      <w:pPr/>
      <w:r>
        <w:t>数字SDE被进一步压成蓝图，蓝图是代码实现之前的最后一层设计语言。蓝图分为三组。</w:t>
      </w:r>
    </w:p>
    <w:p>
      <w:pPr/>
      <w:r>
        <w:t>数据结构蓝图（S的蓝图）：核心对象清单、对象属性定义、对象关系图、页面结构图、模块划分图、路由结构图、状态转换图。算法流程蓝图（D的蓝图）：D1目标定义表、D2主流程图（从用户进入到任务完成的全过程）、D3判断节点与优化逻辑。数据库世界蓝图（E的蓝图）：实体关系模型（ER图）、三界分布图（现实数据/理念规则/自我画像如何沉积）、历史记录策略、画像生成逻辑。</w:t>
      </w:r>
    </w:p>
    <w:p>
      <w:pPr/>
      <w:r>
        <w:t>蓝图层不能被跳过。没有蓝图就直接编码，等于没有图纸就直接盖楼。GPT可以帮助快速生成蓝图的初稿，但蓝图的审定必须由人来完成，因为蓝图决定的是"建什么样的世界"，这不是技术问题，而是本体判断。</w:t>
      </w:r>
    </w:p>
    <w:p>
      <w:pPr/>
      <w:r>
        <w:t>蓝图层的设计质量直接决定了软件的生死。这不是夸张。在大量失败的软件项目中，代码写得不好只占少数原因，更多的原因是蓝图层就出了问题——或者根本没有蓝图就开始编码。</w:t>
      </w:r>
    </w:p>
    <w:p>
      <w:pPr/>
      <w:r>
        <w:t>数据结构蓝图（S蓝图）的核心是"对象关系图"。这不是简单的ER图，而是对"这个软件看见什么世界"的完整回答。每一个对象代表一类实体，每一条关系代表实体之间的结构连接。一个设计良好的对象关系图应该让人一眼看出：这个系统处理的是什么事、涉及哪些角色、数据如何流动。如果看了对象关系图仍然不知道这个系统是干什么的，那说明S设计失败了。</w:t>
      </w:r>
    </w:p>
    <w:p>
      <w:pPr/>
      <w:r>
        <w:t>算法流程蓝图（D蓝图）的核心是"主流程图"。主流程不是所有可能流程的总和，而是用户完成核心任务的那条最关键路径。一个电商系统的主流程是"浏览→选择→下单→支付→收货"。一个教育系统的主流程是"诊断→推荐→学习→评估→调整"。主流程必须先跑通，其他分支流程才有意义。</w:t>
      </w:r>
    </w:p>
    <w:p>
      <w:pPr/>
      <w:r>
        <w:t>数据库世界蓝图（E蓝图）的核心是"三界沉积策略"。现实界沉积什么数据（行为日志、交易记录、传感器数据）？理念界运行什么规则（推荐算法、分级标准、权限规则）？自我界积累什么画像（偏好模型、成长轨迹、能力评估）？三界的沉积策略决定了APP的"世界厚度"——沉积越深，平台越不可替代。</w:t>
      </w:r>
    </w:p>
    <w:p>
      <w:pPr/>
      <w:r>
        <w:t>蓝图的另一个关键作用是让GPT知道你要什么。没有蓝图就让GPT写代码，等于对一个极其能干但不知道你想建什么的工匠说帮我盖个房子。蓝图就是你和GPT之间的合同——它精确定义了数字SDE的每一个维度。蓝图越清晰，GPT的输出就越精准。</w:t>
      </w:r>
    </w:p>
    <w:p>
      <w:pPr/>
      <w:r>
        <w:t>蓝图设计中一个经常被低估的部分是"状态转换图"。状态转换图描述的是系统中核心对象在不同状态之间如何转换——什么事件触发转换，什么条件限制转换，转换失败时怎么处理。</w:t>
      </w:r>
    </w:p>
    <w:p>
      <w:pPr/>
      <w:r>
        <w:t>以一个在线学习系统为例，一个"学习任务"对象的状态可能包括：未开始→进行中→已完成→已评估→已回顾。从"未开始"到"进行中"的触发事件是"学生点击开始"。从"进行中"到"已完成"的触发事件是"学生提交答案"。但如果学生中途退出（异常事件），系统需要把状态标记为"暂停"并保存进度。从"已完成"到"已评估"的触发事件是"系统运行评估算法"。从"已评估"到"已回顾"的触发事件是"学生查看评估结果并确认"。</w:t>
      </w:r>
    </w:p>
    <w:p>
      <w:pPr/>
      <w:r>
        <w:t>每一个状态转换都对应一段D逻辑。状态转换图就是S和D的交汇处——它用S的语言（状态和对象）描述了D的逻辑（什么时候做什么事）。一个没有状态转换图的蓝图是不完整的，因为它只描述了"系统有什么"（S的静态面），没有描述"系统怎么动"（S和D的动态交汇）。</w:t>
      </w:r>
    </w:p>
    <w:p>
      <w:pPr/>
      <w:r>
        <w:t>蓝图的另一个关键作用是"让GPT知道你要什么"。没有蓝图就让GPT写代码，等于对一个极其能干但不知道你想建什么的工匠说"帮我盖个房子"。蓝图就是你和GPT之间的"合同"——它精确定义了数字SDE的每一个维度。蓝图越清晰，GPT输出越精准。状态转换图是蓝图中经常被低估的部分。以一个在线学习系统为例，一个"学习任务"的状态可能包括：未开始→进行中→已完成→已评估→已回顾。每一个状态转换都对应一段D逻辑。状态转换图就是S和D的交汇处——它用S的语言描述了D的逻辑。</w:t>
      </w:r>
    </w:p>
    <w:p>
      <w:pPr/>
      <w:r>
        <w:t>蓝图分为三组。数据结构蓝图（S的蓝图）：核心对象清单、对象属性定义、对象关系图、页面结构图、模块划分图、路由结构图、状态转换图。算法流程蓝图（D的蓝图）：D1目标定义表、D2主流程图、D3判断节点与优化逻辑。数据库世界蓝图（E的蓝图）：实体关系模型、三界分布图、历史记录策略、画像生成逻辑。蓝图层不能被跳过——没有蓝图就直接编码等于没有图纸就直接盖楼。GPT可以帮助快速生成蓝图的初稿但蓝图的审定必须由人来完成因为蓝图决定的是"建什么样的世界"这不是技术问题而是本体判断。许多软件项目失败的根源不在于代码写得不好而在于蓝图被跳过了。蓝图被跳过的原因通常有三个：第一GPT让代码生成变得太容易了人们误以为"能写代码就等于能做软件"；第二创业文化鼓励"快速迭代"但这种策略只适用于S已经基本清晰的情况；第三蓝图设计需要的是结构思维能力和世界设计能力这远比写代码更难。</w:t>
      </w:r>
    </w:p>
    <w:p>
      <w:pPr/>
      <w:r>
        <w:t>蓝图设计的完整过程可以被分为三组蓝图的绘制。数据结构蓝图（S的蓝图）：核心对象清单、对象属性定义、对象关系图、页面结构图、模块划分图、路由结构图、状态转换图。算法流程蓝图（D的蓝图）：D1目标定义表、D2主流程图（从用户进入到任务完成的全过程）、D3判断节点与优化逻辑。数据库世界蓝图（E的蓝图）：实体关系模型（ER图）、三界分布图（现实数据/理念规则/自我画像如何沉积）、历史记录策略、画像生成逻辑。三组蓝图必须同步设计、互相校验——S蓝图定义了对象世界，D蓝图定义了运行过程，E蓝图定义了沉积方式。三者如果不一致，后续开发必然出现混乱。蓝图层不能被跳过——没有蓝图就直接编码，等于没有图纸就直接盖楼。</w:t>
      </w:r>
    </w:p>
    <w:p>
      <w:pPr/>
      <w:r>
        <w:t>蓝图设计在三大产业中的具体展开方式各有特色但骨架一致。教育蓝图的S部分必须回答：知识节点用什么数据结构组织——树形层级还是图形网络？每个节点包含哪些字段——核心定义、前置依赖、难度系数、呈现方式列表？节点之间的关系用什么方式表达——邻接表还是关系数据库？D部分必须回答：路径推荐算法的主流程是什么？学生卡住时的重算逻辑是什么？多种呈现方式之间的切换规则是什么？E部分必须回答：学生画像存在哪张表里？每次学习行为更新画像的哪些字段？遗忘曲线用什么模型估算？画像数据保留多久？健康蓝图的S的核心问题是：人体子系统用什么模型表达？不同指标之间的关联关系如何存储？异常值的判定阈值如何设定？D要解决的是：干预方案推荐的算法逻辑是什么？可穿戴设备数据的采样频率和传输方式是什么？E的任务是：用户健康画像的更新频率是多少？历史数据的存储和检索策略是什么？画像精度随时间如何演化？科研蓝图的S聚焦于：知识结构扫描的对象模型是什么？文献之间的关系如何建模？D的主轴是：SDE批判的自动化支持逻辑是什么？新路径的推荐算法是什么？E的核心问题是：研究数据的沉积格式是什么？跨领域关联的发现机制是什么？</w:t>
      </w:r>
    </w:p>
    <w:p>
      <w:pPr/>
      <w:r>
        <w:t>一切真正复杂的建造都必须先经过一层蓝图化。蓝图的意义从来不只是"画一张图"而是让一个尚未显影的整体在真正施工之前先以结构路径关系和层次的方式被完整预演出来。蓝图是一种极其特殊的语言——它既不是哲学判断也不是科学命名也不是工程流程图也不是代码。它是一种高保真压缩语言，同时靠近思想与施工。蓝图的真正对象不是"怎么画一张图"而是"数字SDE如何被压成施工图"。这意味着蓝图必须同时完成三件事：把S压成可施工的结构图（对象清单、关系图、页面层级、模块边界、状态转换图），把D压成可执行的流程图（主流程、分支逻辑、异常处理、反馈回路），把E压成可沉积的世界图（数据库表结构、三界分布方案、画像系统设计、历史记录策略）。三组蓝图必须互相校验——S蓝图中的对象必须在E蓝图的数据库表中有对应，D蓝图中的每一步必须有S蓝图中的页面和状态来承载，E蓝图中的沉积规则必须与D蓝图中的反馈逻辑对接。这种"三组互检"是SDE蓝图设计与传统软件设计最大的区别。</w:t>
      </w:r>
    </w:p>
    <w:p>
      <w:pPr/>
      <w:r>
        <w:t>在三组蓝图中，状态转换图具有特殊的承重地位，因为它是S（静态面）与D（逻辑流）的唯一结合点。对象的状态列表属于S——它定义了对象在某一时刻可能处于什么状态；状态之间的转换规则属于D——它定义了对象如何从一个状态进入另一个状态。以一个在线学习系统为例，"学习任务"的状态可能包括：未开始→进行中→已完成→已评估→已回顾。每一个状态转换都对应一段D逻辑：从"未开始"到"进行中"需要用户点击开始按钮（触发条件）；从"进行中"到"已完成"需要用户完成所有学习内容（完成条件）；从"已完成"到"已评估"需要系统自动计算成绩（评估逻辑）；从"已评估"到"已回顾"需要用户查看评估结果并确认（确认动作）。状态转换图把S和D的交汇完整展示出来：哪些状态是合法的属于S问题，状态之间如何跳转属于D问题，哪些跳转被禁止（比如不能从"未开始"直接跳到"已评估"）属于S和D共同约束的问题。蓝图设计中最常见的错误之一，就是只画了页面结构和算法流程却忽略了状态转换图——导致系统在运行中出现"不合法的状态跳转"（比如订单明明已经退款了却还能被评价），这类bug的根源不是代码错误而是蓝图层的S和D没有在状态转换图上对齐。</w:t>
      </w:r>
    </w:p>
    <w:p>
      <w:pPr/>
      <w:r>
        <w:t>蓝图设计中有一个极易被忽略却极其关键的要素：状态转换图。它之所以关键，是因为它是S（静态结构面）与D（动态逻辑流）的唯一交汇点。对象有哪些合法状态，属于S的定义范畴；状态之间如何跳转、什么条件触发跳转、什么跳转被禁止，属于D的设计范畴。如果蓝图中缺失了状态转换定义，D路径的触发就失去了结构依据——算法不知道当前对象处于什么状态，也不知道下一步应该把对象推向什么状态，结果就是系统运行时出现大量"不合法的状态跳转"。例如，一个订单已经被取消了却仍然可以被评价；一个学习任务已经完成了却仍然显示为进行中；一个健康干预方案已经过期了却仍然在被推荐。这些bug的表面原因是代码逻辑错误，但深层原因是蓝图层的S和D没有在状态转换图上对齐。因此，蓝图审稿时的第一条检查规则应该是：每一个有生命周期的对象，是否都画出了完整的状态转换图？每一个状态跳转，是否都有明确的触发条件和禁止条件？</w:t>
      </w:r>
    </w:p>
    <w:p>
      <w:pPr>
        <w:pStyle w:val="Heading1"/>
      </w:pPr>
      <w:r>
        <w:t>第十五章  原型与显影：APP入口第一次打开</w:t>
      </w:r>
    </w:p>
    <w:p>
      <w:pPr/>
      <w:r>
        <w:t>原型是数字SDE在现实世界的第一次显影。它不需要完美，但必须验证四件事。第一，结构是否成立：核心对象和关系是否在界面上可见、可操作。第二，主流程是否跑通：用户能否完成从进入到完成核心任务的全过程。第三，三界入口是否打开：现实数据能否进入系统，规则能否被执行，用户画像能否开始沉积。第四，数据库能否承载：实体能否被创建、被存储、被检索、被更新。</w:t>
      </w:r>
    </w:p>
    <w:p>
      <w:pPr/>
      <w:r>
        <w:t>原型验证通过后，APP开始从单页原型向多页面模块化系统生长。这个生长过程不是"加功能"，而是"长世界"——APP的数字世界越来越厚，沉积越来越深，纠缠越来越丰富。一个APP从简陋到成熟，不是代码变多了，而是它的数字SDE变得越来越充实。</w:t>
      </w:r>
    </w:p>
    <w:p>
      <w:pPr/>
      <w:r>
        <w:t>原型阶段最容易犯的错误是追求完美。最小可行原型只需要包含三样东西：一个最核心的S、一条最短的D、和一个最基本的E入口。如果这三样东西跑通了，SDE就在现实世界站住了。GPT在原型阶段的作用尤其突出——给GPT一份蓝图，它可以在几小时内生成原型的全部代码，使得快速验证SDE成为可能。</w:t>
      </w:r>
    </w:p>
    <w:p>
      <w:pPr/>
      <w:r>
        <w:t>原型验证中最容易被忽视的一点是"E入口的打开"。很多原型只验证了S（结构能不能显示出来）和D（流程能不能跑通），却忽略了E——系统有没有开始真正记住用户。一个教育原型如果只是展示了课程列表（S）和学习流程（D），但没有开始记录学生的学习行为和生成画像（E），那它验证的只是一个"展示型原型"，而不是一个"活型原型"。</w:t>
      </w:r>
    </w:p>
    <w:p>
      <w:pPr/>
      <w:r>
        <w:t>从投资角度看，活型原型远比展示型原型有价值。因为活型原型每运行一天，E就沉积一天，护城河就加深一天。展示型原型无论运行多久，竞争壁垒都不会增加。</w:t>
      </w:r>
    </w:p>
    <w:p>
      <w:pPr/>
      <w:r>
        <w:t>活型原型与展示型原型的区别在于：展示型原型运行一千次和运行一次没有区别——系统不会因为被使用而变得更好。活型原型则会在每次使用中积累E，因此运行一千次之后的系统比运行一次的系统更聪明、更精准、更有价值。从投资角度看，活型原型远比展示型原型有价值——活型原型每运行一天，E就沉积一天，护城河就加深一天。</w:t>
      </w:r>
    </w:p>
    <w:p>
      <w:pPr/>
      <w:r>
        <w:t>原型是数字SDE在现实世界的第一次显影。它不需要完美但必须验证四件事：第一结构是否成立——核心对象和关系是否在界面上可见可操作；第二主流程是否跑通——用户能否完成从进入到完成核心任务的全过程；第三三界入口是否打开——现实数据能否进入系统、规则能否被执行、用户画像能否开始沉积；第四数据库能否承载——实体能否被创建被存储被检索被更新。最小可行原型只需要包含三样东西：一个最核心的S（如一个教育系统只需要"学生"和"知识节点"两个对象）、一条最短的D（从学生登录到完成一个学习任务的主流程）、和一个最基本的E入口（能记录学生的一次学习行为并开始沉积历史）。活型原型与展示型原型的区别在于：展示型原型运行一千次和运行一次没有区别——系统不会因为被使用而变得更好；活型原型则会在每次使用中积累E因此运行一千次之后的系统更聪明更精准更有价值。</w:t>
      </w:r>
    </w:p>
    <w:p>
      <w:pPr/>
      <w:r>
        <w:t>原型验证在三大产业中必须各自验证不同的核心假设。教育原型必须验证的核心假设是："系统生成的个性化路径确实比统一课程更有效"——具体衡量标准是学生的学习效率（同样的知识掌握程度用时更短）和学习满意度（学生更愿意继续使用系统）。最小可行原型可以只选一个学科的一个章节比如小学数学的分数运算——包含30个知识节点、3种呈现方式、基础画像沉积——在50个学生身上运行两周看效果。健康原型必须验证的核心假设是："系统的个体化干预方案确实比标准化建议更有效"——具体衡量标准是生理指标的改善速度和用户的依从性。最小可行原型可以只选一个健康维度比如睡眠质量——接入智能手环数据、生成个性化的睡眠改善方案、追踪两周的改善效果。科研原型必须验证的核心假设是："SDE科研流程确实能帮研究者发现传统方法发现不了的新问题"——具体衡量标准是研究者使用后是否产出了此前未曾想到的研究方向。最小可行原型可以是一个"SDE研究助手"——输入一个研究领域，系统自动完成S扫描（显影现有知识结构）和SDE批判（识别结构盲区），输出潜在的新研究方向列表。</w:t>
      </w:r>
    </w:p>
    <w:p>
      <w:pPr/>
      <w:r>
        <w:t>在低水平的软件叙述里"原型"往往是一个被严重贬低的词。很多人提到原型时脑中首先浮现的是草图demo半成品样子货仿佛它只是在真正系统诞生之前临时摆出来的假动作。但SDE软件工程学对原型有完全不同的理解：原型不是"缩小版的成品"而是"SDE在现实世界的第一次显影"。它的意义不在于展示功能而在于验证本体——验证S能不能在界面上站起来、D能不能在流程中跑通、E能不能开始沉积。原型必须验证四件事：第一结构是否成立——核心对象和关系是否在界面上可见可操作；第二主流程是否跑通——用户能否完成从进入到完成核心任务的全过程；第三三界入口是否打开——现实数据能否进入系统规则能否被执行用户画像能否开始沉积；第四数据库能否承载——实体能否被创建被存储被检索被更新。只有四件事同时验证通过原型才算真正"打开了现实入口"。任何一件没通过系统都还停留在"展示型原型"而非"活型原型"的层面。</w:t>
      </w:r>
    </w:p>
    <w:p>
      <w:pPr/>
      <w:r>
        <w:t>原型验证的四层逻辑值得更详细地展开。第一层验证结构是否成立（S验证）——核心对象是否在界面上可见可操作。如果一个教育原型号称有"知识节点""学习路径""学生画像"三个核心对象但在界面上用户只能看到一个课程列表那就说明S没有真正显影——对象存在于设计文档中但不存在于用户可感知的现实中。S验证的标准是：用户能否在5秒内看出"这个系统里有什么"。第二层验证主流程是否跑通（D验证）——用户能否完成从进入到完成核心任务的全过程。如果一个健康原型用户可以输入身体数据但系统无法生成个性化建议那就说明D没有跑通——系统有输入但没有输出有起点但没有终点。D验证的标准是：用户能否在一次完整使用中体验到系统的核心价值。第三层验证三界入口是否打开（E验证）——系统是否开始沉积用户数据和画像。活型原型与展示型原型的区别就在这里：展示型原型运行一千次和运行一次没有区别——科研表面成熟感泛滥。活型原型则会在每次使用中积累E因此运行一千次之后的系统比运行一次的系统更聪明更精准更有价值。E验证的标准是：第二次使用时系统是否比第一次更了解用户。第四层验证数据库能否承载（技术验证）——实体能否被创建被存储被检索被更新不出现数据丢失或性能崩溃。这一层是最底层的技术保障没有它前三层的验证都站不住。</w:t>
      </w:r>
    </w:p>
    <w:p>
      <w:pPr>
        <w:pStyle w:val="Heading1"/>
      </w:pPr>
      <w:r>
        <w:t>第十六章  数据库世界：历史、画像与三界沉积</w:t>
      </w:r>
    </w:p>
    <w:p>
      <w:pPr/>
      <w:r>
        <w:t>数据库是APP的世界器官。当APP开始运行，实体就开始在数据库中诞生。用户注册的那一刻，一个数字实体就被创建了。此后，这个实体的一切行为都会被记录为历史。历史不只是"过去发生了什么"，更是实体在时间中的轨迹——它构成了实体的"数值传记"。</w:t>
      </w:r>
    </w:p>
    <w:p>
      <w:pPr/>
      <w:r>
        <w:t>历史积累到一定程度，画像就开始形成。画像不是简单的标签（"女性、25岁、喜欢购物"），而是从历史中涌现出来的特征纠缠模式。一个用户的画像包含她的行为频率、偏好漂移、活跃节奏、社交关系、消费弹性等多维特征的交织。画像越丰厚，系统对用户的理解就越深，个性化服务就越精准。</w:t>
      </w:r>
    </w:p>
    <w:p>
      <w:pPr/>
      <w:r>
        <w:t>画像进一步沉积为三界结构。现实界沉积用户的客观数据（行为、位置、设备、时间）。理念界沉积系统的规则和模型（推荐算法、分级标准、权限规则）。自我界沉积用户的主观画像（偏好、目标、情绪倾向、成长记录）。三界交织，构成APP的完整世界。这个世界越深厚，APP就越不可替代——因为用户的历史和画像沉积在这里，迁移成本极高。</w:t>
      </w:r>
    </w:p>
    <w:p>
      <w:pPr/>
      <w:r>
        <w:t>工程设计方法上，三界世界的建设应遵循"先现实界、再理念界、最后自我界"的顺序。先让系统能记录客观发生的事（现实界），再让系统能按规则处理这些事（理念界），最后让系统能理解每个用户的独特世界（自我界）。</w:t>
      </w:r>
    </w:p>
    <w:p>
      <w:pPr/>
      <w:r>
        <w:t>三界世界的工程设计方法需要被进一步展开，因为这是SDE软件工程学中最独特也最容易被忽视的部分。</w:t>
      </w:r>
    </w:p>
    <w:p>
      <w:pPr/>
      <w:r>
        <w:t>现实界（E1）的设计方法：首先识别系统需要感知的"现实变量"——位置、时间、温度、心率、步数、消费金额、学习时长等。然后设计数据采集机制——传感器、用户输入、系统日志、第三方API。最后设计数据存储策略——实时存储还是批量存储、保留多长历史、精度要求是什么。现实界的设计原则是"真实、及时、完整"。</w:t>
      </w:r>
    </w:p>
    <w:p>
      <w:pPr/>
      <w:r>
        <w:t>理念界（E2）的设计方法：首先定义系统的"规则空间"——什么行为被允许、什么条件触发什么响应、什么标准决定什么评价。然后把这些规则编码为可执行的逻辑——规则引擎、算法模型、约束条件。最后设计规则的更新机制——规则是固定的还是可学习的、由谁来修改、修改的审批流程是什么。理念界的设计原则是"准确、可调、可追溯"。</w:t>
      </w:r>
    </w:p>
    <w:p>
      <w:pPr/>
      <w:r>
        <w:t>自我界（E3）的设计方法：首先定义"画像维度"——这个系统需要理解用户的哪些方面（偏好、能力、节奏、动机、历史模式）。然后设计画像生成机制——从现实界数据和用户交互中涌现出画像特征。最后设计画像应用机制——画像如何影响推荐、如何调整路径、如何个性化界面。自我界的设计原则是"动态、多维、尊重隐私"。</w:t>
      </w:r>
    </w:p>
    <w:p>
      <w:pPr/>
      <w:r>
        <w:t>三界之间必须建立关联：现实界提供原始数据，理念界把数据加工为规则化判断，自我界把判断沉积为用户画像，画像反过来影响现实界的数据采集策略和理念界的规则调整方向。这个循环一旦转起来，APP就从"工具"变成了"有记忆的数字生命体"。</w:t>
      </w:r>
    </w:p>
    <w:p>
      <w:pPr/>
      <w:r>
        <w:t>"数据就是新石油"是一个半对半错的说法。对的部分是数据确实有价值且越积累越有价值。错的部分是石油的价值不取决于你把它存在哪里，但数据的价值完全取决于它在什么结构中被组织。裸数据没有价值——只有当数据被组织成实体的历史、被解读为画像的特征、被定位到三界中的具体位置时，它才具有真正的经济价值。因此更准确的说法不是"数据就是新石油"，而是"数字E就是新国土"。谁在一个领域中建立了最深厚的数字E——最完整的实体历史、最精准的画像系统、最丰富的三界沉积——谁就拥有了这个领域的数字国土。</w:t>
      </w:r>
    </w:p>
    <w:p>
      <w:pPr/>
      <w:r>
        <w:t>数据库是APP的世界器官。当APP开始运行实体就开始在数据库中诞生。用户注册的那一刻一个数字实体就被创建了——此后这个实体的一切行为都会被记录为历史。历史不只是"过去发生了什么"更是实体在时间中的轨迹——它构成了实体的"数值传记"。历史积累到一定程度画像就开始形成。画像不是简单的标签（"女性25岁喜欢购物"）而是从历史中涌现出来的特征纠缠模式——一个用户的画像包含她的行为频率、偏好漂移、活跃节奏、社交关系、消费弹性等多维特征的交织。画像越丰厚系统对用户的理解就越深个性化服务就越精准。画像进一步沉积为三界结构——现实界沉积用户的客观数据，理念界沉积系统的规则和模型，自我界沉积用户的主观画像。三界交织构成APP的完整世界。"数据就是新石油"是一个半对半错的说法——更准确的说法是"数字E就是新国土"。</w:t>
      </w:r>
    </w:p>
    <w:p>
      <w:pPr/>
      <w:r>
        <w:t>数据库世界建设应遵循"先现实界、再理念界、最后自我界"的顺序。先让系统能记录客观发生的事（现实界）——用户的行为、时间、位置、设备。再让系统能按规则处理这些事（理念界）——推荐策略、分级标准、权限规则。最后让系统能理解每个用户的独特世界（自我界）——偏好、目标、情绪倾向、成长记录。这个顺序不是随意的，而是有本体刚性的——现实界是理念界的数据基础，理念界是自我界的规则前提。如果一上来就想建自我界（个性化画像）但没有足够的现实界数据支撑，画像就是空的；如果想让理念界的规则运行但没有现实界的事件输入，规则就是死的。</w:t>
      </w:r>
    </w:p>
    <w:p>
      <w:pPr/>
      <w:r>
        <w:t>数据库世界在三大产业中的沉积模式各有不同但E的三界结构一致。教育的E1现实界沉积的是学生的客观学习行为——每个知识节点的学习时长、正确率、重复次数、放弃率。E2理念界沉积的是教学规则和知识组织模型——节点之间的依赖权重（会随着数据积累不断被校正）、呈现方式的效果排序（不同学生对不同呈现方式的响应差异）。E3自我界沉积的是学生的主观状态——信心水平的变化趋势、学习动机的波动模式、对不同学科的兴趣演化。三界数据交织形成的画像越来越像一个"数字学习伙伴"——它知道这个学生在哪里卡住过、哪种方式学得最快、什么时候最容易分心、什么时候动机最强。健康的E1现实界沉积生理数据流——心率、血氧、步数、睡眠分期。E2理念界沉积干预规则和健康模型——什么指标组合意味着什么健康风险、什么干预方案在什么条件下最有效。E3自我界沉积用户的主观健康感受——疲劳程度、精力水平、情绪状态。三界交织形成"数字健康孪生体"——系统越用越懂你的身体。科研的E1现实界沉积实验数据和观察记录。E2理念界沉积理论假设、分析框架和方法论规则。E3自我界沉积研究者的直觉判断、研究偏好和创新方向感。三界交织形成"数字科研伙伴"——系统越用越懂你的研究风格和思维盲区。</w:t>
      </w:r>
    </w:p>
    <w:p>
      <w:pPr/>
      <w:r>
        <w:t>数字SDE的蓝图、原型和世界沉积已经就位。现在进入第四级台阶——GPT如何承包中介层，以及为什么源头层不可替代。</w:t>
      </w:r>
    </w:p>
    <w:p>
      <w:pPr/>
      <w:r>
        <w:t>在原始而低水平的软件理解中数据库总是处在一个沉闷被动后勤化的位置。仿佛前端才是"活的"算法才是"聪明的"数据库只是"存东西的仓库"。但SDE软件工程学要彻底翻转这种理解：数据库不是仓库而是软件世界的生长层。当APP开始运行实体就开始在数据库中诞生——用户注册的那一刻一个数字实体就被创建了。此后这个实体的一切行为都会被记录为历史。历史不只是"过去发生了什么"更是实体在时间中的轨迹——它构成了实体的"数值传记"。历史积累到一定程度画像就开始形成——画像不是简单标签而是从历史中涌现出来的特征纠缠模式。画像进一步沉积为三界结构——现实界沉积客观数据，理念界沉积规则和模型，自我界沉积主观画像。三界交织构成APP的完整世界。工程设计方法上三界世界的建设应遵循"先现实界再理念界最后自我界"的顺序——先让系统能记录客观发生的事再让系统能按规则处理这些事最后让系统能理解每个用户的独特世界。一个APP之所以真正长大并不只是因为页面多了模块多了而是因为它开始拥有：历史厚度、个体化理解、三界世界和自生长动力。而这一切都在数据库世界中完成。</w:t>
      </w:r>
    </w:p>
    <w:p>
      <w:pPr/>
      <w:r>
        <w:t>"数据不是新石油，数字E才是新国土"——这个判断的深层含义远超一般的比喻。石油是消耗性资源——用一桶少一桶，价值来自稀缺性。但数字E是生长性资源——用得越多沉积越深，价值来自厚度。石油的价值不取决于它被谁拥有——不管谁拥有一桶石油它的化学成分和热值都一样。但数字E的价值完全取决于它在什么SDE结构中被组织——同样的用户行为数据在一个结构混乱的系统中只是噪音，在一个SDE结构清晰的系统中就是"数字国土"的一部分。谁在一个领域中建立了最深厚的数字E——最完整的实体历史、最精准的画像系统、最丰富的三界沉积——谁就拥有了这个领域的"数字国土"。"数字国土"的经济安全含义是：一个国家的关键领域（教育、健康、金融、治理）如果其核心SDE系统由外国公司掌握，那么这些领域的"数字国土"就事实上被外国公司拥有——包括所有用户的画像数据、所有行为的沉积历史和所有路径的生成逻辑。这不是一般意义上的"数据安全"问题（数据安全关心的是数据会不会泄露），而是"数字主权"问题（数字主权关心的是谁定义了S、谁控制了D、谁拥有了E）。因此，在关键领域建立自主的SDE思想系统和自主的SDE软件产业，不只是商业竞争问题，也是国家数字主权问题。</w:t>
      </w:r>
    </w:p>
    <w:p>
      <w:pPr>
        <w:pStyle w:val="Heading1"/>
      </w:pPr>
      <w:r>
        <w:t>第十七章  代码显影：代码不是起点而是最后显影</w:t>
      </w:r>
    </w:p>
    <w:p>
      <w:pPr/>
      <w:r>
        <w:t>代码是整条发生链的最后一环。它承接的是已经被完整定义的数字S（蓝图中的数据结构）、数字D（蓝图中的算法流程）和数字E（蓝图中的数据库世界）。代码的工作不是"创造"软件，而是把已经在蓝图中完整存在的数字SDE"显影"为机器可执行的文本。</w:t>
      </w:r>
    </w:p>
    <w:p>
      <w:pPr/>
      <w:r>
        <w:t>GPT时代更需要重新安放代码的位置。代码不是起点，不是核心，不是灵魂，而是最后一步显影。GPT可以在几分钟内根据蓝图生成大量代码，这进一步证明了代码的"中介层"性质。真正不可被自动化的是思想、是SDE化、是蓝图设计——即从第一章到第十四章的全过程。代码之所以值得被尊重，不是因为它是源头，而是因为它让数字SDE第一次真正站起来、跑起来、面对现实世界。</w:t>
      </w:r>
    </w:p>
    <w:p>
      <w:pPr/>
      <w:r>
        <w:t>代码在SDE框架中的准确定位是最后一层显影。这意味着代码的质量上限取决于蓝图的质量，而不是程序员的技巧。蓝图混乱的项目即便由最优秀的程序员写代码也只能得到精致的混乱。未来的全栈工程师不是什么代码都能写的人，而是从SDE定义到蓝图到代码全过程都能把控的人。</w:t>
      </w:r>
    </w:p>
    <w:p>
      <w:pPr/>
      <w:r>
        <w:t>代码显影的另一个深层含义是：代码是SDE的"可执行翻译"。正如一本英文书的中文翻译不是原书本身——翻译可以有多个版本，但原书只有一个——代码也不是软件本身。软件的"原书"是数字SDE（蓝图层定义的结构、流程和世界），代码只是把这本"原书"翻译成机器能读懂的语言。</w:t>
      </w:r>
    </w:p>
    <w:p>
      <w:pPr/>
      <w:r>
        <w:t>这个比喻还暗示了一个重要原则：翻译的质量取决于译者对原书的理解深度。一个不理解SDE本体逻辑的程序员写出的代码，就像一个不理解原著精神的译者做出的翻译——字面上可能不错，但深层结构和意义会大量丢失。GPT作为"自动翻译器"的优势在于它可以快速完成从蓝图到代码的翻译，但前提是蓝图足够清晰。蓝图不清晰时，GPT的翻译就会充满猜测和歧义。</w:t>
      </w:r>
    </w:p>
    <w:p>
      <w:pPr/>
      <w:r>
        <w:t>代码在SDE框架中的准确定位是"最后一层显影"——它把已经在蓝图中完整定义的数字SDE转化为机器可执行的文本。前者的核心能力是编程技巧，后者的核心能力是本体判断。</w:t>
      </w:r>
    </w:p>
    <w:p>
      <w:pPr/>
      <w:r>
        <w:t>代码是整条发生链的最后一环。它承接的是已经被完整定义的数字S、数字D和数字E。代码的工作不是"创造"软件而是把已经在蓝图中完整存在的数字SDE"显影"为机器可执行的文本。GPT时代更需要重新安放代码的位置——代码不是起点不是核心不是灵魂而是最后一步显影。GPT可以在几分钟内根据蓝图生成大量代码这进一步证明了代码的"中介层"性质。真正不可被自动化的是思想、是SDE化、是蓝图设计——即从第一章到第十四章的全过程。</w:t>
      </w:r>
    </w:p>
    <w:p>
      <w:pPr/>
      <w:r>
        <w:t>如果说现代软件工业中最被高估同时也最被误解的东西是什么代码一定排在最前列[11][22]。高估是因为人们长期把代码当作软件的本体以为软件就是由一行行代码堆积出来的对象；误解是因为人们又常常把代码仅仅当作一种语法劳动自动生成材料。这两种理解一种把代码神化一种把代码矮化但它们都没有抓住代码真正的本体地位。SDE软件工程学的判断是：代码既不是起点也不是中心更不是灵魂而是整条发生链的最后显影。它承接的是已经被完整定义的数字S（蓝图中的数据结构）、数字D（蓝图中的算法流程）和数字E（蓝图中的数据库世界）。代码的工作不是"创造"软件而是把已经在蓝图中完整存在的数字SDE"显影"为机器可执行的文本。代码之所以值得被尊重不是因为它是源头而是因为它让数字SDE第一次真正站起来跑起来面对现实世界。但代码不是神——它只是让本体最终显影的那个介质。</w:t>
      </w:r>
    </w:p>
    <w:p>
      <w:pPr/>
      <w:r>
        <w:t>如果说现代软件工业中最被高估同时也最被误解的东西是什么，代码一定排在最前列。高估是因为人们长期把代码当作软件的本体，以为软件就是由一行行代码堆积出来的对象，仿佛只要代码在软件就在。误解则是因为人们又常常把代码仅仅当作一种语法劳动、实现手段、外包任务、自动生成材料，仿佛它不过是把"已经想好的东西"写出来而已。这两种理解，一种把代码神化一种把代码矮化，但它们都没有抓住代码真正的本体地位。SDE软件工程学对代码的定位是：代码既不是起点也不是中心更不是灵魂，而是整条发生链的最后显影。它承接的是已经被完整定义的数字S（蓝图中的数据结构）、数字D（蓝图中的算法流程）和数字E（蓝图中的数据库世界）。代码的工作不是"创造"软件而是把已经在蓝图中完整存在的数字SDE"显影"为机器可执行的文本。这就像一幅照片——照片不创造风景它只是让风景被胶片捕捉；代码也不创造软件它只是让数字SDE被机器语言捕捉。代码之所以值得被尊重，不是因为它是源头，而是因为它让数字SDE第一次真正站起来跑起来面对现实世界。但代码不是神——它只是让本体最终显影的那个介质。GPT时代更需要重新安放代码的位置——GPT可以在几分钟内根据蓝图生成大量代码，这进一步证明了代码的"中介层"性质。真正不可被自动化的是思想、是SDE化、是蓝图设计——即从第一章到第十四章的全过程。</w:t>
      </w:r>
    </w:p>
    <w:p>
      <w:pPr/>
      <w:r>
        <w:t>在GPT时代，代码的位置被进一步精确化了。GPT可以根据自然语言描述在几分钟内生成大量代码——页面组件、API接口、数据库查询、算法骨架，大量以前需要程序员花数小时甚至数天完成的工作现在可以被快速自动化。这个事实进一步证明了代码的"中介层"性质：如果代码真的是软件的本体，那么GPT大规模生成代码就等于GPT大规模创造了软件——但任何有经验的工程师都知道，GPT生成的代码质量完全取决于你给它的SDE定义有多清晰。蓝图清楚，GPT输出精准；蓝图模糊，GPT输出混乱。这就像对翻译说"把这本书翻成中文"——如果原书思路清晰逻辑严密，翻译再差也大致能传达核心意思；如果原书本身混乱不堪，再好的翻译也救不了它。代码在"不神化也不矮化"的辩证定位中应该获得的尊重不是因为"写代码很难"（GPT正在让它变容易），而是因为"让本体显影很重要"——代码是思想获得可执行身体的最后一步，这一步虽然越来越容易但永远不可省略。未来的软件人才结构将沿着这条逻辑重新分层：本体定义层（最稀缺）→蓝图设计层（稀缺）→代码显影层（越来越充裕）→测试维护层（可大规模自动化）。GPT越强这个分层就越陡——底层越充裕顶层就越稀缺。</w:t>
      </w:r>
    </w:p>
    <w:p>
      <w:pPr>
        <w:pStyle w:val="Heading1"/>
      </w:pPr>
      <w:r>
        <w:t>第十八章  GPT与人机协同：全过程的压缩</w:t>
      </w:r>
    </w:p>
    <w:p>
      <w:pPr/>
      <w:r>
        <w:t>GPT对从思想到APP全过程的影响，可以用一句话概括：它承包了中介层，但没有替代源头层。具体来说，GPT极其擅长在已有方向下进行高强度展开：给它一个总纲词，它可以迅速展开为概念体系；给它一份科学语言描述，它可以快速转化为工程方案；给它一份蓝图，它可以高速生成代码。这些都是中介层的工作。</w:t>
      </w:r>
    </w:p>
    <w:p>
      <w:pPr/>
      <w:r>
        <w:t>但GPT不擅长的恰恰是源头层的工作：原创总纲词的发现、本体判断的做出、价值方向的确定、E的真实世界的识别。这些需要人类——更准确地说，需要拥有SDE思维能力的人类来完成。</w:t>
      </w:r>
    </w:p>
    <w:p>
      <w:pPr/>
      <w:r>
        <w:t>因此，SDE与GPT的关系是高度互补的：SDE提供高压压缩源，GPT提供高速展开力。人负责把思想压成SDE，GPT负责把SDE展开为软件。两者结合，从思想到APP的全过程被大幅压缩——过去可能需要一个团队工作半年的项目，现在一个掌握SDE方法论的人借助GPT可能在几周内完成原型。</w:t>
      </w:r>
    </w:p>
    <w:p>
      <w:pPr/>
      <w:r>
        <w:t>GPT压缩的是中介层工作时间，不是源头层思考时间。在前GPT时代，从成熟思想到原型约需一年；在GPT协同下可能只需1-2个月。但原创思想系统的形成可能需要十年甚至二十年——这部分完全不可压缩。GPT让一切变快是误导性的说法——它让中介变快了，但源头一点都没变快。</w:t>
      </w:r>
    </w:p>
    <w:p>
      <w:pPr/>
      <w:r>
        <w:t>人机协同在SDE框架下的分工可以用一张简单的图来概括：人类负责的是"竖轴"——从思想的最高点（原创总纲词）到方向判断（D1价值方向）再到E条件的真实识别（这个系统到底面对什么样的现实世界）。GPT负责的是"横轴"——在人类确定的方向上进行高速横向展开：枚举对象、生成框架、转译语言、编写代码、测试方案。</w:t>
      </w:r>
    </w:p>
    <w:p>
      <w:pPr/>
      <w:r>
        <w:t>竖轴不可压缩，横轴可以极度压缩。这就是为什么GPT让"做出软件"变快了但没有让"想出好思想"变快。竖轴是需要时间、需要经验、需要深层纠缠的慢活；横轴是需要算力、需要语料、需要高频迭代的快活。SDE与GPT的高度互补就在这里——SDE负责竖轴的精准定义，GPT负责横轴的高速展开。</w:t>
      </w:r>
    </w:p>
    <w:p>
      <w:pPr/>
      <w:r>
        <w:t>人机协同在SDE框架下的分工可以用一张图概括：人类负责"竖轴"——从思想的最高点到方向判断再到E条件的真实识别。GPT负责"横轴"——在人类确定的方向上进行高速横向展开。竖轴不可压缩，横轴可以极度压缩。这就是为什么GPT让"做出软件"变快了但没有让"想出好思想"变快。SDE与GPT的高度互补就在这里——SDE负责竖轴的精准定义，GPT负责横轴的高速展开。在前GPT时代，从成熟思想到原型约需一年；在GPT协同下可能只需1-2个月。但原创思想系统的形成可能需要十年甚至二十年——这部分完全不可压缩。</w:t>
      </w:r>
    </w:p>
    <w:p>
      <w:pPr/>
      <w:r>
        <w:t>GPT对从思想到APP全过程的影响可以用一句话概括：它承包了中介层但没有替代源头层。GPT极其擅长在已有方向下进行高强度展开——给它一个总纲词它可以迅速展开为概念体系；给它一份科学语言描述它可以快速转化为工程方案；给它一份蓝图它可以高速生成代码。但GPT不擅长的恰恰是源头层：原创总纲词的发现、本体判断的做出、价值方向的确定、E的真实世界的识别。SDE与GPT的关系是高度互补的：SDE提供高压压缩源GPT提供高速展开力。人负责把思想压成SDE，GPT负责把SDE展开为软件。人机协同的分工可以用一张图概括：人类负责"竖轴"——从思想的最高点到方向判断再到E条件的真实识别。GPT负责"横轴"——在人类确定的方向上进行高速横向展开。竖轴不可压缩横轴可以极度压缩。</w:t>
      </w:r>
    </w:p>
    <w:p>
      <w:pPr/>
      <w:r>
        <w:t>人机协同的一个具体估算可以说明GPT对整条链的压缩效果。在前GPT时代，从一个成熟的思想体系出发，完成科学语言转化大约需要3-6个月（主要是概念梳理和文献对照），工程语言转化大约需要2-3个月（目标和流程设计），蓝图设计大约需要1-2个月，原型开发大约需要2-4个月，总计约一年。在GPT协同下，科学语言转化可以在1-2周内完成初稿，工程语言转化在1周内完成，蓝图设计在数天内完成，原型开发借助GPT代码生成可以在1-2周内完成，总计可能只需1-2个月。整条链被压缩了约十倍。但必须再次强调：被压缩的是中介层的工作时间，不是源头层的思考时间。原创思想系统的形成可能需要十年甚至二十年的积累——科研表面成熟感泛滥。</w:t>
      </w:r>
    </w:p>
    <w:p>
      <w:pPr/>
      <w:r>
        <w:t>GPT与人机协同在三大产业中的分工模式高度一致：人类负责竖轴（方向判断和E条件识别），GPT负责横轴（高速展开和中介层转译）。在教育领域，人类负责的竖轴是：这个学科的知识本体结构到底应该怎么组织（S的判断）？什么样的学习路径对什么样的学生真正有效（D的判断）？真实的学生群体到底长什么样——他们的认知水平、学习习惯、动机结构到底是怎样的（E的判断）？GPT负责的横轴是：一旦S被确定，快速生成知识节点的详细内容和多种呈现方式；一旦D被确定，快速生成路径推荐算法的代码；一旦E被确定，快速设计画像数据库的表结构。在健康领域竖轴是：这个病种或健康维度的真实病理机制是什么（S）？什么样的干预路径对什么样的个体有效（D）？真实的患者群体到底长什么样（E）？横轴是快速生成干预方案库、监测算法、画像系统。在科研领域竖轴是：这个领域的真正知识盲区在哪里（S批判）？什么样的新路径值得探索（D开路）？研究者自身的真实困惑和驱动力是什么（E点火）？横轴是快速完成文献扫描、结构显影、路径枚举。三个领域的共同模式是：竖轴不可压缩因为它需要领域深度和人类判断；横轴可以极度压缩因为GPT擅长高速展开。SDE与GPT的互补关系在产业应用中表现得比在理论讨论中更加鲜明。</w:t>
      </w:r>
    </w:p>
    <w:p>
      <w:pPr/>
      <w:r>
        <w:t>人类文明过去几千年的知识发生方式有一个极其清楚却常常被忽略的结构：高层思想出现得很快中层科学形成得很慢工程与器具显影得更慢。也就是说一个真正强大的哲学判断可能在某个天才头脑中迅速诞生；但它要想变成一门稳定的具体科学往往需要几十年到几百年。而要从科学再变成可操作的工程再变成大众可用的工具又往往需要更长的时间。GPT的到来根本性地改变了这个结构——它以前所未有的方式压缩了中间转译层。过去从一本专著出发要形成一套完整的应用系统可能需要一个团队工作一年以上；现在借助GPT协同这个时间可能被压缩到几周到几个月。但必须始终清醒的是：GPT压缩的是中介层的展开时间不是源头层的创造时间。原创思想系统的形成仍然需要十年甚至二十年的深层积累——AI使得大量研究成果看起来更专业但真正突破未等比增加。GPT让"做出软件"变快了但没有让"想出好思想"变快。竖轴不可压缩横轴可以极度压缩——这就是SDE与GPT高度互补的本质。</w:t>
      </w:r>
    </w:p>
    <w:p>
      <w:pPr/>
      <w:r>
        <w:t>GPT对这条发生链的压缩效果可以用具体的时间对比来量化。在前GPT时代，从一本成熟的教育思想专著出发，要形成一套可运行的个性化教育系统，大致需要以下时间：科学语言层（概念结构体系建立）约6-12个月、工程语言层（D1/D2/D3具体化和E条件声明）约3-6个月、蓝图设计层（数据结构/算法流程/数据库世界的完整蓝图）约2-4个月、原型开发层（最小可行系统的代码实现）约3-6个月、验证迭代层（在真实用户上验证和调整）约3-6个月。总计约18-36个月。在GPT协同下，同样的链条可以被压缩到：科学语言层约2-4周（GPT帮助快速枚举概念清单和关系网络，人做审定）、工程语言层约1-2周（GPT帮助生成D2流程图和E条件模板，人做方向判断）、蓝图设计层约1-2周（GPT帮助生成数据库表结构和API设计，人做三组互检）、原型开发层约2-4周（GPT生成大量代码，人做结构验证）、验证迭代层约4-8周（这一步的压缩最小因为真实用户反馈不能被加速）。总计约10-16周。GPT把从思想到原型的时间从18-36个月压缩到了10-16周——压缩了4-8倍。但必须注意：这个压缩的前提是思想本身已经足够成熟。如果思想本身还不成熟（S不清楚D不明确E不真实），GPT的高速展开只会更快地暴露思想的缺陷——这不是GPT的失败而是GPT的诚实。</w:t>
      </w:r>
    </w:p>
    <w:p>
      <w:pPr>
        <w:pStyle w:val="Heading1"/>
      </w:pPr>
      <w:r>
        <w:t>第十九章  完整发生链的最终公式</w:t>
      </w:r>
    </w:p>
    <w:p>
      <w:pPr/>
      <w:r>
        <w:t>现在可以给出SDE软件工程学的完整公式。压缩版：哲学→科学→工程→数字SDE→蓝图→原型→世界沉积→APP。展开版：专著（思想的最高压缩形态）→SDE哲学语言（总纲词、元概念）→SDE科学语言（概念结构体系）→SDE工程语言（目标/流程/优化体系）→数字化（获得数字身体）→SDE软件学（蓝图设计）→原型（第一次现实显影）→数据库世界（历史/画像/三界沉积）→代码显影→APP（用户可触达的现实入口）。</w:t>
      </w:r>
    </w:p>
    <w:p>
      <w:pPr/>
      <w:r>
        <w:t>从另一个角度看，这条链条也是一个持续熵减的过程。思想在哲学层面是最具创造力但也最混乱的状态；每经过一层SDE压缩，冗余就被剔除一些（D3在起作用），结构就被强化一些（S在起作用），现实适配就被增强一些（E在起作用）。最终到达APP层面时，思想已经从高熵状态被压缩为低熵的、高度有序的、可稳定运行的数字系统。SDE软件工程学的本质，就是思想的系统化熵减。</w:t>
      </w:r>
    </w:p>
    <w:p>
      <w:pPr/>
      <w:r>
        <w:t>但必须立即追问一个问题：APP做出来了，然后呢？一个APP可以成功运行，但这不自动意味着它能成为经济起飞的发动机。做出软件是工程学的成功，做出新生产力是经济学的成功——两者之间还有一段关键的距离。这正是第三编要回答的问题。</w:t>
      </w:r>
    </w:p>
    <w:p>
      <w:pPr/>
      <w:r>
        <w:t>完整发生链的熵减本质值得更深入的理解。热力学第二定律告诉我们，封闭系统中熵总是趋向增加——也就是说，事物自然趋向混乱。但生命体和文明之所以能存在，是因为它们是开放系统，通过持续地从环境中获取能量和信息来维持内部秩序。</w:t>
      </w:r>
    </w:p>
    <w:p>
      <w:pPr/>
      <w:r>
        <w:t>SDE软件工程学的全过程正是一个持续的熵减过程。思想在最初的哲学状态下，信息密度极高但组织度较低——总纲词包含了大量可能性，但这些可能性尚未被展开和整理。每经过一层SDE压缩，系统都在做两件事：第一，通过D3剔除冗余——把不必要的分支砍掉，把不精确的表述修正，把不自洽的逻辑排除。第二，通过S强化结构——给留下来的内容建立更清晰的层级、更精确的关系、更稳定的骨架。</w:t>
      </w:r>
    </w:p>
    <w:p>
      <w:pPr/>
      <w:r>
        <w:t>到APP层面时，思想已经从高熵的"一切皆可能"状态，被压缩为低熵的"只有可运行的结构留下来"状态。这个过程的每一步都是不可逆的——一旦从哲学语言压缩到科学语言，大量模糊性就被消除了；一旦从科学语言压缩到工程语言，大量纯理论可能性就被工程约束过滤了；一旦从工程语言压缩到代码，大量设计选项就被具体实现锁定了。</w:t>
      </w:r>
    </w:p>
    <w:p>
      <w:pPr/>
      <w:r>
        <w:t>理解了熵减本质，就理解了为什么SDE软件工程学不能跳步。跳过哲学直接做科学，会因为缺乏总纲词而迷失方向。跳过科学直接做工程，会因为概念不清而做出错误的系统。跳过蓝图直接写代码，会因为S、D、E没有被显式设计而产生大量返工。每一层的存在都是为了在那一层完成特定的熵减任务——砍掉该砍的冗余、强化该强的结构、确定该确定的路径。</w:t>
      </w:r>
    </w:p>
    <w:p>
      <w:pPr/>
      <w:r>
        <w:t>但必须立即追问一个问题：APP做出来了，然后呢？一个APP可以成功运行，但这不自动意味着它能成为经济起飞的发动机。做出软件是工程学的成功，做出新生产力是经济学的成功——两者之间还有一段关键的距离。一个APP可以很好用却赚不到钱，一个平台可以很热闹却不能形成真正的经济增长极。从"思想能做成APP"到"APP能驱动经济"之间，需要回答一个更深层的问题：GPT时代真正的新生产力到底是什么？为什么GPT已经如此强大，世界经济却还没有真正起飞？这正是第三编要回答的问题。</w:t>
      </w:r>
    </w:p>
    <w:p>
      <w:pPr/>
      <w:r>
        <w:t>在完成了六个环节的方法论说明之后，有必要用一个最小完整案例来演示这条链到底是怎么跑通的。下面以"个性化阅读系统"为例，走一遍从思想到原型的全过程。</w:t>
      </w:r>
    </w:p>
    <w:p>
      <w:pPr/>
      <w:r>
        <w:t>思想总纲（哲学层）：阅读不是被动吸收文本，而是读者的SDE与作者的SDE之间的主动碰撞。S是知识结构，D是理解路径，E是读者的特征世界。个性化阅读意味着：同一本书，不同读者应该获得不同的阅读入口、不同的重点提示和不同的延伸方向。</w:t>
      </w:r>
    </w:p>
    <w:p>
      <w:pPr/>
      <w:r>
        <w:t>科学层对象整理：核心对象包括——读者（具有兴趣画像、知识背景、阅读历史）、文本（具有章节结构、核心论点、概念网络）、命中点（读者兴趣与文本论点的交叉位）、追问链（从命中点出发的深入探索路径）、解释文本（系统为读者个性化生成的注释和关联说明）。对象之间的关系：一个读者可以有多个命中点，每个命中点可以延伸出多条追问链，每条追问链对应一组解释文本。</w:t>
      </w:r>
    </w:p>
    <w:p>
      <w:pPr/>
      <w:r>
        <w:t>工程层主流程（D2六步法）：首读——读者浏览文本，系统根据E层画像预标注可能的命中点（猜想）。命中——读者停留或标记某处，系统确认命中（执行）。对话——系统围绕命中点生成追问，引导读者深入（评估）。聚焦——读者选择一个追问方向，系统生成深度解释文本（反馈）。对读——系统将当前文本与读者历史中的相关阅读记录关联起来（修正）。沉积——命中点、追问链、解释文本和阅读路径被记录到读者画像中（迭代）。</w:t>
      </w:r>
    </w:p>
    <w:p>
      <w:pPr/>
      <w:r>
        <w:t>蓝图层设计：页面结构——首页（书架/推荐）、首读页（文本+命中点高亮）、对话页（追问列表+解释文本）、聚焦页（深度展开）、对读页（跨文本关联）、个人档案页（阅读画像/历史/偏好趋势）。数据结构——读者表（ID/画像向量/历史记录指针）、文本表（ID/结构/论点网络）、命中记录表（读者ID/文本ID/位置/时间/停留时长）、追问链表（命中ID/方向/深度层级）、解释文本表（追问ID/生成内容/读者反馈评分）。状态转换——文本状态：未读→首读中→已命中→已聚焦→已沉积。</w:t>
      </w:r>
    </w:p>
    <w:p>
      <w:pPr/>
      <w:r>
        <w:t>数据库世界（E层设计）：现实界沉积读者的客观行为（阅读时间、停留模式、标记频率）。理念界沉积系统的规则和模型（命中算法的权重、推荐策略、解释生成模板）。自我界沉积读者的主观画像（兴趣向量、理解深度、偏好漂移趋势）。三界交织，构成每个读者独特的"阅读世界"。</w:t>
      </w:r>
    </w:p>
    <w:p>
      <w:pPr/>
      <w:r>
        <w:t>最小原型说明：第一版只做两个核心功能——首读+命中。读者上传一段文本，系统根据初始画像预标注三个命中点，读者确认或拒绝。确认的命中点被沉积到画像中，下次标注更准。这就是最小可行的SDE——S只有两个对象（读者和文本），D只有一步主流程（首读→命中），E只有一层沉积（命中记录）。跑通这一步，SDE就在现实中站住了。后续的对话、聚焦、对读、完整画像系统都是在这个已验证的SDE基础上生长。</w:t>
      </w:r>
    </w:p>
    <w:p>
      <w:pPr/>
      <w:r>
        <w:t>这个案例证明：从一句思想总纲到一个最小原型，全过程可以在SDE方法论的引导下系统化完成。GPT在其中承包了科学层的对象枚举、工程层的流程设计和蓝图层的数据结构生成，但思想总纲的确定、本体判断的做出和E条件的真实识别仍然必须由人来完成。</w:t>
      </w:r>
    </w:p>
    <w:p>
      <w:pPr/>
      <w:r>
        <w:t>SDE软件工程学不是又一种敏捷方法论。敏捷解决的是"怎么更快地做出软件"，精益解决的是"怎么验证产品有没有市场"，SDE解决的是更上游的问题："一套思想如何变成软件"。SDE的起点比敏捷和精益都要高一个层级。三者不是竞争关系，而是在不同层级上工作：SDE负责从思想到蓝图（本体层），敏捷负责从蓝图到代码（工程层），精益负责从代码到市场（验证层）。</w:t>
      </w:r>
    </w:p>
    <w:p>
      <w:pPr/>
      <w:r>
        <w:t>SDE软件工程学的完整公式可以从另一个角度理解：这条链条是一个持续熵减的过程。思想在哲学层面是最具创造力但也最混乱的状态；每经过一层SDE压缩冗余就被剔除一些（D3在起作用），结构就被强化一些（S在起作用），现实适配就被增强一些（E在起作用）。最终到达APP层面时思想已经从高熵状态被压缩为低熵的高度有序的可稳定运行的数字系统。SDE软件工程学的本质就是思想的系统化熵减[4][25]。这条链的一个关键特性是"（链条的可逆不可跳特性已在第九章论证）"——后面的环节可以反过来修正前面的环节但你不能跳过中间环节。每一个环节都有其不可替代的任务：哲学层定方向、科学层定对象、工程层定流程、蓝图层定施工图、原型层做验证。跳过任何一层后面的工作都会缺少地基。</w:t>
      </w:r>
    </w:p>
    <w:p>
      <w:pPr/>
      <w:r>
        <w:t>SDE软件工程学的完整公式可以从熵减视角来重新理解。思想在哲学层面是最具创造力但也最混乱的状态——它充满可能性但缺乏确定性。每经过一层SDE压缩，冗余就被剔除一些（D3在起作用），结构就被强化一些（S在起作用），现实适配就被增强一些（E在起作用）。到达APP层面时，思想已经从高熵状态被压缩为低熵的、高度有序的、可稳定运行的数字系统。SDE软件工程学的本质，就是思想的系统化熵减。从思想到APP的完整链条也是一个持续的信息密度变化过程——哲学语言信息密度最高但抽象度最高，代码层信息密度最低但可执行性最高。SDE工程学的任务就是控制这个"溶解"过程，确保在每一步展开中核心信息不会丢失。</w:t>
      </w:r>
    </w:p>
    <w:p>
      <w:pPr/>
      <w:r>
        <w:t>完整发生链的熵减本质可以从教育、健康和科研三个领域的具体实践中看得更清楚。以教育为例：一个教育思想家对"因材施教"有深刻的洞察——这是高熵状态，因为"因材施教"可以有无数种理解和实现方式。经过SDE哲学语言层的压缩，"因材施教"被重新定义为"学习者SDE"——S是知识结构、D是学习路径、E是学生画像——熵开始降低因为方向被确定了。经过科学语言层的展开，知识节点被精确定义、依赖关系被画出来、画像维度被确定——熵继续降低因为对象被明确了。经过工程语言层的转化，主流程被设计出来（推荐→学习→评估→反馈→修正→迭代）、判断节点被确定、E条件被声明——熵继续降低因为操作被明确了。经过蓝图层的设计，页面结构、数据库表结构、API接口全部被精确定义——熵接近最低因为施工图已经画完了。最终到达APP层面，系统可以稳定运行、持续为不同学生生成不同路径——思想已经从高熵的"因材施教"变成了低熵的可运行的个性化教育系统。健康和科研领域的熵减过程完全同构——只是具体的S、D、E内容不同。这就是SDE软件工程学的本质：思想的系统化熵减。</w:t>
      </w:r>
    </w:p>
    <w:p>
      <w:pPr/>
      <w:r>
        <w:t>在传统知识观中专著通常被看作思想生产的终点。一套理论体系一旦被写成书写成论文似乎就已经完成了自己的使命。这种理解正在被根本推翻。在SDE软件工程学中专著恰恰不是终点而是一切的起点——它是整条发生链最上游的"本体代码"。从专著出发这条链的完整公式可以写成：专著（思想的最高压缩形态）→SDE哲学语言（总纲词元概念）→SDE科学语言（概念结构体系）→SDE工程语言（目标/流程/优化体系）→数字化（获得数字身体）→SDE软件学（蓝图设计）→原型（第一次现实显影）→数据库世界（历史/画像/三界沉积）→代码显影→APP（用户可触达的现实入口）。从另一个角度看这条链条也是一个持续熵减的过程。思想在哲学层面是最具创造力但也最混乱的状态；每经过一层SDE压缩冗余就被剔除一些结构就被强化一些现实适配就被增强一些。最终到达APP层面时思想已经从高熵状态被压缩为低熵的高度有序的可稳定运行的数字系统。SDE软件工程学的本质就是思想的系统化熵减。因此可以毫不夸张地说：过去思想是火种；今天思想开始自己长成炉火。过去思想是种子；今天思想开始自己长成可运行的森林。</w:t>
      </w:r>
    </w:p>
    <w:p>
      <w:pPr/>
      <w:r>
        <w:t>为什么从哲学到APP不是跳跃，而是连续降压？很多人第一次听到"从哲学到APP"时，本能反应是不信——哲学是最抽象的东西，APP是最具体的东西，两者之间隔着万重山，怎么可能有一条连续的路？这种不信背后有一个深层误解：以为"抽象"和"具体"之间只能跳跃，不能降压。但SDE软件工程学要证明的恰恰是：从抽象到具体之间不是鸿沟，而是一条连续的降压通道。所谓降压，就是每一步都把信息从更高压的形态转化为更低压的形态，同时保持核心信息不丢失。哲学语言是最高压的——一个总纲词（如S、D、E）把一整个领域的发生逻辑压缩在三个字母中，信息密度极高但可操作性极低。科学语言把总纲词展开为概念清单和关系网络——压力降低了（不再是三个字母而是几十个概念），但可操作性提高了（每个概念都有明确定义和边界）。工程语言把概念结构转化为目标体系和操作流程——压力继续降低（不再是抽象关系而是具体步骤），可操作性继续提高（每一步都有输入输出和判断条件）。数字化把工程方案编码为数字SDE——压力继续降低（不再是自然语言描述而是数据模型和算法逻辑），可执行性出现（机器开始能理解了）。蓝图把数字SDE压成施工图——压力接近最低（每个对象每个关系每个流程都被精确定义），可施工性出现（可以开始写代码了）。代码把蓝图显影为可运行程序——压力降到底（完全展开为机器可执行的符号序列）。这六步降压的关键在于：每一步都在降低抽象度提高具体度，但SDE三维（S结构、D流程、E世界）在每一步中始终在场。哲学层的S是总纲词中的结构概念，科学层的S是概念对象清单，工程层的S是模块和接口定义，蓝图层的S是数据库表和页面结构图，代码层的S是类定义和数据模型。D和E也是如此——它们在每一层都以不同的精度和形态存在，但从未消失。这就是"连续降压"的含义：不是从一种东西变成了另一种东西，而是同一种东西（SDE）在不同层级的不同显影。SDE软件工程学的本质就是管理这个降压过程——确保在每一步展开中，核心的S不走形、D不跑偏、E不丢失。这就像把一块高压晶体逐步溶解——晶体本身体积极小但内含能量极大，溶解后体积膨胀但可以被更多人吸收。SDE软件工程学控制的就是这个"溶解过程"的保真度。</w:t>
      </w:r>
    </w:p>
    <w:p>
      <w:pPr/>
      <w:r>
        <w:t>从一句总纲词到一个APP的完整施工，可以用"个性化自动化阅读系统"为案例做完整演示。这个案例之所以被选择，是因为它能同时展示S的结构组织力、D的路径生成力和E的世界沉积力。第一步：总纲词确定（哲学语言层）。"阅读不是吸收文本，而是读者SDE与作者SDE之间的主动碰撞。"这一句话压缩了整个系统的本体方向：S是知识结构（文本的概念网络），D是理解路径（读者在知识网络中的行走方式），E是读者世界（读者的认知画像、兴趣偏好和阅读历史）。"个性化"意味着不同读者获得不同路径，"自动化"意味着路径由系统实时生成而非人工预设。第二步：科学语言展开。GPT可以在总纲词指导下快速枚举核心对象：读者（具有兴趣画像、知识背景、阅读历史）、文本（具有章节结构、核心论点、概念网络）、命中点（读者兴趣与文本论点的交叉位置）、追问链（从命中点出发的深入探索路径）、解释文本（系统为读者个性化生成的注释和关联说明）。对象之间的关系：一个读者有多个命中点，每个命中点延伸出多条追问链，每条追问链对应一组解释文本。人类专家审定：检查对象是否承重、关系是否真实、有无遗漏关键项。第三步：工程语言转化。D1目标：创造——让读者获得传统阅读无法给予的深层理解；自由——让读者按自己的兴趣和节奏探索；幸福——让阅读过程本身成为愉悦的智力体验而非被动吸收。D2主流程：首读（浏览文本，系统预标注命中点）→命中（读者确认或拒绝预标注）→对话（系统围绕命中点生成追问）→聚焦（读者选择追问方向，系统生成深度解释）→对读（系统关联读者历史中的相关阅读）→沉积（全过程被记录到画像中）。E条件声明：面向成人深度阅读者，中文为主，移动端优先，需要至少100次阅读行为才能形成有效画像。第四步：蓝图设计。S蓝图——页面结构：首页（书架/推荐）、首读页（文本+命中点高亮）、对话页（追问列表+解释文本）、聚焦页（深度展开）、对读页（跨文本关联）、个人档案页（画像/历史/趋势）。数据结构：读者表（ID/画像向量/历史指针）、文本表（ID/结构/论点网络）、命中记录表（读者ID/文本ID/位置/时间/停留时长）、追问链表（命中ID/方向/深度层级）、解释文本表（追问ID/生成内容/读者反馈评分）。D蓝图——首读算法（根据画像预标注命中点）、命中确认逻辑（更新画像权重）、追问生成算法（基于命中点和画像生成3-5条追问方向）、深度解释生成算法（调用GPT根据追问方向和画像特征生成个性化解释）、对读关联算法（在读者历史中搜索与当前命中点相关的过往阅读记录）。E蓝图——状态转换：文本状态（未读→首读中→已命中→已聚焦→已沉积）；画像更新频率（每次阅读行为后实时更新）；历史保留策略（永久保留命中记录，解释文本保留最近100条）；三界分布（E1现实界沉积客观阅读行为，E2理念界沉积系统规则和推荐模型，E3自我界沉积读者的主观偏好和理解深度画像）。三组蓝图互检：S中的每个对象在E的数据库表中都有对应；D中的每一步都有S中的页面来承载；E中的沉积规则与D中的反馈逻辑完全对接。第五步：最小原型。第一版只做两个核心功能——首读+命中。读者上传一段文本，系统根据初始画像预标注三个命中点，读者确认或拒绝。确认的命中点被沉积到画像中，下次标注更准。这就是最小可行的SDE——S只有两个核心对象（读者和文本），D只有一步主流程（首读→命中），E只有一层沉积（命中记录）。跑通这一步，SDE就在现实中站住了。后续的对话、聚焦、对读、完整画像系统都是在这个已验证的SDE基础上生长。这个施工案例证明：从一句总纲词到一个最小原型，全过程可以在SDE方法论的引导下系统化完成。思想不再是停留在纸上的概念，而是一步步降压为可运行的数字系统。这就是第二编要证明的核心命题：从哲学到APP不是跳跃，而是连续降压。</w:t>
      </w:r>
    </w:p>
    <w:p>
      <w:pPr/>
      <w:r>
        <w:t>理论到此为止。如果你现在就想动手，请翻到附录三《72小时施工手册》——它提供了从一句思想到一个最小可行APP的完整操作流程和三个实战案例。</w:t>
      </w:r>
    </w:p>
    <w:p>
      <w:pPr/>
      <w:r>
        <w:t>本编完成了第二个任务：展示思想如何变成软件。从哲学到APP的六步降压链已经被完整打通。但一个新问题立刻出现：做出了软件之后呢？为什么这种"思想变软件"的能力会构成一种全新的生产力？这就是第三编的任务——不是再谈怎么做软件，而是论证为什么个性化自动化是GPT时代真正的新生产力。</w:t>
      </w:r>
    </w:p>
    <w:p>
      <w:pPr>
        <w:pStyle w:val="Heading1"/>
      </w:pPr>
      <w:r>
        <w:t>第三编  个性化自动化经济学：GPT时代的新生产力</w:t>
      </w:r>
    </w:p>
    <w:p>
      <w:pPr>
        <w:pStyle w:val="Heading1"/>
      </w:pPr>
      <w:r>
        <w:t>第二十章  工业经济学的伟大边界</w:t>
      </w:r>
    </w:p>
    <w:p>
      <w:pPr/>
      <w:r>
        <w:t>人类现代经济真正意义上的第一次大起飞，是从工业文明成功地把"相同对象的大规模复制"变成现实开始的。工业革命之所以伟大，不只是因为出现了蒸汽机、纺织机和工厂，更在于它第一次构造出一种此前不存在的生产力本体：同一种产品可以以几乎不可想象的规模被持续制造出来。工业经济学围绕三大支柱组织：标准化——把对象压入统一规格以便进入机械化处理；规模化——使固定投入被大量产出分摊；边际成本递减——做得越多越便宜。三者共同支撑起工业文明的全部辉煌。</w:t>
      </w:r>
    </w:p>
    <w:p>
      <w:pPr/>
      <w:r>
        <w:t>但工业文明的伟大同时也是它的边界。标准化越成功，系统就越不欢迎差异；规模化越强大，流程就越不愿意为个体例外买单；边际成本递减越依赖同质复制，系统就越把个体差异视为成本上升的来源。工业文明虽然创造了前所未有的物质繁荣，却在深层塑造出一种生产力惯性：凡是不易标准化的东西，都被视为难以大规模处理的对象。</w:t>
      </w:r>
    </w:p>
    <w:p>
      <w:pPr/>
      <w:r>
        <w:t>工业经济学对价值的理解也因此是一种"标准化价值"。真正有经济意义的价值，首先应当是可标准化、可复制、可统一定价的价值。教育中的因材施教、健康中的个体调理、文化中的深度适配[5]、知识中的真实路径生成，这些价值都长期被排除在主流经济学叙事之外。工业经济学的真正限制不是它错误，而是它把标准化价值推到了中心，长期遮蔽了另一类更高密度的价值：个性化价值。</w:t>
      </w:r>
    </w:p>
    <w:p>
      <w:pPr/>
      <w:r>
        <w:t>工业文明留给后世最大的遗产同时也是最大的思想束缚：它让整个现代经济形成了一种近乎本能的判断——只有标准化，才可能规模化。只要这两个概念还被绑在一起，真正的新生产力就不会出现。</w:t>
      </w:r>
    </w:p>
    <w:p>
      <w:pPr/>
      <w:r>
        <w:t>工业经济学对价值的理解必须被更深入地审视。当工业文明把标准化价值推到中心时，它实际上完成了一次价值论的历史性筛选：只有那些可以被标准化表达、统一定价和大规模流通的价值，才被视为"真正有经济意义的价值"。这一筛选在工业时代有其合理性——那时最紧迫的任务是让基础物资普及，让更多人获得基本工业产品。但这个筛选也产生了一个深远后果：它让大量高密度但不易标准化的价值长期被排除在经济学的核心视野之外。</w:t>
      </w:r>
    </w:p>
    <w:p>
      <w:pPr/>
      <w:r>
        <w:t>教育中因材施教的价值，健康中个体化调理的价值，组织中差异化成长的价值，文化中深度精神适配的价值——这些价值的经济密度往往远高于标准化商品，但它们难以被工业经济学的语言描述和评估。于是形成了一种奇特的局面：经济学最擅长描述的是低密度价值（标准化大规模生产品），而真正的高密度价值反而处于经济学的视野边缘。工业时代这种错位尚可忍受，因为基本物质供给确实是第一优先级。但当社会进入后工业阶段，高密度差异价值越来越成为真正的需求核心时，工业经济学就越来越无力解释为什么"经济在增长但人们感到服务在变差"这个矛盾。</w:t>
      </w:r>
    </w:p>
    <w:p>
      <w:pPr/>
      <w:r>
        <w:t>工业文明最深的遗产不是工厂和机器，而是一种思维方式：规模化必须以标准化为前提。这种思维方式如此根深蒂固，以至于它不仅统治了经济学，还统治了教育学（标准化课程）、管理学（标准化流程）和公共政策（标准化服务）。只要这种等式不被打破，真正面向差异世界的新生产力就不可能出现。打破这种等式，正是个性化自动化经济学的核心使命。</w:t>
      </w:r>
    </w:p>
    <w:p>
      <w:pPr/>
      <w:r>
        <w:t>可以说，工业之后的真正问题不是如何继续扩张相同，而是如何处理不同。这个问题在工业经济学内部没有真正答案。而正是在这一边界处，下一种生产力逻辑才开始获得出现的理由。工业文明让人类掌握了规模化，但也让人类把规模化深深等同于标准化。只要这两个概念还被绑定，真正的新生产力就不会出现。因为未来真正的突破，不是继续把同一性做得更强，而是把差异性也推进为可规模化处理的对象。</w:t>
      </w:r>
    </w:p>
    <w:p>
      <w:pPr/>
      <w:r>
        <w:t>也正是在这一矛盾堆积到一定程度之后，GPT时代的新问题才开始真正显影：如果一种新技术能够不只是压缩相同流程，而是开始进入差异世界本身，那么生产力是否会被重新定义？如果答案是肯定的，信息经济学就不能再被当作终点，而必须被推进到一个更高阶段。信息经济并没有失败，它恰恰因为太成功，才把自己的边界暴露得如此清楚。它完成了流程自动化的历史任务，却也因此把真正新的生产力问题推了出来。</w:t>
      </w:r>
    </w:p>
    <w:p>
      <w:pPr/>
      <w:r>
        <w:t>工业文明的同一性偏执渗透到了教育（统一课程标准）、医疗（统一诊疗协议）、企业管理（统一流程手册）和公共政策（统一治理方案）的方方面面。在物质匮乏的时代，标准化用"不完美但普遍"替代了"完美但稀缺"，这是工业文明的伟大交换。但当基本物质需求被普遍满足之后，人们开始意识到真正有价值的不是所有人学同样的东西、吃同样的药、看同样的内容，而是每个人获得适合自己的路径。真正的高价值世界，是差异世界。工业文明把规模化与标准化绑定[15]在一起的那一刻，也就预设了它自己的边界：它能处理同一性世界，但不能处理差异世界。</w:t>
      </w:r>
    </w:p>
    <w:p>
      <w:pPr/>
      <w:r>
        <w:t>工业文明之所以伟大，在于它发现了同一性的力量。但这种发现也变成了一种偏执——整个现代社会长期沉浸在一种信念中：只有同一的东西才能被大规模处理，差异天然意味着低效和高成本。这种信念渗透到了教育、医疗、企业管理和公共政策的方方面面。在物质匮乏的时代，标准化确实是效率最高的解决方案。一件工厂生产的T恤虽然不如裁缝手工制作的合身，但它的价格低廉到几乎所有人都能穿上衣服。标准化用"不完美但普遍"替代了"完美但稀缺"，这是工业文明的伟大交换。但当基本物质需求被普遍满足之后，这个交换的代价就越来越显眼——真正有价值的不是所有人学同样的东西、吃同样的药、看同样的内容，而是每个人获得适合自己的路径。真正的高价值世界是差异世界。工业文明把规模化与标准化绑定的那一刻，也就预设了它自己的边界。</w:t>
      </w:r>
    </w:p>
    <w:p>
      <w:pPr/>
      <w:r>
        <w:t>可以说，工业之后的真正问题不是如何继续扩张相同，而是如何处理不同。这个问题在工业经济学内部没有真正答案。工业经济学对价值的理解是一种"标准化价值"——真正有经济意义的价值首先应当是可标准化、可复制、可统一定价的价值。教育中的因材施教、健康中的个体调理、文化中的深度适配、知识中的真实路径生成，这些价值都长期被排除在主流经济学叙事之外。工业经济学的真正限制不是它错误，而是它把标准化价值推到了中心长期遮蔽了另一类更高密度的价值——个性化价值。工业文明留给后世最大的遗产同时也是最大的思想束缚：它让整个现代经济形成了一种近乎本能的判断——只有标准化才可能规模化。只要这两个概念还被绑在一起真正的新生产力就不会出现。而正是在这一边界处下一种生产力逻辑才开始获得出现的理由。</w:t>
      </w:r>
    </w:p>
    <w:p>
      <w:pPr/>
      <w:r>
        <w:t>工业文明留给后世最大的遗产同时也是最大的思想束缚：它让整个现代经济形成了一种近乎本能的判断——只有标准化才可能规模化。只要这两个概念还被绑在一起，真正的新生产力就不会出现。这种同一性偏执有其深刻的历史合理性——在物质匮乏的时代，首要任务是让尽可能多的人获得基本供给。一件工厂生产的T恤虽然不如裁缝手工制作的合身，但它的价格低廉到几乎所有人都能穿上衣服。一辆流水线生产的汽车虽然不如定制车适合每个人，但它让普通家庭也能拥有出行工具。标准化用"不完美但普遍"替代了"完美但稀缺"——大模型输出的高频平均化掩盖了深层创新的匮乏。但当基本物质需求被普遍满足之后，人们开始意识到教育中真正有价值的不是所有人学同样的东西，健康中真正有价值的不是所有人吃同样的药，文化中真正有价值的不是所有人消费同样的内容。真正的高价值世界是差异世界。</w:t>
      </w:r>
    </w:p>
    <w:p>
      <w:pPr/>
      <w:r>
        <w:t>工业文明最深层的遗产不是工厂和机器，而是一种思维方式——"只有标准化才能规模化"。这种思维方式渗透到了教育（统一课程标准、统一考试、统一教材）、医疗（统一诊疗指南、统一用药方案、统一评价指标）、企业管理（统一流程手册、统一绩效考核、统一组织架构）和公共政策（统一治理方案、统一执法标准、统一评估体系）的方方面面。在物质匮乏的时代这种思维方式是效率最高的解决方案——标准化用"不完美但普遍"替代了"完美但稀缺"。一件工厂生产的T恤虽然不如裁缝手工制作的合身但它的价格低廉到几乎所有人都能穿上衣服。生成式AI让论文产量增长但思想密度并未同步提升。但当基本物质需求被普遍满足之后这个交换的代价就越来越显眼了——真正有价值的不是所有人学同样的东西不是所有人吃同样的药不是所有人看同样的内容而是每个人获得适合自己的路径。在教育中一个数学天赋极高但语言能力偏弱的孩子和一个语言天赋极高但数学能力偏弱的孩子被迫按同一套课程表同一个速度学习——前者在语文课上痛苦后者在数学课上挣扎。标准化教育解决了"有没有课上"的问题但制造了"上的课对不对"的问题。在医疗中同样的降压药同样的剂量被开给所有高血压患者——忽略了每个人的基因型、代谢速率、生活方式和心理状态完全不同。标准化医疗解决了"有没有药吃"的问题但制造了"吃的药对不对"的问题。工业文明把规模化与标准化绑定在一起的那一刻也就预设了它自己的边界：它能处理同一性世界但不能处理差异世界。</w:t>
      </w:r>
    </w:p>
    <w:p>
      <w:pPr>
        <w:pStyle w:val="Heading1"/>
      </w:pPr>
      <w:r>
        <w:t>第二十一章  信息经济学的天花板</w:t>
      </w:r>
    </w:p>
    <w:p>
      <w:pPr/>
      <w:r>
        <w:t>信息经济并没有真正跳出工业文明的深层逻辑。它更像是把工业逻辑从"对象层"推进到了"流程层"。工业文明最擅长的是让相同对象被规模制造，信息文明最擅长的则是让相同流程被自动执行。ERP系统把企业中大量可重复的流程压成统一结构；电商系统把下单、支付、物流这些流程变得极其顺畅；平台系统把大规模用户行为压成可预测的数据流。信息经济的核心奇迹是把流程从人工劳动中剥离出来，让系统承担执行。</w:t>
      </w:r>
    </w:p>
    <w:p>
      <w:pPr/>
      <w:r>
        <w:t>然而信息自动化有一个与工业文明同样刚性的前提：它要求流程先被压成相对同一的结构。只有这样，代码才能接手，数据库才能建模，接口才能对接，平台才能扩张。信息经济的全部力量建立在一个看不见的前置动作上：先把现实中的差异压缩掉相当一部分，然后才有可能把剩余部分程序化。</w:t>
      </w:r>
    </w:p>
    <w:p>
      <w:pPr/>
      <w:r>
        <w:t>信息经济最强大的地方恰恰也构成它的天花板。它的真正边界是：只能高效处理"被先验压平的差异"，而不能真正处理持续生成、不断变化、深度交织的现实差异。一个组织的财务报销流程可以自动化，但当系统面对复杂个体、深层需求和多因素相互作用时，旧信息自动化就变得粗糙、僵硬甚至失效。</w:t>
      </w:r>
    </w:p>
    <w:p>
      <w:pPr/>
      <w:r>
        <w:t>于是现代社会出现了一种奇特局面：平台越来越强，软件越来越多，但人们仍然普遍感到真正高价值的服务依然昂贵、稀缺。真正高价值的东西越来越个性化，而真正可规模化的东西却越来越标准化。两者长期分裂，正是旧生产力走向天花板的根本原因。</w:t>
      </w:r>
    </w:p>
    <w:p>
      <w:pPr/>
      <w:r>
        <w:t>信息经济学的天花板可以通过一个具体例子来说明。考虑一个在线教育平台。它可以把课程内容标准化为视频和文档，把学习流程标准化为"观看-做题-考试"，把用户管理标准化为"注册-分班-打卡-毕业"。这些流程的自动化极其成功——一个平台可以同时服务数百万学生，每个学生走的是同一套流程。这就是信息经济的胜利。</w:t>
      </w:r>
    </w:p>
    <w:p>
      <w:pPr/>
      <w:r>
        <w:t>但问题在于：每个学生真正需要的不是同一套流程，而是不同的学习路径。一个对数学有恐惧的学生和一个对数学有天赋的学生，走同一条路径的效果截然不同。一个通过视觉学习更好的学生和一个通过听觉学习更好的学生，看同一套视频的效果也截然不同。信息自动化可以让流程更顺畅，但它不能让路径更"对"。它能处理的是"已经被压平的差异"——把学生分成几个大类，给每类推荐不同的课程包。但真实的个体差异远比几个标签复杂得多。</w:t>
      </w:r>
    </w:p>
    <w:p>
      <w:pPr/>
      <w:r>
        <w:t>这就是信息经济天花板的微观表现：系统越来越快，但服务越来越"不对"；平台越来越大，但用户越来越感到"这不是为我设计的"。真正高价值的教育——让每个人找到适合自己的成长路径——仍然只能通过昂贵的一对一人工辅导来获得。信息自动化解决了分发效率问题，但没有解决适配精度问题。</w:t>
      </w:r>
    </w:p>
    <w:p>
      <w:pPr/>
      <w:r>
        <w:t>这个例子可以推广到所有高密度差异领域：健康、企业管理、文化消费、知识服务。信息自动化在所有这些领域都取得了巨大成功——但成功的范围恰好止步于"差异可以被预先压平"的边界。一旦差异进入真实个体、真实场景和真实历史，信息自动化就不够了。下一步必须让差异世界本身进入自动化。这就是个性化自动化。</w:t>
      </w:r>
    </w:p>
    <w:p>
      <w:pPr/>
      <w:r>
        <w:t>平台经济为什么不是信息经济的终极形态？因为平台经济仍然运行在信息经济的逻辑之内——它的核心能力仍然是把统一流程做得更大规模、更低摩擦。当差异被标签化处理时，每个标签内部的真实差异就被压扁了。"25岁女性白领"这个标签覆盖了无数截然不同的个体，但推荐算法只能以这个标签的平均偏好来服务所有被归入其中的人。真正超越平台经济的不是更大的平台，而是能够真正进入每个用户的完整特征世界并为其生成独特路径的SDE软件系统。</w:t>
      </w:r>
    </w:p>
    <w:p>
      <w:pPr/>
      <w:r>
        <w:t>信息经济并没有真正跳出工业文明的深层逻辑。它更像是把工业逻辑从"对象层"推进到了"流程层"——工业文明最擅长让相同对象被规模制造，信息文明最擅长让相同流程被自动执行。ERP系统把企业中大量可重复的流程压成统一结构；电商系统把下单、支付、物流这些流程变得极其顺畅；平台系统把大规模用户行为压成可预测的数据流。然而信息自动化有一个与工业文明同样刚性的前提：它要求流程先被压成相对同一的结构，只有这样代码才能接手、数据库才能建模。信息经济最强大的地方恰恰也构成它的天花板：只能高效处理"被先验压平的差异"，而不能真正处理持续生成、不断变化的现实差异。于是现代社会出现了一种奇特局面：平台越来越强，软件越来越多，但人们仍然普遍感到真正高价值的服务依然昂贵、稀缺。</w:t>
      </w:r>
    </w:p>
    <w:p>
      <w:pPr/>
      <w:r>
        <w:t>许多人以为平台经济已经是信息文明的巅峰。但从生产力本体看平台经济仍然运行在信息经济的逻辑之内——它的核心能力仍然是把统一流程做得更大规模更低摩擦。淘宝让买卖双方的交易流程标准化，美团让餐饮配送流程标准化，滴滴让出行调度流程标准化。这些平台的伟大之处在于把特定流程做到了极致，但它们处理差异的方式仍然是有限标签化——把用户分成几个类别把商品分成几个等级。当差异被标签化处理时每个标签内部的真实差异就被压扁了。也正是在这一矛盾堆积到一定程度之后GPT时代的新问题才开始真正显影：如果一种新技术能够不只是压缩相同流程而是开始进入差异世界本身那么生产力是否会被重新定义？信息经济并没有失败它恰恰因为太成功才把自己的边界暴露得如此清楚——它完成了流程自动化的历史任务却也把真正新的生产力问题推了出来。</w:t>
      </w:r>
    </w:p>
    <w:p>
      <w:pPr/>
      <w:r>
        <w:t>信息经济并没有真正跳出工业文明的深层逻辑。ERP系统把企业中大量可重复的流程压成统一结构——采购审批流、报销流、生产调度流、客户服务流。电商系统把下单支付物流这些流程变得极其顺畅。平台系统把大规模用户行为压成可预测的数据流——推荐算法根据用户的历史行为预测下一步点击。然而信息自动化有一个与工业文明同样刚性的前提：它要求流程先被压成相对同一的结构只有这样代码才能接手数据库才能建模。信息经济最强大的地方恰恰也构成它的天花板：只能高效处理"被先验压平的差异"而不能真正处理持续生成不断变化的现实差异。平台经济更是如此——淘宝让买卖双方的交易流程标准化美团让餐饮配送流程标准化滴滴让出行调度流程标准化。这些平台的伟大之处在于把特定流程做到了极致。但它们处理差异的方式仍然是有限标签化——把用户分成几个类别把商品分成几个等级。当差异被标签化处理时每个标签内部的真实差异就被压扁了。"25岁女性白领喜欢购物"这个标签覆盖了无数截然不同的个体但推荐算法只能以这个标签的平均偏好来服务所有被归入其中的人。</w:t>
      </w:r>
    </w:p>
    <w:p>
      <w:pPr>
        <w:pStyle w:val="Heading1"/>
      </w:pPr>
      <w:r>
        <w:t>第二十二章  GPT为什么还没带飞世界经济</w:t>
      </w:r>
    </w:p>
    <w:p>
      <w:pPr/>
      <w:r>
        <w:t>今天几乎没有人否认GPT在语言生成、信息压缩、代码辅助和知识组织方面已经表现出极高能力。可与此同时，世界经济并没有出现与技术斜率相对应的宏观陡升。许多国家增长疲弱，企业虽然在试验AI却并未大面积重构商业逻辑，普通人的收入结构和工作结构也没有因GPT而普遍进入上升通道。一个真正需要被回答的问题摆在面前：GPT缺的到底是什么？</w:t>
      </w:r>
    </w:p>
    <w:p>
      <w:pPr/>
      <w:r>
        <w:t>答案不是能力不够强，不是应用不够多，不是算力不够。真正缺的，是一种把通用能力压成现实生产力的产业结构。GPT的强大具有明确的结构位置——它最先显影的是一种极强的通用S能力：语言结构能力、形式逻辑能力、知识压缩能力与代码显影能力。它可以帮助人快速组织文本、模拟结构、生成初步方案。但仅有S还不够。现实世界中的经济生产并不发生在纯结构之中，而发生在对象、约束、场景、需求和路径之中。</w:t>
      </w:r>
    </w:p>
    <w:p>
      <w:pPr/>
      <w:r>
        <w:t>一个教育系统不能只会生成语言，它必须进入不同学生的特征世界（E）；一个健康系统不能只会生成建议，它必须进入不同身体和行为模式的现实差异（E）并形成不同的干预路径（D）；一个企业系统不能只会给出方案，它必须进入不同岗位、市场、组织和业务逻辑的复杂网络之中。GPT若不能真正进入这些差异世界，它就只能是强大的通用能力，而不是强大的现实生产力。</w:t>
      </w:r>
    </w:p>
    <w:p>
      <w:pPr/>
      <w:r>
        <w:t>GPT今天尚未真正带飞世界经济，最根本的原因就在于：它大多仍停留在S的辉煌之中，而还没有广谱地进入E与D。这不是GPT的失败，而是说明GPT不是终点——进入SDE才是完成体。</w:t>
      </w:r>
    </w:p>
    <w:p>
      <w:pPr/>
      <w:r>
        <w:t>GPT为什么还没带飞世界经济？这个问题的答案不能只看微观，还必须看宏观结构。</w:t>
      </w:r>
    </w:p>
    <w:p>
      <w:pPr/>
      <w:r>
        <w:t>从宏观上看，GPT到目前为止主要在三个层面创造了真实价值。第一，内容生成效率的提升——写作、翻译、摘要、代码生成等任务的速度和成本发生了数量级的改善。第二，知识获取方式的改变——人们可以通过对话式交互快速获取信息，替代了传统的搜索和阅读。第三，局部工作流的优化——客服、数据分析、文档处理等特定工作流被AI辅助加速。</w:t>
      </w:r>
    </w:p>
    <w:p>
      <w:pPr/>
      <w:r>
        <w:t>但这三个层面有一个共同特征：它们都是在现有经济结构内部的效率改善，而不是经济结构本身的改写。内容生成更快了，但内容产业的基本逻辑没变。知识获取更方便了，但知识服务的商业模式没变。工作流更高效了，但企业的组织方式没变。也就是说，GPT目前的主要贡献仍然是"在旧文明轨道上提速"，而不是"开辟新文明轨道"。</w:t>
      </w:r>
    </w:p>
    <w:p>
      <w:pPr/>
      <w:r>
        <w:t>为什么会这样？因为开辟新轨道需要的不是更强的通用能力，而是能够把通用能力压入现实差异世界的产业结构。没有SDE软件化提供的产业母机，GPT的能力就只能在现有经济结构的缝隙中寻找局部应用，而不能形成全域的经济动力。这正是"强工具、弱母机"的本质——工具再强，没有母机就无法形成工业体系。</w:t>
      </w:r>
    </w:p>
    <w:p>
      <w:pPr/>
      <w:r>
        <w:t>当年蒸汽机发明后，也并非立刻带来经济起飞。真正的起飞发生在蒸汽机被嵌入工厂制度、交通系统和社会化分工体系之后。同理，GPT的真正经济爆发不会发生在"模型更强"的那一刻，而会发生在"SDE软件产业成熟、个性化自动化成为主流生产方式"的那一刻。</w:t>
      </w:r>
    </w:p>
    <w:p>
      <w:pPr/>
      <w:r>
        <w:t>GPT的强S能力表现在至少四个层面。</w:t>
      </w:r>
    </w:p>
    <w:p>
      <w:pPr/>
      <w:r>
        <w:t>第一，语言结构能力。GPT可以生成语法正确、逻辑顺畅、层次分明的长文本。它能自动组织段落、安排过渡、维持主题一致性。这种能力在过去只有经过长期训练的专业写作者才具备。第二，知识压缩能力。GPT可以把海量的领域知识压缩成简洁的摘要、提纲和框架。给它一个主题，它可以迅速生成该主题的核心概念、主要争论和关键文献。第三，形式逻辑能力。GPT在推理、分类、比较、因果分析等形式逻辑任务上表现出色。它可以帮助整理论证链条、发现逻辑矛盾、补充缺失前提。第四，代码生成能力。GPT可以根据自然语言描述生成代码、调试代码、解释代码和重构代码。</w:t>
      </w:r>
    </w:p>
    <w:p>
      <w:pPr/>
      <w:r>
        <w:t>这四种能力都是S能力——它们处理的都是结构化的、形式化的、可以用规则描述的任务。GPT之所以在这些任务上表现出色，是因为它的训练数据恰恰是人类语言和代码中最高度结构化的部分。</w:t>
      </w:r>
    </w:p>
    <w:p>
      <w:pPr/>
      <w:r>
        <w:t>但以下能力GPT明显不足：判断什么问题真正重要（E1世界层判断），理解特定用户在特定场景中的真实需求（E3自我世界），从混乱的现实中开辟出前所未有的新路径（D的原创性），以及在多方约束中找到最小阻力路径（E和D的协同）。这些不足不是GPT的bug，而是S能力的结构性边界。</w:t>
      </w:r>
    </w:p>
    <w:p>
      <w:pPr/>
      <w:r>
        <w:t>GPT的S能力之所以如此耀眼，是因为它站在人类几千年语言文明的积累之上。但这种耀眼也制造了一种危险的幻觉：人们很容易把"生成得像样"误认为"问题已经解决"。一份GPT生成的商业计划书看起来结构完整、语言流畅、论证有力——但它可能完全不理解这个商业计划要面对的真实市场环境，不知道目标用户的真实痛点，也没有真正考虑过该如何在特定约束条件下推进。这就是"科研成熟感的通货膨胀"在产业层面的翻版——GPT让一切看起来更成熟，但真正的创新和价值创造并没有等比例增加。</w:t>
      </w:r>
    </w:p>
    <w:p>
      <w:pPr/>
      <w:r>
        <w:t>GPT的S能力之所以如此耀眼，是因为它站在人类几千年语言文明的积累之上。它在语言结构、逻辑推理、知识压缩和形式转换方面的能力确实已经超过了绝大多数普通人。但这种耀眼也制造了一种危险的幻觉：人们很容易把"生成得像样"误认为"问题已经解决"。从经济学角度看，这就是"科研成熟感的通货膨胀"——GPT让一切看起来更成熟、更专业、更有结构，但真正的创新和价值创造并没有等比例增加。表面成熟感泛滥，深层突破稀缺。这个现象恰恰证明了：仅有S不能构成新生产力，GPT必须进入SDE整体才能真正发挥经济效力。GPT今天尚未真正带飞世界经济，最根本的原因就在于：它大多仍停留在S的辉煌之中，而还没有广谱地进入E与D。这不是GPT的失败，而是说明GPT不是终点——进入SDE才是完成体。</w:t>
      </w:r>
    </w:p>
    <w:p>
      <w:pPr/>
      <w:r>
        <w:t>GPT缺的到底是什么？答案不是能力不够强不是应用不够多不是算力不够。真正缺的是一种把通用能力压成现实生产力的产业结构。GPT的强大具有明确的结构位置——它最先显影的是一种极强的通用S能力：语言结构能力、形式逻辑能力、知识压缩能力与代码显影能力。它可以帮助人快速组织文本模拟结构生成初步方案。但仅有S还不够——现实世界中的经济生产并不发生在纯结构之中而发生在对象约束场景需求和路径之中。一个教育系统不能只会生成语言它必须进入不同学生的特征世界（E）；一个健康系统不能只会生成建议它必须进入不同身体和行为模式的现实差异（E）并形成不同的干预路径（D）。GPT若不能真正进入这些差异世界它就只能是强大的通用能力而不是强大的现实生产力。</w:t>
      </w:r>
    </w:p>
    <w:p>
      <w:pPr/>
      <w:r>
        <w:t>GPT的出现为什么让世界如此兴奋又如此困惑？兴奋在于它的能力确实前所未有——它可以生成文本、分析数据、编写代码、翻译语言、模拟对话，几乎在所有语言任务上都展现出了接近或超过人类平均水平的表现。困惑在于这种前所未有的能力并没有带来期望中的经济起飞——AI泡沫论甚嚣尘上，很多人开始怀疑GPT到底有没有真正的经济价值。SDE的分析揭示了一个深层原因：GPT最先显影的是一种极强的通用S能力（语言结构能力、形式逻辑能力、知识压缩能力），但仅有S还不构成新生产力。现实世界中的经济生产不发生在纯结构之中而发生在具体的对象约束场景需求和路径之中。一个教育系统不能只会生成语言——它必须进入不同学生的特征世界（E）并为每个学生生成不同的学习路径（D）。一个健康系统不能只会生成建议——它必须进入不同身体和行为模式的现实差异（E）并形成不同的干预路径（D）。GPT若不能真正进入这些差异世界它就只能是强大的通用能力而不是强大的现实生产力。这就解释了为什么GPT已经如此强大但世界经济还没有起飞——不是因为GPT不够强而是因为GPT还没有广谱地进入E和D。SDE的作用恰恰是补足这个缺口：S提供数字结构骨架E提供特征纠缠土壤D提供差异运行过程。只有当GPT从单纯的S能力进入SDE整体通用智能才会真正进入现实差异世界并被组织成可复制可扩张可产业化的经济生产过程。</w:t>
      </w:r>
    </w:p>
    <w:p>
      <w:pPr/>
      <w:r>
        <w:t>##</w:t>
      </w:r>
    </w:p>
    <w:p>
      <w:pPr/>
      <w:r>
        <w:t>个性化自动化之所以需要SDE而不只是GPT，根本原因回到第一编的房角石：软件＝数字SDE。</w:t>
      </w:r>
    </w:p>
    <w:p>
      <w:pPr/>
      <w:r>
        <w:t>第二十三章  个性化自动化：新生产力的定义</w:t>
      </w:r>
    </w:p>
    <w:p>
      <w:pPr/>
      <w:r>
        <w:t>所谓个性化自动化，就是指系统能够基于不同对象、不同场景、不同约束、不同阶段和不同特征，自动生成不同的价值路径，而这一过程不再完全依赖高成本人工，而开始被软件母机、智能系统和平台结构承载。</w:t>
      </w:r>
    </w:p>
    <w:p>
      <w:pPr/>
      <w:r>
        <w:t>这里最关键的一点在于，"个性化"不再只是高端定制，不再只是少数人享有的昂贵服务，不再只是营销层面的伪个性化包装，而成为一个真正的生产力对象。过去无法规模化的差异价值，开始获得被大规模生成和复制的可能。</w:t>
      </w:r>
    </w:p>
    <w:p>
      <w:pPr/>
      <w:r>
        <w:t>过去，自动化的对象主要是统一流程；未来，自动化若要真正引发经济质变，其对象就必须变成差异世界本身。也就是说，自动化若不进入个性化，便始终无法突破旧增长边界。生产力到底在生产什么？如果还沿用旧逻辑，答案无非是生产更多商品、更多流程效率。但在GPT时代，真正可能被生产出来的新东西，不是"更多相同"，而是"更多不同且正确匹配的价值路径"。</w:t>
      </w:r>
    </w:p>
    <w:p>
      <w:pPr/>
      <w:r>
        <w:t>为什么必须引入SDE？因为GPT虽然极强，却仍主要停留在普遍化结构能力的层面。真实世界并不是由纯结构构成，而是由大量差异对象、场景限制、用户画像、需求层级、行为路径和特征纠缠组成。SDE的作用恰恰在于为GPT补足现实发生结构：S提供数字结构骨架，E提供特征纠缠土壤，D提供差异运行过程。只有当GPT从单纯的S能力进入SDE整体，通用智能才会真正进入现实差异世界，并被组织成可复制、可扩张、可产业化的经济生产过程。</w:t>
      </w:r>
    </w:p>
    <w:p>
      <w:pPr/>
      <w:r>
        <w:t>个性化自动化的定义需要与几个容易混淆的概念做严格区分。</w:t>
      </w:r>
    </w:p>
    <w:p>
      <w:pPr/>
      <w:r>
        <w:t>第一，个性化自动化不是"个性化推荐"。当前的推荐系统（如电商推荐、内容推荐）确实在做某种个性化处理，但它们的本质仍然是"从预设的标准化选项池中为不同用户匹配不同选项"。池子是固定的，只是分配方式不同。真正的个性化自动化则是"面对不同用户自动生成不同的价值路径"——路径本身不是预设的，而是被系统实时生成的。</w:t>
      </w:r>
    </w:p>
    <w:p>
      <w:pPr/>
      <w:r>
        <w:t>第二，个性化自动化不是"高端定制"。高端定制的个性化依赖昂贵的人工——私人医生、私人教师、私人顾问。个性化自动化的目标恰恰是让这种程度的个性化不再依赖昂贵人工，而被SDE软件系统承载。它不是要取消人工的价值，而是要让人工的价值从"执行个性化"转向"设计个性化系统"。</w:t>
      </w:r>
    </w:p>
    <w:p>
      <w:pPr/>
      <w:r>
        <w:t>第三，个性化自动化不是"用户可配置"。很多软件允许用户自定义一些设置——字体大小、主题颜色、通知频率。这不是个性化自动化，而只是"标准化框架内的有限自选"。真正的个性化自动化意味着系统在S、D、E三个维度上都能根据对象差异做出深层适配：S可以为不同用户生成不同的对象组织方式；D可以为不同用户生成不同的运行路径；E可以识别不同用户的特征纠缠并做出真实响应。</w:t>
      </w:r>
    </w:p>
    <w:p>
      <w:pPr/>
      <w:r>
        <w:t>这三个区分至关重要。因为如果把个性化自动化矮化为推荐系统升级或用户配置增强，就会误以为这只是现有技术的渐进改良。实际上，个性化自动化是生产力本体的跃迁——从"处理相同"到"处理不同"。这个跃迁的历史意义，不亚于从手工作坊到工厂制度的跃迁。</w:t>
      </w:r>
    </w:p>
    <w:p>
      <w:pPr/>
      <w:r>
        <w:t>个性化自动化不是一个单一能力，而是一个由五个层级构成的递进体系。</w:t>
      </w:r>
    </w:p>
    <w:p>
      <w:pPr/>
      <w:r>
        <w:t>第一层级：个性化分发。系统从一个固定的内容库中根据用户标签选择不同的内容推送。这是当前大多数推荐系统的水平。它处理的差异极其有限——本质上只是在若干预设选项中做选择。</w:t>
      </w:r>
    </w:p>
    <w:p>
      <w:pPr/>
      <w:r>
        <w:t>第二层级：个性化配置。系统允许用户调整参数和设置，从而获得不同的功能组合。这是当前大多数SaaS产品的水平。差异由用户主动选择，系统只是提供选项。</w:t>
      </w:r>
    </w:p>
    <w:p>
      <w:pPr/>
      <w:r>
        <w:t>第三层级：个性化路径生成。系统根据用户的实时状态和历史画像，动态生成不同的服务路径。这是SDE软件系统的基本能力。差异不再是用户选择的，而是系统根据E自动生成的。</w:t>
      </w:r>
    </w:p>
    <w:p>
      <w:pPr/>
      <w:r>
        <w:t>第四层级：个性化世界构建。系统不只为用户生成不同的路径，还为用户构建不同的数字世界——不同的界面、不同的内容生态、不同的交互逻辑。每个用户看到的不只是不同的推荐结果，而是一个为他量身定制的数字环境。</w:t>
      </w:r>
    </w:p>
    <w:p>
      <w:pPr/>
      <w:r>
        <w:t>第五层级：个性化进化。系统与用户共同进化——用户的变化驱动系统的变化，系统的变化又影响用户的变化。两者在长期互动中共同生长，形成不可分割的共生关系。</w:t>
      </w:r>
    </w:p>
    <w:p>
      <w:pPr/>
      <w:r>
        <w:t>当前世界主要停留在第一和第二层级。个性化自动化经济学的目标是推动产业从第一二层级向第三四五层级跃迁。每一次跃迁都意味着差异处理能力的质变，也意味着可以被释放的个性化价值的量级跳升。</w:t>
      </w:r>
    </w:p>
    <w:p>
      <w:pPr/>
      <w:r>
        <w:t>个性化自动化不是互联网行业已经在做的"千人千面"的升级版。"千人千面"是在固定内容库中根据标签选择不同展示——本质是分发。个性化自动化是根据每个用户的完整特征世界实时生成不同的价值路径——本质是生产。一个是"从库中选"，一个是"现场生"。正因为个性化自动化是真正的生产——它在现场生产个性化价值——所以它才构成了一种新的生产力，而不只是旧生产力的优化。个性化自动化的五个层级依次是：个性化分发→个性化配置→个性化路径生成→个性化世界构建→个性化进化。当前世界主要停留在前两个层级。</w:t>
      </w:r>
    </w:p>
    <w:p>
      <w:pPr/>
      <w:r>
        <w:t>个性化自动化不是互联网行业已经在做的"千人千面"的升级版。两者有根本区别。"千人千面"是在固定内容库中根据用户标签选择不同展示——本质仍是分发。个性化自动化则是根据每个用户的完整特征世界实时生成不同的价值路径——本质是生产。这个区别在教育领域最为明显："千人千面"的教育是有一百节课根据学生标签推荐不同课程组合；个性化自动化的教育是没有预制的"课"，而是根据每个学生的实时状态动态生成学习内容、练习方式、评估标准和推进节奏。前者是分发问题，后者是生产问题。前者的极限是分发效率的极限，后者的极限是差异处理能力的极限。正因为个性化自动化是真正的生产——它在现场生产个性化价值——所以它才构成了一种新的生产力。</w:t>
      </w:r>
    </w:p>
    <w:p>
      <w:pPr/>
      <w:r>
        <w:t>所谓个性化自动化就是指系统能够基于不同对象不同场景不同约束不同阶段和不同特征自动生成不同的价值路径而这一过程不再完全依赖高成本人工而开始被软件母机智能系统和平台结构承载。这里最关键的一点在于"个性化"不再只是高端定制不再只是少数人享有的昂贵服务不再只是营销层面的伪个性化包装而成为一个真正的生产力对象。过去自动化的对象主要是统一流程；未来自动化若要真正引发经济质变其对象就必须变成差异世界本身。SDE的作用恰恰在于为GPT补足现实发生结构：S提供数字结构骨架，E提供特征纠缠土壤，D提供差异运行过程。只有当GPT从单纯的S能力进入SDE整体通用智能才会真正进入现实差异世界并被组织成可复制可扩张可产业化的经济生产过程。</w:t>
      </w:r>
    </w:p>
    <w:p>
      <w:pPr/>
      <w:r>
        <w:t>个性化自动化经济学的定义必须被更严格地表述。个性化自动化不是"自动化"前面加了一个形容词不是旧经济学中对服务业和AI应用的修饰语而是一种新的生产力本体。它意味着生产对象的改变——从标准化对象变成差异化对象；意味着生产方式的改变——从批量复制变成路径生成；意味着价值来源的改变——从相同中提取价值变成从不同中提取价值。传统经济学对价值的理解建立在"标准化价值"之上——真正有经济意义的价值首先应当是可标准化可复制可统一定价的价值。这意味着教育中的因材施教、健康中的个体调理、文化中的深度适配、知识中的真实路径生成这些价值长期被排除在主流经济学叙事之外——不是因为它们不重要而是因为过去没有母机能处理它们。传统价值假设建立在"差异价值天然高成本"这一默认前提之上。在工业和信息文明中确实如此——个性化服务需要高水平的人力投入每多服务一个客户就需要多投入一份人力成本边际成本不递减甚至递增。但SDE软件化打破了这个前提——S提供可复制的标准化骨架（保证规模化）E嵌入真实场景和对象差异（保证个性化）D自动生成不同对象的不同运行路径（保证价值匹配）。三者同时工作差异价值的工业化生产就成为可能[5]——增加一个个性化用户的边际成本趋零。这就是规模化与个性化矛盾的历史性破解——不是折中不是妥协而是通过改变母机结构使矛盾本身消解。</w:t>
      </w:r>
    </w:p>
    <w:p>
      <w:pPr>
        <w:pStyle w:val="Heading1"/>
      </w:pPr>
      <w:r>
        <w:t>第二十三章  个性化自动化的定义与本体机制</w:t>
      </w:r>
    </w:p>
    <w:p>
      <w:pPr/>
      <w:r>
        <w:t>个性化自动化不是"自动化"前面加了一个形容词，不是旧经济学中对服务业和AI应用的修饰语，而是一种新的生产力本体。它意味着生产对象的改变——从标准化对象变成差异化对象；意味着生产方式的改变——从批量复制变成路径生成；意味着价值来源的改变——从相同中提取价值变成从不同中提取价值。</w:t>
      </w:r>
    </w:p>
    <w:p>
      <w:pPr/>
      <w:r>
        <w:t>个性化自动化的本体机制可以用一句话概括：差异对象自动获得差异路径。"差异对象"意味着系统面对的不是统一的标准化实体，而是各自不同的个体——每个学生有不同的认知边界，每个患者有不同的身体状况，每个用户有不同的使用习惯。"自动获得"意味着路径不是由高成本的人工定制生成的，而是由SDE母机根据对象的E特征自动计算的。"差异路径"意味着系统为每个对象生成的路径是不同的——不同学生获得不同学习路线，不同患者获得不同干预方案，不同用户获得不同服务体验。</w:t>
      </w:r>
    </w:p>
    <w:p>
      <w:pPr/>
      <w:r>
        <w:t>个性化自动化经济学的五个层级依次递进。第一层级是个性化分发——在固定内容库中根据用户标签推荐不同内容，本质仍是"从库中选"。第二层级是个性化配置——允许用户自行调整系统参数，本质是"让用户自己选"。第三层级是个性化路径生成——系统根据用户的E状态自动计算并生成独特的价值路径，本质是"现场生"。第四层级是个性化世界构建——系统为每个用户构建一个持续演化的数字世界，用户的一切行为都在这个世界中沉积和生长。第五层级是个性化进化——系统本身根据所有用户的集体E沉积不断进化，变得越来越聪明越来越精准。当前世界的绝大多数"个性化"产品停留在前两个层级。真正的个性化自动化从第三层级开始——因为只有从第三层级起，系统才真正进入了"生产"而不只是"分发"。</w:t>
      </w:r>
    </w:p>
    <w:p>
      <w:pPr/>
      <w:r>
        <w:t>个性化自动化的经济学含义远超一般"定制服务"。"从库中选"（个性化推荐）的上限是库的容量——库里没有的东西再精准的推荐也找不出来。"人工造"（高端定制）的上限是人力——每多服务一个客户就需要多投入一份专家时间。"现场生"（个性化自动化）的上限则取决于SDE母机的能力——母机越成熟能处理的差异越复杂生成的路径越精准，而增加一个用户只是多跑一条D路径多沉积一份E画像。这三者的成本结构完全不同：推荐的边际成本接近零但价值有上限；定制的价值很高但边际成本递增；自动化的价值高且边际成本趋零。第三种才是真正可以支撑"差异价值工业革命"的生产力结构。</w:t>
      </w:r>
    </w:p>
    <w:p>
      <w:pPr/>
      <w:r>
        <w:t>个性化自动化的五个层级依次递进。第一层级"个性化分发"——在固定库中根据标签推荐，本质仍是"选"。第二层级"个性化配置"——允许用户调参数，本质是"让用户自己调"。第三层级"个性化路径生成"——系统根据E自动计算路径，本质是"现场生"，这是真正的分水岭。第四层级"个性化世界构建"——系统为每个用户构建持续演化的数字世界。第五层级"个性化进化"——系统本身根据集体E持续进化。当前全球绝大多数"个性化"产品停留在前两个层级。真正的个性化自动化从第三层级开始。</w:t>
      </w:r>
    </w:p>
    <w:p>
      <w:pPr>
        <w:pStyle w:val="Heading1"/>
      </w:pPr>
      <w:r>
        <w:t>第二十四章  差异价值为什么也可以规模化生产</w:t>
      </w:r>
    </w:p>
    <w:p>
      <w:pPr/>
      <w:r>
        <w:t>传统经济学有三个深层假设长期被视为不言自明。第一，价值假设：真正有经济意义的价值主要是标准化价值。第二，成本假设：个性化天然意味着高成本。第三，增长假设：增长主要来自标准化供给的大规模扩张。</w:t>
      </w:r>
    </w:p>
    <w:p>
      <w:pPr/>
      <w:r>
        <w:t>个性化自动化经济学对这三个假设进行颠覆。对价值假设的颠覆：差异价值不是经济边缘，而是经济的高密度核心。越往高价值区域走，差异性越明显——最便宜的东西通常最标准化，越高价值的东西越要求适配。对成本假设的颠覆：个性化之所以过去高成本，是因为处理差异的能力只能由人工承担；一旦SDE软件化使差异处理被系统化，增加一个个性化用户的边际成本可以趋近于零。对增长假设的颠覆：真正的下一轮大增长不会来自"更多相同"的继续扩张，而会来自"更多不同且正确匹配"的大规模释放。</w:t>
      </w:r>
    </w:p>
    <w:p>
      <w:pPr/>
      <w:r>
        <w:t>工业文明把"规模化"与"标准化"深度绑定。个性化自动化第一次把它们解绑——规模化不再必须以标准化为前提，差异价值也可以被系统性地大规模生产。这不是折中，而是结构性突破。突破的关键正在于SDE软件化：S提供可复制的标准化骨架（保证规模化），E嵌入真实场景和对象差异（保证个性化），D生成不同对象的不同运行路径（保证价值匹配）。三者同时工作，差异价值的工业化生产就成为可能。</w:t>
      </w:r>
    </w:p>
    <w:p>
      <w:pPr/>
      <w:r>
        <w:t>"规模化与标准化解绑"这个判断的深层逻辑需要被更精确地论证。</w:t>
      </w:r>
    </w:p>
    <w:p>
      <w:pPr/>
      <w:r>
        <w:t>工业文明之所以把规模化与标准化绑定，根本原因在于工业时代的自动化机制只能处理"相同"。流水线上的机器对每个对象执行完全相同的操作——切割、焊接、组装、涂装。只有对象是标准的，机器才能处理。这不是工业文明的"选择"，而是工业文明的"物理限制"。</w:t>
      </w:r>
    </w:p>
    <w:p>
      <w:pPr/>
      <w:r>
        <w:t>信息时代的自动化机制也只能处理"被压成相同格式的流程"。代码执行的是预写的指令序列，数据库存储的是预定义的字段结构。差异只能通过"预设分支"来处理——if/else、规则引擎、分类标签。差异的处理能力受限于程序员能预设多少分支。</w:t>
      </w:r>
    </w:p>
    <w:p>
      <w:pPr/>
      <w:r>
        <w:t>GPT＋SDE带来的突破在于：差异不再需要被预设，而可以被实时生成。GPT的语言生成能力使得系统可以面对从未见过的差异输入，实时生成从未预设过的差异输出。SDE的三维框架使得这种生成不是随机的，而是有结构（S）、有过程（D）、有世界约束（E）的。</w:t>
      </w:r>
    </w:p>
    <w:p>
      <w:pPr/>
      <w:r>
        <w:t>这就意味着：S可以是标准化的（保证可复制性和规模化），而D在S的框架内可以为每个不同的E生成不同的路径（保证个性化）。标准化发生在骨架层，个性化发生在路径层。两者不再矛盾，而是在不同层面上各自成立。这就是"解绑"的精确含义：不是放弃标准化，也不是放弃规模化，而是让标准化服务于骨架建设，让个性化服务于价值生成，两者在SDE框架中各得其所。</w:t>
      </w:r>
    </w:p>
    <w:p>
      <w:pPr/>
      <w:r>
        <w:t>"规模化"与"标准化"的解绑之所以是划时代的，是因为它打破了两百年来经济学最深层的一个隐含假设：差异价值不可被工业化。正因为差异价值被默认为不可工业化，所以经济学把增长主要归因于标准化供给的扩张；正因为差异价值被默认为天然高成本，所以个性化服务长期只能存在于高端市场。一旦这个假设被打破——一旦差异价值也可以被系统化、低成本、大规模地生产——面对差异价值工业化的新现实，经济学的基本框架需要被重写。</w:t>
      </w:r>
    </w:p>
    <w:p>
      <w:pPr/>
      <w:r>
        <w:t>一旦"规模化"与"标准化"的解绑被完成，经济学的基本框架就需要被重写。价值论需要重写：不再只是标准化价值才有经济意义。成本论需要重写：个性化不再天然等于高成本。增长论需要重写：下一轮大增长不来自更多相同，而来自更多不同。突破的关键在于SDE软件化：S提供可复制的标准化骨架（保证规模化），E嵌入真实场景和对象差异（保证个性化），D生成不同对象的不同运行路径（保证价值匹配）。三者同时工作，差异价值的工业化生产就成为可能。这就是个性化自动化经济学的理论意义：它打破了两百年来经济学最深层的隐含假设——差异价值不可被工业化。</w:t>
      </w:r>
    </w:p>
    <w:p>
      <w:pPr/>
      <w:r>
        <w:t>传统经济学有三个深层假设长期被视为不言自明。第一价值假设：真正有经济意义的价值主要是标准化价值。第二成本假设：个性化天然意味着高成本。第三增长假设：增长主要来自标准化供给的大规模扩张。个性化自动化经济学对这三个假设进行颠覆。对价值假设的颠覆：差异价值不是经济边缘而是经济的高密度核心——越往高价值区域走差异性越明显，最便宜的东西通常最标准化越高价值的东西越要求适配。对成本假设的颠覆：个性化之所以过去高成本是因为处理差异的能力只能由人工承担；一旦SDE软件化使差异处理被系统化增加一个个性化用户的边际成本可以趋近于零。对增长假设的颠覆：真正的下一轮大增长不会来自"更多相同"的继续扩张而会来自"更多不同且正确匹配"的大规模释放。</w:t>
      </w:r>
    </w:p>
    <w:p>
      <w:pPr/>
      <w:r>
        <w:t>传统增长假设认为增长主要来自标准化供给的大规模扩张——更多工厂生产更多相同产品、更多平台处理更多相同流程。但一旦标准化供给饱和增长就会放缓因为市场中"需要相同东西的人"已经被充分服务了。继续增长的唯一方式是进入那些"需要不同东西的人"——但旧母机处理不了不同。这就是增长假设必须被重写的原因。差异价值的大规模释放将成为下一轮经济增长的主引擎。具体来说：教育领域的增长将不再主要来自更多学校更多课程（标准化供给的扩张）而来自更精准的个性化学习路径（差异价值的释放）。健康领域的增长将不再主要来自更多医院更多药品而来自更精准的个体化健康管理。企业管理领域的增长将不再主要来自更多流程软件而来自更精准的组织适配系统。文化领域的增长将不再主要来自更多内容生产而来自更精准的意义路径生成。科研领域的增长将不再主要来自更多论文而来自更高效的知识母机。这些增长不是在旧跑道上跑得更快而是开辟了全新的跑道——差异价值跑道。在这条新跑道上增长的上限远高于标准化跑道因为差异是无穷的——只要SDE母机足够成熟每一个独特的个体都可以获得独特的价值路径而每一条独特的路径都是一份新的经济价值。</w:t>
      </w:r>
    </w:p>
    <w:p>
      <w:pPr/>
      <w:r>
        <w:t>差异价值为什么在过去不能被规模化生产？不是因为差异价值不存在不是因为差异价值不重要而是因为处理差异的能力过去只能由高水平的人工承担——一个优秀的家庭教师可以因材施教但他一天只能教几个学生。人工处理差异的成本结构决定了个性化服务只能是少数人的奢侈品。SDE软件化打破了这个成本结构——S提供标准化骨架保证系统可以被大规模复制（规模化能力），E嵌入每个用户的真实差异保证每个用户获得适配的服务（个性化能力），D自动根据E生成不同路径保证差异价值被系统化生产（自动化能力）。三者同时工作增加一个个性化用户的边际成本趋零——因为增加一个用户只是在已有的S骨架上多跑一条D路径多沉积一份E画像而不需要多聘请一个专家。这就是"规模化"与"标准化"被解绑的精确机制——过去规模化必须以标准化为前提因为只有标准化才能降低边际成本；现在SDE母机使得不标准化（个性化）也可以保持极低的边际成本因为差异处理被系统自动承担了。</w:t>
      </w:r>
    </w:p>
    <w:p>
      <w:pPr>
        <w:pStyle w:val="Heading1"/>
      </w:pPr>
      <w:r>
        <w:t>第二十五章  SDE软件化：新经济的产业母机</w:t>
      </w:r>
    </w:p>
    <w:p>
      <w:pPr/>
      <w:r>
        <w:t>SDE软件化不是一般意义上的软件开发，而是一种新的价值制造结构。它以S建立可复制的数字结构，以E嵌入真实场景和对象差异，以D生成不同对象的不同运行路径，从而使软件不再只是功能壳，不再只是流程容器，而成为"个性化价值的自动生产系统"。</w:t>
      </w:r>
    </w:p>
    <w:p>
      <w:pPr/>
      <w:r>
        <w:t>SDE软件产业的形成路径是：先以To-C方式验证单个场景与单个产品，再走向To-B的标准化生产线，进而形成真正意义上的产业。这种产业一旦诞生，就不再只是服务某个局部软件赛道，而会成为横切教育、健康、科研、企业、文化、知识服务与公共治理的通用母机。正因为如此，SDE软件化不是某个附属应用，而是个性化自动化经济学真正的产业基础设施。</w:t>
      </w:r>
    </w:p>
    <w:p>
      <w:pPr/>
      <w:r>
        <w:t>谁掌握这种母机，谁就有可能掌握GPT时代新生产力的总开关。这不是技术竞争的问题，而是文明级生产力结构的问题。</w:t>
      </w:r>
    </w:p>
    <w:p>
      <w:pPr/>
      <w:r>
        <w:t>SDE软件产业的母机地位需要与传统软件产业做严格区分。传统软件产业的产出是"功能软件"——CRM系统、ERP系统、协同工具、内容管理系统。它们的价值在于把特定的业务流程自动化。SDE软件产业的产出是"价值生成系统"——不是自动化特定流程，而是在特定领域内自动生成个性化价值路径。</w:t>
      </w:r>
    </w:p>
    <w:p>
      <w:pPr/>
      <w:r>
        <w:t>这个区分的经济含义极其重大。功能软件的市场天花板由"有多少流程可以被自动化"决定——当主要流程都已被数字化后，增长就会放缓。价值生成系统的市场空间由"有多少差异价值可以被释放"决定——而差异价值是几乎无限的，因为人与人的差异、场景与场景的差异、需求与需求的差异本身就是无穷无尽的。</w:t>
      </w:r>
    </w:p>
    <w:p>
      <w:pPr/>
      <w:r>
        <w:t>SDE软件产业之所以是"母机"而非普通产业，是因为它的产出不是特定行业的解决方案，而是"制造个性化解决方案的通用工具"。就像机床是制造机器的机器，SDE软件系统是制造个性化服务的系统。掌握了SDE软件母机的企业，可以快速进入任何一个需要个性化服务的领域——教育、健康、企业、文化、科研——因为母机本身是跨领域的。</w:t>
      </w:r>
    </w:p>
    <w:p>
      <w:pPr/>
      <w:r>
        <w:t>SDE软件产业的成长可以分为三个阶段。</w:t>
      </w:r>
    </w:p>
    <w:p>
      <w:pPr/>
      <w:r>
        <w:t>第一阶段：单点验证（To-C）。一家SDE软件公司在一个具体领域（比如个性化教育）为终端用户提供服务。这个阶段的关键任务是验证"SDE母机能不能真正生成个性化价值"。如果用户确实感到"这个系统比标准化服务更好"，验证就通过了。</w:t>
      </w:r>
    </w:p>
    <w:p>
      <w:pPr/>
      <w:r>
        <w:t>第二阶段：产线化（To-B）。在单点验证成功后，把这套SDE母机标准化为可以卖给其他企业的生产线。比如，不是自己做教育服务，而是把SDE教育母机卖给学校和培训机构，让它们用这套母机来服务自己的学生。这个阶段的关键任务是"把母机从产品变成产线"。</w:t>
      </w:r>
    </w:p>
    <w:p>
      <w:pPr/>
      <w:r>
        <w:t>第三阶段：平台化。当大量企业都在使用同一套SDE母机时，母机的提供者就自然演化为平台。平台掌握了标准定义权（S的标准权）、接口权（D的入口控制）和秩序权（E的沉积规则），成为整个行业数字生态的底层基础设施。</w:t>
      </w:r>
    </w:p>
    <w:p>
      <w:pPr/>
      <w:r>
        <w:t>三个阶段不是线性替代的，而是叠加生长的。一家成熟的SDE软件公司可能同时运营To-C产品（自有用户）、To-B产线（企业客户）和平台生态（行业基础设施）。三者之间互相喂养：To-C验证技术可行性，To-B扩大商业规模，平台化建立长期壁垒。</w:t>
      </w:r>
    </w:p>
    <w:p>
      <w:pPr/>
      <w:r>
        <w:t>SDE软件产业不是传统SaaS产业的新名字。SaaS的核心逻辑是"开发一次，卖给千万客户"——本质仍是工业逻辑在软件领域的延伸。SDE软件产业的核心逻辑则是"母机不变（S标准化），但产出因人而异（D因E而变）"。SaaS的天花板是"所有客户的统一需求"，SDE软件产业的天花板则高得多——只要E足够丰富、D足够灵活，同一套母机可以服务差异极大的客户群体。SDE软件产业的三阶成长模型：单点验证（To-C）→产线化（To-B）→平台化。三个阶段不是线性替代的，而是叠加生长的。</w:t>
      </w:r>
    </w:p>
    <w:p>
      <w:pPr/>
      <w:r>
        <w:t>SDE软件化不是一般意义上的软件开发而是一种新的价值制造结构。它以S建立可复制的数字结构以E嵌入真实场景和对象差异以D生成不同对象的不同运行路径——从而使软件不再只是功能壳不再只是流程容器而成为"个性化价值的自动生产系统"。SDE软件产业的形成路径是：先以To-C方式验证单个场景与单个产品再走向To-B的标准化生产线进而形成真正意义上的产业。第一阶段单点验证（To-C）：在一个具体领域为终端用户提供服务验证"SDE母机能不能真正生成个性化价值"。第二阶段产线化（To-B）：把这套SDE母机标准化为可以卖给其他企业的生产线。第三阶段平台化：当大量企业都在使用同一套SDE母机时母机的提供者就自然演化为平台。三个阶段不是线性替代的而是叠加生长的。谁掌握这种母机谁就有可能掌握GPT时代新生产力的总开关。</w:t>
      </w:r>
    </w:p>
    <w:p>
      <w:pPr/>
      <w:r>
        <w:t>SDE软件化不是一般意义上的软件开发而是一种新的价值制造结构。传统软件开发的逻辑是"把需求变成功能"——甲方提需求乙方做功能验收时逐条检查。SDE软件化的逻辑完全不同——它不是"把需求变成功能"而是"把思想变成可运行的差异价值生成系统"。这个区别决定了SDE软件产业与传统软件外包产业的本质差异。外包产业卖的是编码劳动——客户告诉你做什么你帮他做。SDE软件产业卖的是母机——客户接入你的系统他的差异化需求被自动处理。外包产业的天花板是工程师的人数和人效。SDE软件产业的天花板则高得多——一套母机可以同时服务差异极大的客户群体而增加一个客户的边际成本趋零。SDE软件产业的三阶成长模型：第一阶段单点验证（To-C）——在一个具体领域为终端用户提供服务验证"SDE母机能不能真正生成个性化价值"。第二阶段产线化（To-B）——把这套SDE母机标准化为可以卖给其他企业的生产线。在To-B阶段SDE母机不再只是一个面向用户的APP而是变成了一条"可以制造个性化服务的生产线"。第三阶段平台化——当大量企业都在使用同一套SDE母机时母机的提供者就自然演化为平台。平台掌握了这个领域的标准定义权（S由它定义）、接口权（所有个性化路径生成必须通过它的D引擎）和秩序权（所有用户数据都在它的E层中沉积）。三个阶段不是线性替代的而是叠加生长的——To-C验证了价值、To-B形成了产线、平台化确立了秩序权。谁掌握了这条升级路径谁就有可能掌握GPT时代新生产力的总开关。</w:t>
      </w:r>
    </w:p>
    <w:p>
      <w:pPr/>
      <w:r>
        <w:t>SDE软件产业与传统SaaS产业有根本区别。SaaS的核心逻辑是"开发一次卖给千万客户"——所有客户使用同一套系统同一套功能同一套流程。SaaS的天花板是"所有客户的统一需求"——一旦客户需求开始分化SaaS就要做越来越多的"配置选项"来应对但配置选项越多系统就越复杂维护成本就越高。SDE软件产业的核心逻辑完全不同——"母机不变但产出因人而异"。S层是标准化的（所有客户共享同一套结构骨架），但D层是差异化的（每个客户根据自己的E获得不同的路径），E层是个性化的（每个客户的画像沉积完全不同）。SaaS的扩张靠"加功能"——每一次客户需求变化都需要开发新功能。SDE软件产业的扩张靠"加E"——新客户接入不需要开发新功能而是让系统根据他的E自动生成适合他的D路径。SDE软件产业的产业链结构分为三层：母机层（SDE定义和核心算法由思想系统拥有者控制）、产线层（把母机包装成可交付的行业解决方案由系统集成商执行）、平台层（把产线连接成生态由平台运营者管理双边沉积）。</w:t>
      </w:r>
    </w:p>
    <w:p>
      <w:pPr>
        <w:pStyle w:val="Heading1"/>
      </w:pPr>
      <w:r>
        <w:t>第二十六章  生产力结构如何改变：五大领域</w:t>
      </w:r>
    </w:p>
    <w:p>
      <w:pPr/>
      <w:r>
        <w:t>当个性化自动化成为新的生产力范式时，它不是在旧生产力上贴一层AI外壳，而是从根部改写生产力的核心对象。过去的核心生产对象是"标准化产品"，未来的核心生产对象是"个性化路径"。这种转变在教育、健康、企业、文化和科研五大领域中已经开始显现。本章聚焦于生产力结构本身的改变——价值捕获和商业模式的改变将在第三十七章展开，制度与文明层面的改变将在</w:t>
      </w:r>
    </w:p>
    <w:p>
      <w:pPr/>
      <w:r>
        <w:t>SDE之所以能成为AI文明的操作系统，最终的本体依据仍然是：软件＝数字SDE——当AI文明的一切外部运行载体都是软件时，SDE就是文明的底层语法。</w:t>
      </w:r>
    </w:p>
    <w:p>
      <w:pPr/>
      <w:r>
        <w:t>第三十九章展开。</w:t>
      </w:r>
    </w:p>
    <w:p>
      <w:pPr/>
      <w:r>
        <w:t>教育领域的生产力结构改变：从"一个老师面对一群学生讲同样的内容"转向"系统基于每个学生的特征自动生成不同的学习路径"。生产力的核心对象从"课程内容"变成"个性化路径"。健康领域：从"统一协议治疗"转向"个体化调理系统"，生产力对象从"标准治疗方案"变成"个体差异适配"。企业领域：从"统一流程管理"转向"差异组织生产力"，管理的核心从"让所有人做同样的事"变成"让不同的团队以不同方式高效运转"。文化领域：从"大规模传播统一内容"转向"制造深度贴合不同群体的意义结构"。科研领域：从"论文工厂式生产"转向"母机实验室"——科研的核心产出不再是论文，而是可以持续生成新知识结构的SDE母机。</w:t>
      </w:r>
    </w:p>
    <w:p>
      <w:pPr/>
      <w:r>
        <w:t>这五大领域的共同趋势是：生产力的核心对象正在从"相同"转向"不同"。谁能率先在这些领域建立个性化自动化的生产力结构，谁就掌握了下一轮增长的发动机。</w:t>
      </w:r>
    </w:p>
    <w:p>
      <w:pPr/>
      <w:r>
        <w:t>五大领域的共同深层模式是核心生产对象从标准化产品变成个性化路径。教育从生产课程变成生产学习路径；健康从生产诊疗方案变成生产个体化调理方案；企业从生产流程规范变成生产适配性组织方案。这种核心生产对象的转变是生产力结构改变的本质。</w:t>
      </w:r>
    </w:p>
    <w:p>
      <w:pPr/>
      <w:r>
        <w:t>为了让"差异价值的规模化生产"不只是一个概念，有必要用三个具体案例来展示它在现实中的运作方式。每个案例都包含"旧机制—新机制"的对照，以便读者看清楚跃迁发生在哪里。</w:t>
      </w:r>
    </w:p>
    <w:p>
      <w:pPr/>
      <w:r>
        <w:t>案例一：教育——从标准课程平台到个性化路径平台。旧机制：一个在线教育平台有一千节录播课程，根据学生的年级和科目推荐不同的课。这是典型的"千人千面"——内容是预制的，差异只发生在"推哪个预制品"。新机制：一个SDE教育系统没有预制的"课"。它的S层定义了三千个知识母体节点，每个节点包含核心定义、前置依赖、后续路径和多种呈现方式。它的E层持续追踪每个学生的认知边界、遗忘曲线、兴趣偏好和动机状态。它的D层根据每个学生的实时E状态，动态生成一条独一无二的学习路径——可能先补一个基础概念，再用科幻故事引入新知识，然后用一个实践项目巩固，最后通过一个自适应测试评估效果。如果学生在某处卡住，D层立刻重算路径，而不是让学生去适配僵化的课程表。经济学验证：S层只需建设一次（标准化骨架），D层由AI自动运行（边际成本趋零），E层随使用时间自动加深（护城河越来越宽）。一百万个学生获得一百万条不同的路径，而系统的运营成本几乎不随学生数增加而线性增长。规模化与个性化被解绑了。</w:t>
      </w:r>
    </w:p>
    <w:p>
      <w:pPr/>
      <w:r>
        <w:t>案例二：健康——从标准化诊疗到个体化长期管理。旧机制：患者到医院，医生根据症状和检查结果，按照标准诊疗指南给出治疗方案。同一种病的患者得到几乎相同的治疗。这是工业时代"相同对象大规模复制"逻辑在医疗中的延伸。新机制：一个SDE健康系统的S层定义了人体各子系统（心血管、免疫、代谢、神经等）的结构模型和关系网络。E层通过可穿戴设备持续收集每个用户的生理数据（心率变异性、睡眠质量、活动模式、饮食记录），并沉积为动态画像——不是一次性体检报告，而是持续更新的"数字孪生体"。D层根据每个用户的实时E状态，生成个体化的健康干预方案——可能不是吃药，而是调整呼吸节奏、改变运动方式、优化睡眠时间，或者在特定时间点引入特定的营养补充。系统"越用越懂你"——E层积累越深，D层的路径生成就越精准。经济学验证：传统个体化健康管理需要昂贵的私人医生。SDE系统把"私人医生的判断力"编码进了D层算法，使得每增加一个用户的边际成本极低。个性化不再是富人特权，而成为了可普及的生产力产出。</w:t>
      </w:r>
    </w:p>
    <w:p>
      <w:pPr/>
      <w:r>
        <w:t>案例三：企业——从统一流程管理到差异组织生产力。旧机制：企业购买一套标准化的管理软件（ERP、OA、CRM），所有部门按照同一套流程操作。新员工入职后学习"公司的标准流程"。这是信息时代"相同流程大规模自动执行"逻辑的典型表现。新机制：一个SDE组织系统的S层定义了企业的核心实体（团队、项目、客户、产品线）和它们之间的动态关系。E层持续追踪每个团队的工作节奏、协作模式、产出效率和文化特征。D层根据每个团队的E特征，生成适配的工作流程——创新团队获得灵活迭代流程，运营团队获得稳定执行流程，客户团队获得快速响应流程。同一家公司里的不同团队按照不同的节奏和方式工作，但整体仍然协调统一，因为S层的结构骨架保证了全局一致性。经济学验证：传统管理咨询动辄花费数百万元为一家企业设计定制化管理方案。SDE组织系统把"管理顾问的差异化判断"编码进了系统，使得每家企业甚至每个团队都能获得适配的管理路径，而且随着使用时间增长，系统对组织的理解越来越深。</w:t>
      </w:r>
    </w:p>
    <w:p>
      <w:pPr/>
      <w:r>
        <w:t>三个案例的共同模式是：S提供标准化骨架（保证可复制），E嵌入真实差异（保证个性化），D自动生成不同路径（保证价值匹配）。三者同时工作，差异价值的工业化生产就在这三个领域中率先成为现实。</w:t>
      </w:r>
    </w:p>
    <w:p>
      <w:pPr/>
      <w:r>
        <w:t>文化产业在个性化自动化时代面临的不是"内容不够"，而是"内容与受众之间的适配不够"。旧文化工业的逻辑是大规模生产统一内容再大规模分发——一部电影面向所有人，一本书面向所有读者，一门课面向所有学生。信息时代的推荐算法虽然做了初步的差异化分发，但它分的是"已有内容"，而不是"生成新内容"。个性化自动化时代的文化产业则更进一步：系统不只是把已有作品推荐给"可能喜欢的人"，而是根据不同群体的精神结构、认知节奏和情感需求，生成不同的意义路径。一部经典文本可以被系统为不同读者生成不同的解读入口、不同的延伸方向和不同的关联网络。文化平台从"分发内容"转向"生成意义路径"——这就是文化领域的个性化自动化。其经济含义是：文化产品的价值不再只取决于内容本身的质量，还取决于系统能否为不同受众生成不同的意义体验。</w:t>
      </w:r>
    </w:p>
    <w:p>
      <w:pPr/>
      <w:r>
        <w:t>科研领域的生产力结构改变可能是五大领域中最深刻的。旧科研范式建立在"结果检修"逻辑之上：提出假设、设计实验、收集数据、分析结果、撰写论文。这套流程能保证基本质量，但它本质上是"在已有框架内寻找答案"，而不是"从根部生成新框架"。GPT已经开始改变科研的效率层——文献综述可以在几分钟内完成，实验方案可以被快速提议——但科研的核心困难并未因此自动解决。真正的科研创新需要的不是更快的文献整理，而是更深的问题生成能力、更强的结构试错能力和更系统的跨领域迁移能力。SDE科研创新体系的核心主张是：科研的母机不是实验室设备，而是SDE方法论本身。掌握了"E点火→S扫描→SDE批判→D开路→S重建→真善美检验"这套流程的研究者，不需要在每个领域从零积累二十年经验，就可以系统性地进入新领域做知识重构。科研平台也因此从"存储论文的数据库"转向"问题—路径—验证—沉积的循环系统"——即科研母机。</w:t>
      </w:r>
    </w:p>
    <w:p>
      <w:pPr/>
      <w:r>
        <w:t>五大领域的共同深层模式是核心生产对象从"标准化产品"变成"个性化路径"。以教育为例：传统教育的核心生产对象是"课程"——一套标准化的教学内容面向所有学生统一发放，生产力的提升体现在"同一套课程能否被更多学生更快地接收"。个性化自动化教育的核心生产对象变成了"学习路径"——每个学生获得的不是同一套内容，而是根据自身特征自动生成的独特路径，生产力的提升体现在"系统能否为更多不同的学生生成更精准的不同路径"。以健康为例：传统医疗从"统一诊疗方案"变成"个体化调理方案"。以企业为例：传统管理从"统一流程规范"变成"适配性组织方案"。</w:t>
      </w:r>
    </w:p>
    <w:p>
      <w:pPr/>
      <w:r>
        <w:t>文化产业在个性化自动化时代面临的不是"内容不够"而是"内容与受众之间的适配不够"。旧文化工业的逻辑是大规模生产统一内容再大规模分发——一部电影面向所有人一本书面向所有读者。信息时代的推荐算法虽然做了初步的差异化分发但它分的是"已有内容"而不是"生成新内容"。个性化自动化时代的文化产业则更进一步：系统不只是把已有作品推荐给"可能喜欢的人"而是根据不同群体的精神结构认知节奏和情感需求生成不同的意义路径。科研领域的生产力结构改变可能是五大领域中最深刻的。旧科研范式建立在"结果检修"逻辑之上——提出假设设计实验收集数据分析结果撰写论文。GPT已经开始改变科研的效率层但科研的核心困难并未因此自动解决——真正的科研创新需要的不是更快的文献整理而是更深的问题生成能力更强的结构试错能力和更系统的跨领域迁移能力。科研平台因此从"存储论文的数据库"转向"问题—路径—验证—沉积的循环系统"——即科研母机。</w:t>
      </w:r>
    </w:p>
    <w:p>
      <w:pPr/>
      <w:r>
        <w:t>科研领域的个性化自动化经济实现，是五大领域中最具文明意义的。传统科研范式建立在三个默认假设之上。第一，科研的基本单元是"论文"——研究者的核心产出是发表在期刊上的论文，科研评价系统围绕论文的数量、引用和影响因子运转。第二，科研的组织方式是"实验室制"——一个PI（首席研究员）带领一组学生和博后，在一个相对固定的方向上深耕。第三，科研的知识积累方式是"文献系统"——研究者通过阅读和引用前人的论文来了解已有知识，通过在前人基础上做增量工作来推进知识边界。这三个假设在过去一百年里支撑了科研体系的运转，并产出了巨大的知识成就。但在GPT时代，这三个假设都开始松动。论文作为科研基本单元的问题在于：它是一次性的、静态的、格式化的。一篇论文发表之后就"死了"——它不会自动更新、不会与读者互动、不会根据新数据修正自己的结论。它是知识的"化石"而不是知识的"生命体"。实验室制的问题在于：它把科研能力锁定在少数人身上。一个实验室的创新能力取决于PI的个人视野和判断力——如果PI的思维框架有盲区，整个实验室的研究方向都会受到限制。文献系统的问题在于：它只能发现"已有知识体系内部的空白"，不能发现"已有知识体系本身的问题"。文献综述告诉你别人做了什么还没做什么，但不会告诉你别人的整个框架可能是错的。SDE科研创新体系要做的，正是对这三个假设进行根本性的重构。首先，把科研的基本单元从"论文"升级为"知识母机"。知识母机不是一篇固定的文档，而是一套可以持续运行、持续迭代、持续生成新知识的SDE系统。它有S（知识对象的结构模型）、有D（从问题到答案的推进路径）、有E（研究数据、实验记录、反馈信息的持续沉积）。论文只是知识母机在某一个时间点的"快照"——母机本身在快照之后继续运转、继续进化。其次，把科研的组织方式从"PI主导的实验室"升级为"SDE驱动的母机实验室"。在母机实验室中，SDE方法论取代PI的个人直觉成为研究方向的导航系统——E点火确定研究问题、S扫描显影现有知识结构、SDE批判揭示结构盲区、D开路发现新路径、S重建建立新结构。这套流程不依赖于某一个人的天才直觉，而是一套可教可学可复制的系统化方法。最后，把知识积累方式从"文献引用"升级为"母机沉积"。研究数据不再是发表论文后就被扔在硬盘里的死文件，而是持续回流到知识母机中，不断加深母机的E层——让母机对研究对象的理解越来越深、路径生成越来越精准。科研个性化自动化的经济模型也由此浮现。科研母机的S层（知识结构模型）只需建设一次，D层（问题到答案的推进路径）由SDE方法论加GPT协同自动生成，E层（研究数据和反馈）随科研活动持续沉积。增加一个新的研究问题或进入一个新领域的边际成本递减——因为SDE作为元方法论已经在前面的领域中被反复验证和强化了。商业模式从"卖论文"（订阅期刊数据库）转向"卖科研母机的接入权"——研究者付费接入的不是一个静态的文献库，而是一个能帮助他们发现新问题、建立新结构、开辟新路径的活跃的创新系统。大学的功能也因此被重写：读书即"输入SDE"——学生通过阅读经典解构大师的SDE本体逻辑将其作为自己的"思想外挂"。创业即"运行SDE"——大学实验室不再是烧钱的地方而是通过SDE方法将"母体思想"显影为"数字财富"的工厂。科研的边际扩张成本递减原理在这里得到最充分的体现：SDE化的科学家掌握了元方法论便拥有了在不同学科领域进行"降压显影"的通行证。科研不再是少数人的奢侈品而是个性化自动化新文明中每一个思想工程师的标配技能。</w:t>
      </w:r>
    </w:p>
    <w:p>
      <w:pPr/>
      <w:r>
        <w:t>健康领域的个性化自动化经济实现，可能是五大领域中与每个人生活最直接相关的。传统医疗的核心逻辑是"标准化诊疗"——同一种疾病按照同一套指南治疗，所有患者接受相似的药物、相似的剂量、相似的疗程。这套逻辑在急性病和传染病治疗中有效，因为这些疾病的病因相对明确、个体差异相对较小。但在慢性病管理、亚健康调理、心理健康和老龄化健康中，标准化诊疗的局限就非常明显了——因为这些领域的核心挑战不是"消灭病原体"，而是"管理复杂的个体差异"。每个人的身体状况、生活方式、基因特征、心理状态、环境条件都不同，同一种"治疗方案"对不同人的效果可能截然不同。健康的SDE结构是什么？S是人体各系统的结构模型——心血管系统、免疫系统、代谢系统、神经系统之间的关系网络。传统医学把人体拆成各个科室独立处理——心脏科看心脏、消化科看消化、神经科看神经——这是工业化逻辑在医学中的延伸：把复杂系统拆成独立部件分别处理。SDE健康系统则要重建人体的整体结构视图——不是孤立地看心脏，而是看"心-脑-肠"三位一体的S结构骨架。D是健康干预的差异路径——不是统一的"降压药三片、每天两次"，而是根据每个人的E状态（生理节律、行为模式、压力水平、睡眠质量）自动生成的个体化干预序列。这个干预序列遵循D2六步法[3]：猜想——基于用户的E画像推荐一个初始干预方案（可能不是吃药而是调整呼吸节奏或运动方式）；执行——用户按方案执行；评估——通过可穿戴设备持续监测生理指标变化；反馈——数据回流到系统；修正——系统根据反馈调整方案；迭代——进入下一轮更精准的干预。E是用户的健康画像——不是一次性体检报告，而是持续更新的"数字健康孪生体"。这个孪生体沉积了用户的生理数据流（心率变异性、血氧饱和度、运动步态、睡眠深度分布）、行为模式流（饮食习惯、运动频率、工作强度、社交活跃度）和主观感受流（疲劳感、精力水平、情绪波动、自我评估的健康满意度）。三层数据持续纠缠，构成了一个越来越精准的个体健康世界。健康个性化自动化的经济模型同样建立在"S标准化骨架＋D自动路径＋E持续沉积"的组合之上。S层的人体结构模型只需建设一次（虽然会持续迭代优化），D层的干预路径由AI根据个体E自动生成（边际成本趋零），E层随使用时间自动加深（系统越用越懂你的身体）。商业模式从"卖治疗"转向"卖长期个体化健康管理平台的接入权"——用户付费的不是一次门诊或一盒药，而是持续与自己身体数据同步、持续为自己生成最优健康路径的系统接入。这就是从"治病经济"到"健康经济"的根本转变——治病是事后的、被动的、标准化的；健康管理是事前的、主动的、个性化的。健康个性化自动化的经济规模将远远超过传统医疗产业——因为它的服务对象不只是"生病的人"，而是"所有希望更健康的人"，市场容量从"患者群体"扩展到了"全人群"。</w:t>
      </w:r>
    </w:p>
    <w:p>
      <w:pPr/>
      <w:r>
        <w:t>教育领域的个性化自动化经济实现，需要从根部理解"教育的SDE"到底是什么。教育的S不是课程标准不是教材目录不是考试大纲，而是知识本身的结构——知识节点之间的依赖关系、跨度关系和层级关系。传统教育把知识压成了一条线性序列：先学加减再学乘除、先学力学再学电磁、先学古文再学现代文。这条线性序列不是知识本身的结构，而是工业化教育为了方便大规模批量处理而人为压平的结构。真正的知识结构是一张网——每个知识节点可以从多个方向进入，可以与多个其他节点产生关联，可以在不同的应用场景中获得不同的意义权重。SDE教育系统要做的第一件事，就是把这张被工业化教育压平的网重新立起来。教育的D不是"讲课→做题→考试"这条标准化流程，而是每个学生在知识网络中的独特行走路径。传统教育的D是统一的——所有学生沿同一条路径、以同一个速度、用同一种方式前进。个性化自动化教育的D是差异化的——系统根据每个学生的E（认知边界、遗忘曲线、兴趣偏好、学习节奏、动机状态）自动生成不同的行走路径。这条路径不是在开学前就固定好的课程表，而是在每一次学习行为之后实时重算的动态路线。教育的E不是学生的成绩单不是出勤记录不是家长评语，而是学生作为一个完整的学习主体在系统中持续沉积的全部特征纠缠。E1现实界沉积的是学生的客观行为数据——每个知识节点停留了多长时间、在哪些地方卡住了、哪些练习做对了哪些做错了、每天的学习时段分布如何。E2理念界沉积的是学生对不同知识呈现方式的偏好模式——有的学生通过视觉理解更快、有的通过动手实验理解更深、有的通过故事叙事理解更牢。E3自我界沉积的是学生的情感和动机状态——信心水平是在上升还是下降、学习动机是内在驱动还是外在压力、对某些学科的兴趣是在增长还是衰减。三界交织，构成了每个学生独一无二的"学习世界"。个性化自动化教育的经济模型建立在一个关键事实之上：S是标准化的（知识结构只需建设一次），D是由AI自动计算的（路径生成的边际成本趋零），E是随使用自动加深的（系统越用越懂学生）。这意味着服务一万个学生和服务一百万个学生的成本差异极小——因为增加一个学生只是在已有的S骨架上多跑一条D路径、多沉积一份E画像，而不需要多聘请一个老师或多开发一套课程。这就是教育领域规模化与个性化被解绑的具体机制。教育个性化自动化的商业模式也因此发生根本转变——从"卖课程"转向"卖成长系统的接入权"。用户不再为某一节课付费（因为课程内容在GPT时代趋向免费），而为持续适配自己学习路径的系统接入权付费。这就像从"买一本地图"变成"订阅一个导航系统"——地图是标准化的、一次性的；导航系统是个性化的、持续的，它会根据你的实时位置和目的地不断重新计算最优路线。教育的个性化自动化一旦完成，将产生三个层面的经济效应。第一层，教育服务的可达性大幅提升——过去只有富裕家庭才能负担的"因材施教"式教育，现在可以通过SDE系统以极低成本提供给所有学生。第二层，教育产业的价值链被重构——价值从"课程生产者"转移到"教育SDE系统拥有者"，掌握标准定义权（知识结构如何组织）、接口权（学习路径如何生成）和秩序权（学生画像如何沉积）的人成为教育产业的新中枢。第三层，教育的社会功能被升级——教育不再只是"传递知识"，而是"生产个性化成长路径"，每个学生获得的不是同一套知识，而是一条适合自己的、持续演化的成长轨迹。</w:t>
      </w:r>
    </w:p>
    <w:p>
      <w:pPr/>
      <w:r>
        <w:t>金融领域的个性化自动化同样正在打破旧生产力的边界。传统金融的核心逻辑是标准化产品——存款利率统一、贷款条件统一、理财产品统一、保险方案统一。所有客户面对的是同一套金融"菜单"，差异只体现在"你选哪个菜"。但真正有价值的金融服务不是"从菜单中选择"，而是"根据你的完整财务状况生成专属的财富路径"。金融SDE的S层是金融实体的结构模型——资产类别、负债结构、收入流、支出模式、风险暴露之间的关系网络。E层是每个客户的金融特征纠缠——E1现实界沉积客户的交易流水资产变动和市场环境数据，E2理念界嵌入金融规则风控模型和监管约束，E3自我界识别客户的风险偏好时间视野和财富目标。D层是个性化金融路径的自动生成——根据每个客户的E纠缠在S结构的约束下自动生成适合这个客户的资产配置方案风险对冲策略和长期财富增长路径。金融个性化自动化的商业模式从"卖金融产品"转向"卖跨周期的财富路径生成系统接入权"——客户付费的不是某一个理财产品而是一个持续与自己财务状况同步持续为自己重算最优路径的智能系统。</w:t>
      </w:r>
    </w:p>
    <w:p>
      <w:pPr/>
      <w:r>
        <w:t>法律领域的个性化自动化正在从根部改写"正义的生产方式"。传统法律体系的生产力逻辑是标准化司法——同一类案件按同一套规则处理，所有法官遵循同一部法典，判决结果追求的是"统一适用"而非"个体适配"。这种逻辑在维护法律确定性方面有巨大价值，但它也造成了一个深层困境：法律越统一，它离个案正义就越远。一个合同纠纷中，甲方和乙方各自的商业处境、谈判能力、履行条件、违约动机完全不同，但传统司法只能用同一套合同法条文来处理。法律SDE的S层是法律实体的结构模型——自然人、法人、权利义务关系、物权标的、合同条款之间的关系网络。这个S不是简单的法条检索系统，而是一张完整的法律关系图谱，能够显示每一项权利义务在法律体系中的位置、与哪些其他权利义务相连、在什么条件下可以主张、在什么条件下可以抗辩。法律SDE的E层是案件事实的深层纠缠——E1现实界沉积案件的客观证据流（时间地点合同文本转账记录通信记录），E2理念界嵌入法理逻辑与裁判尺度（什么情况下构成违约、违约损害如何计算、过失与故意如何区分），E3自我界识别当事人的主观意图过错程度及社会关系纠缠。法律SDE的D层是正义路径的自动生成——根据具体案件的E纠缠，在S结构的约束下，自动生成最适合这个案件的法律适用方案争议焦点分析和证据需求清单。D2六步法在法律中的应用：猜想——基于初步E信息提出可能的法律适用方案；执行——调取类似案例与法条进行模拟论证；评估——计算方案与法律正义方向的偏离度；反馈——根据新证据的补充实时重算法律意见；修正——调整法律策略；迭代——随案件进展持续优化。法律个性化自动化的经济含义是：法律服务从"按小时收费的律师劳动"转向"按接入权收费的法律SDE系统"——系统可以为不同当事人不同案件自动生成不同的法律分析路径，而增加一个案件的边际成本趋零。</w:t>
      </w:r>
    </w:p>
    <w:p>
      <w:pPr/>
      <w:r>
        <w:t>文化产业的个性化自动化改变尤其值得深入分析因为它直接关系到"意义"这种最高密度的人类价值如何被重新生产。旧文化工业的商业模型是"生产内容→分发内容→收取费用"——一本书卖给一百万人每人获得同样的内容，一部电影在一千个影院放映每个观众看到同样的故事。这种模式的边际成本很低（复制内容几乎零成本）但价值适配度也很低——并非每个读者都需要这本书的每一章并非每个观众都与这部电影的主题共鸣。信息时代的推荐算法做了一次改进——根据用户标签推荐"可能喜欢"的已有内容。但推荐的对象仍然是"已有内容"——算法只是在一个固定的内容库中做更精准的匹配。个性化自动化文化产业的突破在于：系统不只是推荐已有内容而是根据每个用户的精神结构认知节奏和情感需求生成新的意义路径。同一本经典著作不同读者获得不同的阅读入口不同的重点提示不同的延伸方向不同的关联网络。这不是在已有内容中选择最佳匹配（千人千面）而是在内容的意义空间中为每个读者开辟独特的理解路径（千人千路）。文化的S是知识体系和意义网络，E是每个受众的精神特征世界，D是意义路径的自动生成。这就是文化产业从"内容传播经济"转向"意义系统制造经济"——未来真正值钱的不再只是有内容而是有系统——一个能为不同人生成不同意义路径的SDE文化母机。</w:t>
      </w:r>
    </w:p>
    <w:p>
      <w:pPr>
        <w:pStyle w:val="Heading1"/>
      </w:pPr>
      <w:r>
        <w:t>第二十七章  从AI泡沫到经济起飞：差异价值工业革命</w:t>
      </w:r>
    </w:p>
    <w:p>
      <w:pPr/>
      <w:r>
        <w:t>为什么GPT现在还没有真正带飞世界经济？现在可以给出一个完整的宏观解释：GPT提供了强工具，但强工具不等于强工业。强工业需要强母机，而SDE软件产业这个母机尚未成熟。没有母机，GPT的能力就只能在局部场景中呈现"强工具"状态，无法转化为全域的经济动力。</w:t>
      </w:r>
    </w:p>
    <w:p>
      <w:pPr/>
      <w:r>
        <w:t>SDE软件产业如何破解AI泡沫？泡沫的本质是资本预支了一个尚未兑现的未来。破解泡沫的唯一方式是让未来真正兑现——不是靠更多资本，而是靠真正的产业结构。SDE软件产业的诞生意味着：个性化价值开始被系统化生产，差异世界开始被工业化处理，新的经济增长极开始形成。这不是泡沫继续膨胀，而是泡沫开始被实体填充。</w:t>
      </w:r>
    </w:p>
    <w:p>
      <w:pPr/>
      <w:r>
        <w:t>本编的最终判断：GPT时代真正的新生产力，不是标准化自动化的继续加强，而是个性化自动化的诞生。而个性化自动化之所以能够成为现实，不是因为GPT单独更强，而是因为GPT进入SDE之后，第一次使差异价值获得了规模化自动生产的可能。一旦这一点被真正完成，世界经济的起飞逻辑将被彻底重写。</w:t>
      </w:r>
    </w:p>
    <w:p>
      <w:pPr/>
      <w:r>
        <w:t>新生产力机制已经论证完毕。但一个更尖锐的问题立刻出现：生产力成立不等于财富自动归谁。在新的经济结构中，谁能捕获超额价值？标准权、接口权和平台权归谁所有？这正是第四编要回答的问题。</w:t>
      </w:r>
    </w:p>
    <w:p>
      <w:pPr/>
      <w:r>
        <w:t>差异价值工业革命的历史类比有助于理解其深远意义。第一次工业革命解决了"机械力的规模化释放"——人力和畜力被机器取代，物质产出呈指数增长。第二次工业革命解决了"电能和信息的规模化分发"——能量和信息跨越了空间限制。第三次工业革命（信息革命）解决了"流程的规模化自动执行"——大量重复性劳动被程序取代。</w:t>
      </w:r>
    </w:p>
    <w:p>
      <w:pPr/>
      <w:r>
        <w:t>差异价值工业革命将解决的是"差异适配的规模化自动生成"——这是人类历史上第一次让"不同"本身获得工业化命运。过去，处理"不同"只能靠人工，因此成本高、规模小、无法普及。未来，处理"不同"开始可以靠SDE软件母机，因此成本趋零、规模可扩、可以普及。</w:t>
      </w:r>
    </w:p>
    <w:p>
      <w:pPr/>
      <w:r>
        <w:t>如果这一判断成立，那么当前世界经济面临的不是"增长见顶"，而是"旧增长到顶、新增长未启"的转换期。旧增长靠标准化规模扩张已经逼近边界，新增长靠差异价值工业化尚未成熟。两者之间的空窗期，恰恰就是当前全球经济"技术很强但增长很弱"的深层解释。AI泡沫不是因为AI不行，而是因为AI还没有找到它的母机——SDE软件产业。一旦母机成熟，泡沫将被实体填充，世界经济将进入下一轮真正的起飞。</w:t>
      </w:r>
    </w:p>
    <w:p>
      <w:pPr/>
      <w:r>
        <w:t>差异价值工业革命的一个直观类比是：如果工业革命给了人类"千篇一律的物质丰裕"，差异价值革命要给人类的是"千人千路的精神丰裕"。</w:t>
      </w:r>
    </w:p>
    <w:p>
      <w:pPr/>
      <w:r>
        <w:t>工业革命让所有人都能穿上衣服，但所有人穿的衣服差不多。差异价值革命要让所有人都能获得适合自己的教育路径，但每个人的路径都不一样。工业革命解决了"有没有"的问题，差异价值革命要解决"对不对"的问题——不是"有没有药吃"而是"吃的是不是最适合我的药"，不是"有没有课上"而是"上的是不是最适合我的课"，不是"有没有管理流程"而是"流程是不是真正适配我这个团队"。</w:t>
      </w:r>
    </w:p>
    <w:p>
      <w:pPr/>
      <w:r>
        <w:t>从"有没有"到"对不对"的跃迁，就是从标准化价值到差异价值的跃迁。这个跃迁之所以过去无法大规模发生，是因为"对不对"需要理解每个个体的具体情况，而理解个体情况过去只能靠昂贵的人工。SDE软件化加GPT协同第一次使得"大规模理解个体"成为可能——S提供标准化的理解框架，E积累每个个体的具体数据，D根据个体数据自动生成个体路径。差异价值因此从"少数人的奢侈品"变成了"所有人的基本服务"。</w:t>
      </w:r>
    </w:p>
    <w:p>
      <w:pPr/>
      <w:r>
        <w:t>如果工业革命是"相同对象的大规模复制革命"，信息革命是"相同流程的大规模自动化革命"，那么个性化自动化就是"差异价值的大规模生产革命"。三次革命一脉相承，但每一次都改变了"什么可以被规模化处理"的边界。工业革命：物理对象可以被规模化复制→物质文明起飞。信息革命：数字流程可以被规模化自动执行→效率文明起飞。差异价值革命：个性化价值路径可以被规模化自动生成→适配文明起飞。第三次革命之所以还没有完全发生，不是因为技术不够，而是因为产业结构还没有形成。就像工业革命不是蒸汽机发明的那天发生的，而是工厂制度、铁路网络、金融体系和劳动分工全面建立之后才真正爆发一样，差异价值革命也要等到SDE软件产业在各领域全面建立之后才会真正引爆。</w:t>
      </w:r>
    </w:p>
    <w:p>
      <w:pPr/>
      <w:r>
        <w:t>SDE软件产业如何破解AI泡沫？泡沫的本质是资本预支了一个尚未兑现的未来。破解泡沫的唯一方式是让未来真正兑现——不是靠更多资本而是靠真正的产业结构。SDE软件产业的诞生意味着：个性化价值开始被系统化生产差异世界开始被工业化处理新的经济增长极开始形成。这不是泡沫继续膨胀而是泡沫开始被实体填充。如果工业革命给了人类"千篇一律的物质丰裕"那么差异价值革命要给人类的是"千人千路的精神丰裕"。工业革命解决了"有没有"的问题差异价值革命要解决"对不对"的问题——不是"有没有药吃"而是"吃的是不是最适合我的药"，不是"有没有课上"而是"上的是不是最适合我的课"。从"有没有"到"对不对"的跃迁就是从标准化价值到差异价值的跃迁。我们正处在这个历史拐点上——技术已经就位理论已经就位方法论已经就位，缺的只是产业实践的大规模展开。</w:t>
      </w:r>
    </w:p>
    <w:p>
      <w:pPr/>
      <w:r>
        <w:t>AI泡沫并不是技术神话的崩塌而是新母机成熟之前的历史症状。GPT之所以还没有真正让世界经济起飞不是因为未来不存在而是因为SDE软件产业这一中层母机尚未广谱成熟。泡沫的本质是资本预支了一个尚未兑现的未来——资本看到了GPT的强大能力于是预判了一个AI驱动的新经济但实际上从GPT的强能力到真正的新经济之间还有一段关键的产业化道路没有走完。这段道路就是SDE软件产业的成熟。真正破解泡沫的路径不是消极等待也不是继续空喊未来而是加速SDE软件产业的成熟——让AI从强工具繁荣走向强工业繁荣。工业革命也经历过类似的泡沫阶段——蒸汽机发明后资本蜂拥投入铁路建设但真正的经济起飞要等到工厂制度、铁路网络、金融体系和劳动分工全面建立之后才发生。同样GPT发明后资本蜂拥投入AI应用但真正的经济起飞要等到SDE软件产业在各领域全面建立之后才会发生。我们正处在这个历史阶段的中间点——技术已经就位理论已经就位方法论已经就位缺的只是产业实践的大规模展开。</w:t>
      </w:r>
    </w:p>
    <w:p>
      <w:pPr/>
      <w:r>
        <w:t>AI泡沫的历史类比可以被更精确地展开。十九世纪四十年代英国经历了"铁路狂热[16]"——资本蜂拥投入铁路建设，股价暴涨，大量公司破产，投资者损失惨重。但铁路本身并没有因为泡沫破裂而变得不重要——恰恰相反，泡沫破裂后留下的铁路基础设施成为了英国工业革命后半段的核心骨架。泡沫的破裂不是铁路无用的证明而是铁路生态尚未成熟的症状。同样的模式在2000年的互联网泡沫中重演——dot-com崩盘后互联网并没有消失，反而在泡沫清洗后迎来了真正的黄金时代（Google、Amazon、Facebook都是在泡沫破裂后崛起的）。AI泡沫如果发生其逻辑将与铁路狂热和互联网泡沫完全一致：资本预支了一个尚未被产业结构兑现的未来。铁路泡沫时代缺的不是铁路本身而是围绕铁路的工厂制度和物流网络；互联网泡沫时代缺的不是网站本身而是围绕互联网的商业模式和支付基础设施；AI泡沫时代缺的不是GPT本身而是围绕GPT的SDE软件产业——即能够把GPT的强S能力转化为差异价值大规模生产的母机体系。一旦SDE软件产业成熟——正如工厂制度成熟后铁路真正发挥了作用、商业模式成熟后互联网真正改变了世界——GPT也将真正改变世界经济。</w:t>
      </w:r>
    </w:p>
    <w:p>
      <w:pPr/>
      <w:r>
        <w:t>本编论证的三大假设颠覆的完整经济学推导，见附录一《个性化自动化经济学的三大假设颠覆》。</w:t>
      </w:r>
    </w:p>
    <w:p>
      <w:pPr/>
      <w:r>
        <w:t>本编完成了第三个任务：论证个性化自动化是GPT时代真正的新生产力。差异价值可以被工业化生产，规模化与标准化的绑定被SDE母机打破。但生产力不等于财富——新生产力如何被转化为具体的财富占有？谁会在这场转型中获得最多？这就是第四编的任务——不是再谈生产力结构，而是揭示财富如何被思想系统捕获。</w:t>
      </w:r>
    </w:p>
    <w:p>
      <w:pPr>
        <w:pStyle w:val="Heading1"/>
      </w:pPr>
      <w:r>
        <w:t>第四编  财富密码解开：从思想到平台的财富发生学</w:t>
      </w:r>
    </w:p>
    <w:p>
      <w:pPr>
        <w:pStyle w:val="Heading1"/>
      </w:pPr>
      <w:r>
        <w:t>第二十八章  新生产力如何转化为财富占有：标准权、接口权与平台权</w:t>
      </w:r>
    </w:p>
    <w:p>
      <w:pPr/>
      <w:r>
        <w:t>第三编已经证明个性化自动化是GPT时代真正的新生产力，SDE软件化是这种新生产力的产业母机。但"生产力成立"不自动推出"财富归谁"。工业革命时代，拥有工厂和资本的人捕获了超额价值；信息时代，掌握平台和数据的人捕获了超额价值。在个性化自动化时代，超额价值的捕获逻辑再次发生根本性的迁移。</w:t>
      </w:r>
    </w:p>
    <w:p>
      <w:pPr/>
      <w:r>
        <w:t>在新的经济结构中，存在三种关键权力。第一种是标准定义权——谁定义了SDE中的S，谁就决定了这个领域的数字世界长什么样。一个教育SDE的S定义了知识对象如何被组织、学习路径如何被分类、评价标准如何被设定，这些标准一旦被广泛接受，定义者就获得了类似"数字世界立法者"的地位。第二种是接口权——谁控制了D的入口，谁就决定了差异路径如何被生成和分发。控制接口意味着控制了个性化价值的生产入口。第三种是平台秩序权——谁组织了E的沉积规则，谁就控制了用户历史、画像和三界数据的积累方式，从而控制了整个数字生态的演化方向。</w:t>
      </w:r>
    </w:p>
    <w:p>
      <w:pPr/>
      <w:r>
        <w:t>拥有原创思想系统的人之所以能捕获超额价值，正是因为他们有可能同时掌握这三种权力。思想系统提供S的标准定义，SDE工程化提供D的接口控制，平台化运营提供E的秩序组织。这三者合一，就构成了GPT时代最深层的财富结构。中介层劳动者——包括写代码的程序员、做内容的创作者、做运营的管理者——虽然仍然不可或缺，但他们的工作越来越容易被GPT分担，因此其议价能力在结构上会持续下降。真正不可替代的是那些在源头处定义了"这个世界应该长什么样"的人。</w:t>
      </w:r>
    </w:p>
    <w:p>
      <w:pPr/>
      <w:r>
        <w:t>标准权、接口权和平台权这三种权力的关系需要被更精确地论证。</w:t>
      </w:r>
    </w:p>
    <w:p>
      <w:pPr/>
      <w:r>
        <w:t>标准定义权是最上游的权力。在任何一个SDE化的领域中，"S的标准"一旦被定义，后续所有的D和E都必须在这个标准框架内运行。例如，如果某个教育SDE系统定义了"知识点的分类标准""能力维度的划分标准""学习路径的生成规则"，那么在这个系统上运行的所有教学服务都必须遵循这些标准。谁制定标准，谁就获得了类似"数字世界立法者"的地位。这种权力极其隐蔽——用户使用系统时通常不会意识到标准的存在，但标准在底层决定了一切。</w:t>
      </w:r>
    </w:p>
    <w:p>
      <w:pPr/>
      <w:r>
        <w:t>接口权是中游的权力。即便标准已经确立，个性化价值路径的生成仍然需要通过特定的接口来完成。控制D的入口意味着控制了"差异路径在哪里被计算、如何被分发、以什么方式到达用户"。接口权的商业表现是API定价、算法控制和推荐入口垄断。今天全球最有价值的科技公司几乎都是接口权的掌握者——它们控制了用户进入数字世界的入口。</w:t>
      </w:r>
    </w:p>
    <w:p>
      <w:pPr/>
      <w:r>
        <w:t>平台秩序权是下游的权力，但也是最深的权力。E的沉积规则决定了用户的数据如何被积累、画像如何被构建、历史如何被利用。控制E意味着控制了用户的"数字生命轨迹"——一旦用户在某个平台上沉积了大量历史和画像，迁移成本就极高，平台的锁定效应就极强。平台秩序权的经济学意义在于：它不是一次性交易，而是持续性的价值抽取机制。</w:t>
      </w:r>
    </w:p>
    <w:p>
      <w:pPr/>
      <w:r>
        <w:t>三种权力之间的关系是自上而下的传导：标准权定义了游戏规则，接口权控制了游戏入口，平台权积累了游戏资产。同时掌握三种权力的主体，就处于整个价值链的顶端。而在GPT时代，同时掌握三种权力的最大可能性，不在于资本最多，而在于思想系统最原创——因为标准来自思想，接口的设计来自思想的工程化，平台的秩序设计也来自思想对世界的理解方式。</w:t>
      </w:r>
    </w:p>
    <w:p>
      <w:pPr/>
      <w:r>
        <w:t>三种权力在传统经济中分散于不同主体手中。以教育为例：标准定义权在学术机构，接口权在学校和教师，秩序权在教育行政部门。但在SDE软件化之后，这三种权力有可能被统一到一个思想系统的拥有者手中——如果他能从底层定义教育的S（知识结构）、D（学习路径生成逻辑）和E（学生画像沉积规则）。这就是为什么说"拥有原创思想系统＝掌握三种权力"。当然，这也带来了严峻的权力集中风险。GPT同时降低了思想外化门槛，使得更多人可以建立自己的SDE系统来竞争。健康的个性化自动化经济应该是多套SDE系统共存、竞争和互补的生态。</w:t>
      </w:r>
    </w:p>
    <w:p>
      <w:pPr/>
      <w:r>
        <w:t>在新的经济结构中，标准定义权的具体运作机制值得深入分析。以个性化教育领域为例，标准定义权意味着谁定义了"知识应该被如何组织"。知识节点的粒度[4]怎么定——是以"章"为单位还是以"概念"为单位？知识点之间的依赖关系怎么画——哪些是前置必修、哪些是平行可选？难度层级怎么分——对不同基础的学生如何差异化标定？评价标准怎么设——什么算"掌握了"一个知识点？这些定义一旦被广泛接受，定义者就获得了教育数字世界的立法权。同样的道理，接口权意味着谁控制了学习路径的生成入口——当一个学生进入系统时，系统根据什么逻辑为他生成路径？控制这个接口的人控制了教育价值的分发入口。平台秩序权意味着谁制定了学生画像数据的沉积规则、教师绩效的评估标准、内容提供者的接入条件和平台生态的演化方向。控制秩序的人控制了教育数字国土的治理。这三种权力在传统经济中分散于不同主体手中——标准定义权在学术机构，接口权在学校和教师，秩序权在教育行政部门。但在SDE软件化之后，这三种权力有可能被统一到一个思想系统拥有者手中。</w:t>
      </w:r>
    </w:p>
    <w:p>
      <w:pPr/>
      <w:r>
        <w:t>要成为AI时代的思想寡头，你不能只是一个写作者，你必须是一个系统立法者。你必须通过SDE架构行使三种权力。标准定义权的捕获力在于：所有接入你系统的应用、插件或用户必须遵循你设定的"本体协议"——你掌握了"解释权"。接口入口权的捕获力在于：所有的个性化生成必须通过你的"母机"调用——你掌握了"通行权"。秩序沉积权的捕获力在于：随着用户使用时间增加E层的沉积越厚系统的"内能"就越强用户的迁移成本就越高——你掌握了"留存权"。三种权力共同构成了GPT时代最深层的财富结构。中介层劳动者——包括写代码的程序员、做内容的创作者、做运营的管理者——虽然仍然不可或缺但他们的工作越来越容易被GPT分担因此其议价能力在结构上会持续下降。真正不可替代的是那些在源头处定义了"这个世界应该长什么样"的人。</w:t>
      </w:r>
    </w:p>
    <w:p>
      <w:pPr/>
      <w:r>
        <w:t>在新的经济结构中，三种权力的具体运作机制值得详细展开。标准定义权的运作方式是：你定义了某个领域的数字世界应该长什么样——知识节点的粒度、依赖关系、难度层级、评价标准。这些定义一旦被大量系统采用，定义者就获得了类似"数字世界立法者"的地位。接口权的运作方式是：你控制了个性化价值路径的生成入口——当一个用户进入系统时，系统根据什么逻辑为他生成路径，这个逻辑的控制者就控制了教育价值的分发入口。平台秩序权的运作方式是：你制定了用户画像数据的沉积规则、教师绩效的评估标准、内容提供者的接入条件和平台生态的演化方向——控制秩序的人控制了数字国土的治理。在工业时代，财富来自对物理资产的控制——工厂、矿山、土地。在信息时代，财富来自对数据流的控制——搜索引擎、社交网络、电商平台。在个性化自动化时代，财富将来自对SDE结构的控制——谁定义了S，谁控制了D的入口，谁组织了E的沉积规则。这是一个全新的权力地图，它的轮廓正在GPT时代的迷雾中逐渐显现。</w:t>
      </w:r>
    </w:p>
    <w:p>
      <w:pPr/>
      <w:r>
        <w:t>标准权的具体运作在不同领域表现不同但底层逻辑一致：谁定义了S谁就控制了这个领域的"看见方式"。在教育领域标准权意味着谁定义了知识应该被如何组织——知识节点的粒度怎么定、节点之间的依赖关系怎么画、难度层级怎么分、评价标准怎么设。这些定义一旦被广泛接受定义者就获得了教育数字世界的立法权——所有在这套标准上构建的教育APP都必须遵循这套知识组织逻辑。在健康领域标准权意味着谁定义了人体健康应该被如何评估——哪些指标是关键指标、指标之间如何关联、健康路径如何分级、干预效果如何度量。在法律领域标准权意味着谁定义了法律关系应该被如何数字化建模——法律实体如何分类、权利义务如何编码、证据如何与法条产生结构化关联。接口权的运作同样遵循一致的底层逻辑：谁控制了D的入口谁就控制了价值的分发通道。在教育领域接口权意味着谁控制了学习路径的生成入口——当一个学生进入系统时系统根据什么逻辑为他生成路径？控制这个接口的人控制了教育价值的分发入口。平台秩序权则是三权中最深的一种：谁制定了E的沉积规则谁就控制了这个数字世界的长期演化方向。在教育领域秩序权意味着谁制定了学生画像数据的沉积规则、教师绩效的评估标准、内容提供者的接入条件和平台生态的演化方向。在健康领域秩序权意味着谁制定了用户健康数据的沉积频率、画像更新逻辑和数据隐私规则。</w:t>
      </w:r>
    </w:p>
    <w:p>
      <w:pPr/>
      <w:r>
        <w:t>三种权力的传导关系值得更精确地描述。标准定义权是最上游的——它决定了这个领域的数字世界"长什么样"。接口权在中游——它控制了个性化价值通过什么通道被交付给用户。平台秩序权在最下游——它决定了所有参与者在这个数字世界中按什么规则共存。三者的传导方向是自上而下的：标准定义权约束了接口权的设计空间（你只能在已定义的对象和关系中设计接口），接口权约束了平台秩序权的治理范围（你只能治理通过接口接入的参与者和数据）。但反馈方向是自下而上的：平台运行中涌现的秩序问题会倒逼接口重新设计，接口的使用数据会反馈到标准定义促进S的演进。必须警惕的风险是：当一个实体同时掌握了三种权力时，它就拥有了类似"数字立法权＋数字执法权＋数字司法权"的综合权力——这在传统政治中是必须被分立制衡的。因此健康的个性化自动化经济生态应该是"多套SDE系统竞争共存"的生态而不是一家独大的帝国。标准可以竞争（不同思想系统提出不同的S定义），接口可以互通（不同系统的用户可以跨平台迁移），秩序可以被监管（政府或行业组织对平台治理进行外部约束）。SDE思想体系本身应该倡导这种多元竞争的生态——因为差异价值的核心精神就是承认差异尊重差异组织差异，而不是消灭差异追求统一。</w:t>
      </w:r>
    </w:p>
    <w:p>
      <w:pPr>
        <w:pStyle w:val="Heading1"/>
      </w:pPr>
      <w:r>
        <w:t>第二十九章  财富源头迁移：从资本到思想系统</w:t>
      </w:r>
    </w:p>
    <w:p>
      <w:pPr/>
      <w:r>
        <w:t>每一次文明跃迁都伴随着财富源头的重新分配。农业文明的财富源头是土地，工业文明的财富源头是资本与机械，信息文明的财富源头是数据与平台。在GPT时代，财富的源头正在向思想系统迁移。</w:t>
      </w:r>
    </w:p>
    <w:p>
      <w:pPr/>
      <w:r>
        <w:t>思想系统之所以成为新的财富源头，根本原因在于：思想与软件之间的距离被GPT压缩到了历史最短。过去，一个思想从提出到变成可运行的产品，需要经过漫长的学术传播、工程翻译、团队开发和市场验证，整个过程可能耗时数年甚至数十年。今天，一个被SDE化的思想可以在几周内通过GPT协同变成原型，在几个月内变成可运行的平台。当思想到产品的距离被极度压缩时，竞争的前线就从"谁有更多资本""谁有更多工程师"前移到了"谁有更好的思想系统"。</w:t>
      </w:r>
    </w:p>
    <w:p>
      <w:pPr/>
      <w:r>
        <w:t>GPT时代一个重要标志：“想到”和“做到”之间的距离正在缩短，但“想到好的”和“想到平庸的”之间的差距正在扩大。当执行不再是瓶颈时，思想质量成为唯一变量。GPT不偏袒任何人——它只是忠实地把你的思想加速显影。如果思想是黄金，显影出来就是金器；如果思想是废铁，显影出来就是铁渣。</w:t>
      </w:r>
    </w:p>
    <w:p>
      <w:pPr/>
      <w:r>
        <w:t>财富源头迁移的另一个重要维度是"时间结构的改变"。在工业时代，财富积累是缓慢的——建一座工厂需要数年，收回投资需要更长时间。在信息时代，速度加快了——一个互联网公司可以在几年内达到巨大规模。在GPT时代，时间结构将进一步压缩——一个掌握SDE方法论的思想工程师可能在几个月内从思想到平台，但这种压缩有一个前提：思想本身的积累仍然不可压缩。</w:t>
      </w:r>
    </w:p>
    <w:p>
      <w:pPr/>
      <w:r>
        <w:t>这就形成了一个有趣的时间悖论：从思想到产品的"下游时间"被急剧压缩，但思想本身的"上游时间"不变甚至可能更长（因为GPT时代对思想质量的要求更高）。一个花了二十年积累领域经验的专家，可能在两个月内把他的思想变成SDE软件系统；一个没有领域积累的人，即便有GPT帮助，也无法在两个月内创造出有价值的思想系统。因此GPT时代的真正赢家不是"最快行动的人"，而是"积累最深且能最快行动的人"。</w:t>
      </w:r>
    </w:p>
    <w:p>
      <w:pPr/>
      <w:r>
        <w:t>财富源头向思想系统迁移的一个重要标志是：在GPT时代，"想到"和"做到"之间的距离正在急剧缩短，但"想到好的"和"想到平庸的"之间的差距正在急剧扩大。当执行不再是瓶颈时，思想质量就成为了唯一的变量。GPT不偏袒任何人——它只是忠实地把你的思想加速显影。如果思想是黄金，显影出来就是金器；如果思想是废铁，显影出来就是铁渣。财富源头迁移还有一个"时间悖论"：从思想到产品的"下游时间"被急剧压缩，但思想本身的"上游时间"不变甚至更长。GPT时代的真正赢家不是"最快行动的人"，而是"积累最深且能最快行动的人"。</w:t>
      </w:r>
    </w:p>
    <w:p>
      <w:pPr/>
      <w:r>
        <w:t>每一次文明跃迁都伴随着财富源头的重新分配。农业文明的财富源头是土地——谁拥有最肥沃的土地谁就最富有。工业文明的财富源头是资本与机械——谁拥有最先进的工厂和最多的资本谁就拥有最大的生产力。信息文明的财富源头是数据与平台——谁控制了最多的用户数据和最大的数字平台谁就占据了价值链的制高点。在GPT时代，财富的源头正在向思想系统迁移。思想系统之所以成为新的财富源头，根本原因在于思想与软件之间的距离被GPT压缩到了历史最短。过去，一个思想从提出到变成可运行的产品需要经过漫长的学术传播、工程翻译、团队开发和市场验证，整个过程可能耗时数年甚至数十年。今天，一个被SDE化的思想可以在几周内通过GPT协同变成原型，在几个月内变成可运行的平台。当思想到产品的距离被极度压缩时，竞争的前线就从"谁有更多资本""谁有更多工程师"前移到了"谁有更好的思想系统"。</w:t>
      </w:r>
    </w:p>
    <w:p>
      <w:pPr/>
      <w:r>
        <w:t>这种财富源头的迁移不是渐进的而是结构性的。在工业时代一个人即使有最好的思想如果没有工厂和资本他也无法将思想转化为财富——思想到产品之间的距离太远成本太高。在信息时代距离缩短了一些——一个好想法可以更快地变成软件产品——但仍然需要大量的工程团队开发成本和上市时间。在GPT时代距离被压缩到了前所未有的程度——一个被SDE化的思想可以在几周内变成原型在几个月内变成可运行的平台。当距离被压缩时拥有距离起点（思想）的人就获得了前所未有的优势。当前流行的说法是"数据是新时代的石油"。但从SDE视角看这种说法虽然指向了正确的方向却定位在了错误的层级。数据只是E的最表层表现形式。裸数据本身没有结构缺S、没有流程缺D、没有上下文缺E的深层。真正有价值的不是数据而是"数据在什么SDE结构中被组织"。因此财富的真正源头不是数据而是思想系统——是那套决定了数据如何被组织被解释和被使用的SDE结构。</w:t>
      </w:r>
    </w:p>
    <w:p>
      <w:pPr/>
      <w:r>
        <w:t>当我们说"财富从资本迁移到思想系统"时，必须把"思想系统"这个词讲精确。它不是指一般意义上的"有想法"或"有见解"。思想系统是指一套具有完整SDE结构的、能够在多个领域持续生成新知识结构的元方法论。它必须满足五个条件：第一，压缩性——能把大量信息压缩到极少的总纲词中。第二，迁移性——能从一个领域移植到另一个领域而不失效。第三，生成性——能从自身出发不断展开新的层级和分支。第四，统摄性——能在最高层面统一看似不相关的多个维度。第五，工程化能力——能被SDE化并进入软件。满足这五个条件的思想系统极其稀缺。大多数"想法"不是思想系统——它们要么不能压缩（过于松散），要么不能迁移（过于局部），要么不能生成（是静态的），要么不能统摄（只是一个角度），要么不能工程化（停留在语言游戏层面）。正是这种稀缺性，使得真正的思想系统成为GPT时代最有价值的资产。</w:t>
      </w:r>
    </w:p>
    <w:p>
      <w:pPr/>
      <w:r>
        <w:t>每一次文明跃迁都伴随着财富源头的重新分配。农业文明的财富源头是土地——谁拥有最肥沃的土地谁就最富有。工业文明的财富源头是资本与机械——谁拥有最先进的工厂和最多的资本谁就拥有最大的生产力。信息文明的财富源头是数据与平台——谁控制了最多的用户数据和最大的数字平台谁就占据了价值链的制高点。每一次迁移都有一个共同规律：新的财富源头在旧文明的评价体系中往往是"不值钱的"——土地在狩猎时代不值钱因为"到处都有土地"，资本在农业时代不值钱因为"地才是真正的财富"，数据在工业时代不值钱因为"数据不能当饭吃"。思想系统在今天的评价体系中也"不值钱"——因为现有的评价体系仍然围绕资本规模、市场份额和用户数量来衡量价值。但如果GPT时代的财富源头确实在向思想系统迁移那么这种"不值钱"的评价就正在犯与历史上每一次文明转型时相同的错误。</w:t>
      </w:r>
    </w:p>
    <w:p>
      <w:pPr>
        <w:pStyle w:val="Heading1"/>
      </w:pPr>
      <w:r>
        <w:t>第三十章  思想为什么是最深的财富源头</w:t>
      </w:r>
    </w:p>
    <w:p>
      <w:pPr/>
      <w:r>
        <w:t>思想之所以能成为最深的财富源头，是因为它同时具有五个层级的力量。第一层是命名力：一套思想系统首先会创造新概念、新分类、新框架，从而定义人们如何认识世界。谁掌握了命名权，谁就掌握了认知入口。第二层是划界力：思想系统会重新划定领域的边界，决定什么被纳入、什么被排除、什么是核心、什么是边缘。第三层是组织力：思想系统会提供新的组织流程，让分散的要素重新形成有序的协同。第四层是身份生成力：围绕一套思想系统，会自然形成新的职业身份、社群身份和文化身份。第五层是持续生长力：一套真正的思想系统不是静态的答案集合，而是能够不断生长出新分支、新应用和新解释的活体。</w:t>
      </w:r>
    </w:p>
    <w:p>
      <w:pPr/>
      <w:r>
        <w:t>这五层力量使思想系统具有极强的复利效应。一个好的概念框架被一百个人使用时有价值，被一百万人使用时价值呈指数增长。而且"源头不可见"将成为最重要的财富护城河——人们使用一套思想系统时，往往不会追问这套系统是谁创造的，它已经融入了他们的认知结构。这种不可见性恰恰使得思想系统极难被替代。</w:t>
      </w:r>
    </w:p>
    <w:p>
      <w:pPr/>
      <w:r>
        <w:t>思想的复利效应需要被进一步展开。一般的资产——物质资产、金融资产、人力资产——都有折旧。机器会老化，现金会通胀，技能会过时。但思想系统具有一种独特的反折旧属性：越被使用就越有价值。</w:t>
      </w:r>
    </w:p>
    <w:p>
      <w:pPr/>
      <w:r>
        <w:t>这种反折旧属性来自三个机制。第一，网络效应：一套思想系统被越多人使用，就越容易形成共同语言和协同效率，从而吸引更多人使用。SDE思想体系已经被应用于近20个领域的知识重构，每进入一个新领域，整个体系的解释力和迁移力就更强一层。第二，沉积效应：思想系统在每一次应用中都会沉积新的案例、新的验证和新的扩展，这些沉积物反过来使体系变得更厚实。第三，生长效应：真正的思想系统不是静态的答案集合，而是能够不断从自身出发生长新分支的活体。SDE从最初的SIO本体论，生长出了SDE动力学、SDE发生学、SDE软件学、SDE经济学，每一次生长都使体系更完整。</w:t>
      </w:r>
    </w:p>
    <w:p>
      <w:pPr/>
      <w:r>
        <w:t>这三个机制叠加，使思想系统具有指数级的复利效应。一个好的思想系统在第一年可能只服务于一个领域，第五年可能覆盖五个领域，第十年可能成为跨十几个领域的元方法论，第二十年可能成为文明级的操作系统。这就是"思想为王"的深层经济学基础。</w:t>
      </w:r>
    </w:p>
    <w:p>
      <w:pPr/>
      <w:r>
        <w:t>这五层力量的复利效应之所以如此强大，根本原因在于：每一层都在强化其他层。当你的命名被广泛接受（S层成功），你就更容易组织流程（D层受益），更容易吸引认同者（E层受益）。反过来，认同者越多（E层丰厚），你的命名和划界就越难被替代（S层加固），你的流程就越有人跟随（D层加固）。这就是思想系统的"飞轮效应"。</w:t>
      </w:r>
    </w:p>
    <w:p>
      <w:pPr/>
      <w:r>
        <w:t>思想系统作为财富源头最强大的特性之一，是它的"不可见性"。当核心竞争力建立在可见的东西上——更好的产品、更低的价格、更大的品牌——这些都可以被对手观察、模仿和超越。但当核心竞争力建立在不可见的思想系统上——那套定义了产品背后的SDE结构、决定了用户路径生成逻辑、组织了平台生态演化方向的底层思想——这种竞争优势就极难被观察和复制。用户在使用一个优秀的个性化系统时，他感受到的是"这个系统真懂我"，他不会去追问背后那套精密的SDE结构是谁设计的。这种不可见性就是最深层的护城河。思想系统的五层力量——命名力、划界力、组织力、身份生成力、持续生长力——构成了极强的复利效应和飞轮效应。</w:t>
      </w:r>
    </w:p>
    <w:p>
      <w:pPr/>
      <w:r>
        <w:t>思想之所以能成为最深的财富源头，是因为它同时具有五个层级的力量，而这五个层级可以用SDE的语言重新表达。命名力是S层的最原初功能——给世界的对象命名就是在定义世界的基本单元。划界力是S层的进阶功能——在对象之间画出边界确定什么属于核心什么属于外围。组织力是D层的功能——把已命名和已划界的对象组织成可运行的流程。身份生成力是E层的功能——围绕这套S和D一批人开始形成共同身份。持续生长力则是SDE三维互相预设的整体功能——S不断被D改写，D不断被E约束和激发，E不断被新的S和D重塑。思想系统因此不是一个死的框架而是一个活的持续演化的有机体。五层力量的复利效应之所以如此强大，根本原因在于每一层都在强化其他层——当你的命名被广泛接受时你就更容易组织流程更容易吸引认同者，反过来认同者越多你的命名就越难被替代你的流程就越有人跟随。这就是思想系统的"飞轮效应"。</w:t>
      </w:r>
    </w:p>
    <w:p>
      <w:pPr/>
      <w:r>
        <w:t>思想系统作为财富源头具有一种极强的"不可见护城河"。用户在使用一个优秀的个性化教育系统时他感受到的是"这个系统真懂我"——他不会去追问这背后有一套精密的知识结构有一套动态的路径生成算法有一套深厚的学生画像系统，更不会知道这一切的背后是一个原创的教育思想系统在驱动。竞争对手可以看到你的界面你的功能你的营销但看不到你的思想系统因此无法从根部复制你。这种不可见性就是最深层的护城河——竞争对手可以模仿表面但无法复制深层。思想系统的"飞轮效应"来自五层力量的互相强化——当命名被接受时你更容易组织流程更容易吸引认同者；认同者越多命名越难被替代流程越有人跟随。这个飞轮一旦转起来就越来越快越来越不可逆。</w:t>
      </w:r>
    </w:p>
    <w:p>
      <w:pPr/>
      <w:r>
        <w:t>思想系统之所以具有"反折旧"属性，是因为它同时具有三种自强化效应。第一是网络效应——使用这套思想系统的人越多，系统的标准定义就越稳固，新用户接入的学习成本就越低，系统的价值就越大。传统产品的网络效应主要体现在用户之间的互联（微信的价值来自所有联系人都在上面），思想系统的网络效应则更深——它体现在"认知共识的形成"上。当一个行业中越来越多的人用同一套SDE框架来分析问题时，这套框架就变成了行业的"通用语言"，不用它的人反而会被排除在对话之外。第二是沉积效应——系统运行越久，E层积累的用户画像、行为数据和领域知识就越厚，系统的个性化精准度就越高，用户的迁移成本就越高。物质资产用久了会折旧（机器磨损、建筑老化），但E层的沉积是越久越有价值的——十年的用户画像比一年的用户画像精准得多。第三是生长效应——思想系统在应用中不断被新场景新用户新反馈磨练，每一次应用都可能产生新的洞察、新的概念、新的方法论补充。物质资产不会因为被使用而变得更好，但思想系统会——每一本新专著、每一次新领域的SDE化、每一个新APP的开发，都在让思想系统本身变得更深更广更强。这就是思想系统资本的复利曲线：初期积累缓慢（思想系统需要时间建立），中期加速（网络效应和沉积效应开始显现），后期指数增长（三种效应互相叠加，飞轮效应全面启动）。一个思想体系若要成为真正的"财富源头"，必须同时满足五个准入门槛：压缩性（能把领域知识压缩成极少的总纲词）、迁移性（能从一个领域迁移到另一个领域而不失效）、生成性（能从自身出发不断展开新的层级和分支）、统摄性（能在最高层面统一看似不相关的多个维度）、工程化能力（能被SDE化并最终变成可运行的软件系统）。缺少任何一个条件的思想系统都无法完成从"知识"到"财富"的跃迁。</w:t>
      </w:r>
    </w:p>
    <w:p>
      <w:pPr>
        <w:pStyle w:val="Heading1"/>
      </w:pPr>
      <w:r>
        <w:t>第三十一章  从思想到软件必须经过SDE工程化</w:t>
      </w:r>
    </w:p>
    <w:p>
      <w:pPr/>
      <w:r>
        <w:t>思想要成为财富源头，不能只停留在书本和讲座里。它必须被工程化，而工程化的方法论就是SDE。S要求思想的结构必须清晰——核心对象是什么、对象之间的关系是什么、层级是什么。D要求思想的流程必须清晰——它要解决什么问题、按什么步骤推进、如何迭代优化。E要求思想的特征世界必须清晰——它适用于什么场景、面对什么对象、在什么约束条件下工作。</w:t>
      </w:r>
    </w:p>
    <w:p>
      <w:pPr/>
      <w:r>
        <w:t>没有经过SDE化的思想，即便很有价值，也无法被GPT有效转译。因为GPT需要清晰的结构（S）才能展开，需要明确的流程（D）才能推进，需要具体的场景特征（E）才能适配。把一团模糊的想法交给GPT，得到的只会是模糊想法的格式化版本——看起来更整齐，但没有真正变成可运行的系统。SDE化是思想从"可说"到"可运行"的必经之路。</w:t>
      </w:r>
    </w:p>
    <w:p>
      <w:pPr/>
      <w:r>
        <w:t>SDE化的简单检验：如果你能用三段话分别说清楚你的思想的S、D、E，你的思想就基本完成了SDE化。S检验：核心对象和关系图能不能画出来？D检验：主流程图能不能画出来？E检验：适用边界能不能描述清楚？很多人卡在E——他们说不清适用条件，倾向于认为自己的思想放之四海而皆准。没有E边界的思想是危险的。</w:t>
      </w:r>
    </w:p>
    <w:p>
      <w:pPr/>
      <w:r>
        <w:t>SDE工程化最常见的失败模式是"伪SDE化"——看起来已经完成了SDE化，实际上只是用SDE的术语重新包装了原有的模糊想法。伪SDE化的三个典型症状：第一，S只有标签没有结构——比如说"我们的核心对象是学生和课程"，但没有定义学生和课程之间的关系网络、没有定义状态转换逻辑、没有定义模块划分方式。这不是S，只是贴了两个名字。第二，D只有方向没有步骤——比如说"我们要实现个性化学习"，但没有定义从学生进入系统到完成学习任务的每一步、没有定义判断节点和分支逻辑。这不是D，只是口号。第三，E只有数据没有世界——比如说"我们会收集用户数据"，但没有定义数据如何被组织成画像、画像如何影响路径生成、历史如何被解读为趋势。这不是E，只是数据库表。</w:t>
      </w:r>
    </w:p>
    <w:p>
      <w:pPr/>
      <w:r>
        <w:t>避免伪SDE化的方法只有一个：对每一维做"可运行性检验"。S可运行意味着你可以根据S的定义画出完整的对象关系图和页面结构图。D可运行意味着你可以根据D的定义写出完整的主流程伪代码。E可运行意味着你可以根据E的定义设计出数据库表结构和画像生成逻辑。三维都通过可运行性检验，SDE化才真正完成。</w:t>
      </w:r>
    </w:p>
    <w:p>
      <w:pPr/>
      <w:r>
        <w:t>SDE工程化最常见的失败模式是"伪SDE化"——看起来已经完成了SDE化，实际上只是用SDE的术语重新包装了原有的模糊想法。伪SDE化的三个典型症状：S只有标签没有结构——说"核心对象是学生和课程"但没有定义关系网络和状态转换逻辑；D只有方向没有步骤——说"要实现个性化学习"但没有定义从进入到完成的每一步；E只有数据没有世界——说"会收集用户数据"但没有定义数据如何被组织成画像、画像如何影响路径生成。避免伪SDE化的方法只有一个：对每一维做"可运行性检验"——S可运行意味着可以画出对象关系图，D可运行意味着可以写出主流程伪代码，E可运行意味着可以设计出数据库表结构。</w:t>
      </w:r>
    </w:p>
    <w:p>
      <w:pPr/>
      <w:r>
        <w:t>没有经过SDE化的思想，即便很有价值，也无法被GPT有效转译。因为GPT需要清晰的结构才能展开，需要明确的流程才能推进，需要具体的场景特征才能适配。把一团模糊的想法交给GPT，得到的只会是模糊想法的格式化版本——看起来更整齐，但没有真正变成可运行的系统。SDE化是思想从"可说"到"可运行"的必经之路。SDE化对思想的要求可以用一个简单的检验来说明：如果你能用三段话分别说清楚你的思想的S、D、E，你的思想就基本完成了SDE化；如果你说不清楚，你的思想就还没有准备好进入软件。S的检验："你的思想体系中有哪几个核心对象？它们之间是什么关系？"如果你能画出一张清晰的对象关系图，S就通过了。D的检验："你的思想体系解决问题的步骤是什么？"如果你能画出一条主流程图，D就通过了。E的检验："你的思想体系面对什么样的人、什么样的场景、什么样的约束条件？在什么情况下有效，在什么情况下失效？"如果你能描述清楚适用边界，E就通过了。</w:t>
      </w:r>
    </w:p>
    <w:p>
      <w:pPr/>
      <w:r>
        <w:t>SDE化是思想从"可说"到"可运行"的必经之路。没有经过SDE化的思想即便很有价值也无法被GPT有效转译——因为GPT需要清晰的结构才能展开需要明确的流程才能推进需要具体的场景特征才能适配。把一团模糊的想法交给GPT得到的只会是模糊想法的格式化版本——看起来更整齐但没有真正变成可运行的系统。很多思想工作者卡在E的检验上——他们能说清结构能说清流程但说不清适用条件。他们倾向于认为自己的思想"放之四海而皆准"。但没有明确E边界的思想是危险的因为它会在不适合的场景中被误用。SDE工程化要求思想必须诚实地声明自己的E条件——这不是限制而是负责任的精确。最常见的失败模式是"伪SDE化"——看起来已经完成了SDE化实际上只是用SDE的术语重新包装了原有的模糊想法。</w:t>
      </w:r>
    </w:p>
    <w:p>
      <w:pPr/>
      <w:r>
        <w:t>把思想SDE化的过程可以被分解为三个可操作的步骤。第一步是"S提取"：把你的思想体系中的核心对象识别出来。这些对象是什么？它们之间是什么关系？有没有层级？有没有依赖？画一张对象关系图，如果画不出来，说明S还没有被提取。第二步是"D设计"：把你的思想体系解决问题的流程写出来。从用户进入到完成核心任务，经过哪几个关键步骤？每一步的输入输出是什么？判断条件是什么？画一张主流程图，如果画不出来，说明D还没有被设计。第三步是"E声明"：把你的思想体系的适用条件明确写出来。面对什么人？什么场景？什么约束？在什么情况下有效、什么情况下失效？写一份E条件说明书，如果写不出来，说明E还没有被声明。三步做完，你的思想就基本完成了SDE化。这个过程看起来简单，但实际操作中大多数人卡在第一步——他们说不清自己的思想体系中到底有哪些核心对象。这不是因为他们没有思想，而是因为他们的思想还处在"暗知识[26]"状态——他们知道如何做某件事，但说不出它的结构。SDE化的第一步，就是把暗知识变成明知识。</w:t>
      </w:r>
    </w:p>
    <w:p>
      <w:pPr/>
      <w:r>
        <w:t>SDE化是思想从"可说"到"可运行"的必经之路。很多思想工作者有一个常见的幻觉——以为"我把想法说清楚了GPT就能帮我做出来"。这个幻觉的问题在于：GPT需要的不是"说清楚的想法"而是"结构化的SDE定义"。"说清楚"和"SDE化"之间有一道关键的鸿沟。一个人可以用非常清晰的语言描述他的教育理念——"我认为每个学生都应该获得适合自己的学习路径"——这句话非常清楚但完全无法被GPT转化为可运行的系统。因为GPT不知道"适合自己"意味着什么维度的匹配、"学习路径"由什么对象和关系构成、"获得"通过什么流程实现。只有当这句话被SDE化——S定义为"知识节点网络＋学生画像维度＋路径对象模型"、D定义为"推荐→学习→评估→反馈→修正→迭代"、E定义为"面向K12学生、认知边界追踪、遗忘曲线建模、动机状态监测"——GPT才能真正开始工作。</w:t>
      </w:r>
    </w:p>
    <w:p>
      <w:pPr>
        <w:pStyle w:val="Heading1"/>
      </w:pPr>
      <w:r>
        <w:t>第三十二章  GPT是财富加速器而非财富源头</w:t>
      </w:r>
    </w:p>
    <w:p>
      <w:pPr/>
      <w:r>
        <w:t>必须明确区分：GPT是财富加速器，不是财富源头。GPT的到来使得思想外化成本骤降——过去需要一个团队工作半年才能完成的从思想到原型的转化，现在一个人借助GPT可能在几周内完成。这是真实的效率革命。</w:t>
      </w:r>
    </w:p>
    <w:p>
      <w:pPr/>
      <w:r>
        <w:t>但GPT带来的是速度民主化，而非质量民主化。所有人都可以更快地把想法变成产品，但"快"并不等于"好"。快速格式化一个平庸想法，只会更快地证明它的平庸。表层门槛降低了——任何人都可以用GPT生成代码和文案；但深层门槛反而升高了——因为当所有人都能快速生成"看起来不错"的产品时，真正能脱颖而出的只有那些源头思想质量更高的系统。</w:t>
      </w:r>
    </w:p>
    <w:p>
      <w:pPr/>
      <w:r>
        <w:t>GPT作为"财富加速器而非财富源头"的判断有一个重要推论：GPT的到来使得思想质量的差异被放大了，而不是被缩小了。</w:t>
      </w:r>
    </w:p>
    <w:p>
      <w:pPr/>
      <w:r>
        <w:t>在没有GPT的时代，一个优秀的思想和一个平庸的思想，在从思想到产品的转化过程中，都要经过大量昂贵的中间环节：写作、翻译、编码、设计、测试、迭代。这些中间环节的高成本在某种程度上"平滑"了思想质量的差异——好的思想和一般的思想最终做出来的产品，质量差距没有思想本身的差距那么大，因为中间环节会让所有项目都变得昂贵和缓慢。</w:t>
      </w:r>
    </w:p>
    <w:p>
      <w:pPr/>
      <w:r>
        <w:t>但GPT把中间环节的成本压到了接近于零。这就意味着，思想质量的差异将几乎无损地传递到最终产品。一个真正深刻的思想系统，通过GPT可以在极短时间内变成一个优秀的产品；一个平庸的思想，通过GPT同样可以在极短时间内变成一个产品——但这个产品只是平庸想法的精美包装。当中间成本不再能平滑差异时，源头质量就成为唯一的决定因素。</w:t>
      </w:r>
    </w:p>
    <w:p>
      <w:pPr/>
      <w:r>
        <w:t>这就是为什么GPT时代不是"人人都能成功"的时代，而是"思想质量差异被极度放大"的时代。表层门槛降低了——任何人都可以做出"看起来不错"的东西。深层门槛升高了——因为当所有人都能做出"看起来不错"的东西时，真正的竞争就完全取决于底层思想的原创性、深度和SDE清晰度。</w:t>
      </w:r>
    </w:p>
    <w:p>
      <w:pPr/>
      <w:r>
        <w:t>GPT像一台高性能印刷机——它以极高速度忠实印刷你交给它的原稿。但印刷机不写原稿。如果你交给它精心撰写的手稿，它会印出精美书籍；如果你交给它杂乱笔记，它会印出精美装帧的杂乱笔记。所有人都拥有了同样强大的印刷机，唯一的差异化因素回到了源头。</w:t>
      </w:r>
    </w:p>
    <w:p>
      <w:pPr/>
      <w:r>
        <w:t>GPT作为加速器而非源头的定位可以用"印刷机比喻"来说明：GPT像一台高性能印刷机，以极高速度忠实印刷你交给它的原稿。但印刷机不写原稿。如果你交给它精心撰写的手稿，它会印出精美书籍；如果你交给它杂乱笔记，它会印出精美装帧的杂乱笔记。所有人都拥有了同样强大的印刷机，唯一的差异化因素回到了源头。GPT带来的是速度民主化而非质量民主化。表层门槛降低了——任何人都可以用GPT生成代码和文案；但深层门槛反而升高了——因为当所有人都能快速生成"看起来不错"的产品时，真正能脱颖而出的只有那些源头思想质量更高的系统。</w:t>
      </w:r>
    </w:p>
    <w:p>
      <w:pPr/>
      <w:r>
        <w:t>必须明确区分：GPT是财富加速器，不是财富源头。GPT的到来使得思想外化成本骤降——过去需要一个团队工作半年才能完成的从思想到原型的转化，现在一个人借助GPT可能在几周内完成。这是真实的效率革命。但GPT带来的是速度民主化而非质量民主化。所有人都可以更快地把想法变成产品，但"快"并不等于"好"。快速格式化一个平庸想法只会更快地证明它的平庸。表层门槛降低了——任何人都可以用GPT生成代码和文案；但深层门槛反而升高了——因为当所有人都能快速生成"看起来不错"的产品时，真正能脱颖而出的只有那些源头思想质量更高的系统。GPT像一台高性能印刷机——以极高速度忠实印刷你交给它的原稿。但印刷机不写原稿。如果你交给它精心撰写的手稿它会印出精美书籍；如果你交给它杂乱笔记它会印出精美装帧的杂乱笔记。</w:t>
      </w:r>
    </w:p>
    <w:p>
      <w:pPr/>
      <w:r>
        <w:t>GPT带来的是速度民主化而非质量民主化。所有人都可以更快地把想法变成产品但"快"并不等于"好"。快速格式化一个平庸想法只会更快地证明它的平庸。同时必须指出：思想为王≠思想垄断。GPT同时降低了思想外化的门槛使得更多人有机会把自己的思想做成系统。未来的竞争不是少数人垄断所有思想而是更多人的原创思想在SDE框架下竞争——最终胜出的是那些真正解决了真实问题真正创造了差异价值的思想系统。这就形成了一个有趣的悖论：GPT让表层门槛降低（人人都能做出"看起来不错"的东西），同时让深层门槛升高（真正有价值的东西越来越取决于思想质量）。表层竞争变得极其拥挤深层竞争反而变得更加稀缺。在这种格局下唯一的出路是向深处走——不是做得更快而是想得更深。</w:t>
      </w:r>
    </w:p>
    <w:p>
      <w:pPr/>
      <w:r>
        <w:t>GPT作为财富加速器的另一个重要维度是"试错成本的降低"。在前GPT时代，试错是昂贵的——开发一个原型需要几个月、几十万元、一个团队。大多数创业者只能试一两次，如果失败就没有资源再试。在GPT时代，试错成本被急剧压缩——一个掌握SDE方法论的人可以在几天内借助GPT做出原型，试一次失败了可以迅速调整再试。试错成本的降低意味着创新的民主化——更多人可以负担得起试错，更多想法可以被验证。但这里有一个微妙的点：试错成本降低对所有人都是公平的。你的竞争对手也可以低成本试错。这就意味着"快速试错"本身不构成竞争优势——竞争优势在于"试什么"。如果你有一个深层的思想系统来指导你的试错方向，你的每一次试错都比别人更有信息量；如果你只是随机试错，即便成本再低，效率也不高。</w:t>
      </w:r>
    </w:p>
    <w:p>
      <w:pPr/>
      <w:r>
        <w:t>GPT作为财富加速器的定位需要被更精确地刻画。"加速器"这个词暗示三件事：第一它加速的是已有的东西——如果源头没有值得加速的思想GPT无从加速。第二它不改变方向——GPT把你的思想加速显影但不会把坏思想变成好思想。第三加速是有成本的——GPT消耗算力电力和时间但这些成本远低于传统方式的人力成本。GPT带来的是速度民主化而非质量民主化。所有人都可以更快地把想法变成产品但"快"并不等于"好"。快速格式化一个平庸想法只会更快地证明它的平庸。同时必须指出：GPT同时降低了表层门槛和升高了深层门槛。表层门槛降低——任何人都可以用GPT生成代码文案和分析报告。深层门槛升高——当所有人都能快速生成"看起来不错"的产品时真正能脱颖而出的只有那些源头思想质量更高的系统。这就形成了一个有趣的悖论：GPT让竞争的表面变得更拥挤（人人都能做出"还行"的东西）同时让竞争的深层变得更稀缺（真正有深度的思想系统越来越珍贵）。在这种格局下唯一的出路是向深处走——不是做得更快而是想得更深。</w:t>
      </w:r>
    </w:p>
    <w:p>
      <w:pPr>
        <w:pStyle w:val="Heading1"/>
      </w:pPr>
      <w:r>
        <w:t>第三十三章  平台：社会化运行的数字SDE集群</w:t>
      </w:r>
    </w:p>
    <w:p>
      <w:pPr/>
      <w:r>
        <w:t>一个APP是一个局部的数字SDE。一个平台则是多个数字SDE的社会化网络。平台化不是把APP放大，不是加更多功能，不是接更多用户，而是本体升级——从"一个系统为一群用户服务"变成"一个生态中多个系统互相服务、互相沉积、互相生长"。</w:t>
      </w:r>
    </w:p>
    <w:p>
      <w:pPr/>
      <w:r>
        <w:t>平台的核心不是"加功能"，而是"建秩序"。谁定义了平台中的标准（S的标准权）、谁设计了平台中的流程入口（D的接口权）、谁制定了数据沉积和用户画像的规则（E的秩序权），谁就真正拥有这个平台。平台的财富价值不在于它的代码有多复杂，而在于它的秩序有多深——用户和数据沉积得越深，平台就越不可替代。</w:t>
      </w:r>
    </w:p>
    <w:p>
      <w:pPr/>
      <w:r>
        <w:t>平台与APP的本体区别：APP是一栋房子，平台是一座城市。房子自足，城市则需要道路、规则和基础设施。从APP到平台的跃迁就是从造一栋房子到建一座城市。城市最重要的不是有多少建筑，而是交通规则、产权制度和公共服务是否稳定运行。</w:t>
      </w:r>
    </w:p>
    <w:p>
      <w:pPr/>
      <w:r>
        <w:t>平台与APP的本体区别还可以从"治理"角度来理解。一个APP需要的是"管理"——确保功能正常运行、用户体验顺畅、bug及时修复。一个平台需要的是"治理"——制定规则、协调利益、处理冲突、引导演化。管理是技术问题，治理是秩序问题。</w:t>
      </w:r>
    </w:p>
    <w:p>
      <w:pPr/>
      <w:r>
        <w:t>平台治理的核心难题是"多方利益平衡"。在一个教育平台中，学生要个性化路径，教师要教学自主权，内容提供者要合理报酬，平台运营方要可持续的商业模式。这四方的利益并不天然一致。平台秩序权的拥有者必须设计一套E沉积规则，使得四方利益在长期运行中形成正和博弈而非零和博弈。平台生态的形成遵循"双边沉积"逻辑：供给侧的沉积和需求侧的沉积互相加强——供给越丰富用户越愿意留下，用户越多供给者越愿意投入。这种双边沉积一旦达到临界点，平台就进入自我强化的增长循环。</w:t>
      </w:r>
    </w:p>
    <w:p>
      <w:pPr/>
      <w:r>
        <w:t>一个APP是一个局部的数字SDE。一个平台则是多个数字SDE的社会化网络。平台化不是把APP放大、不是加更多功能、不是接更多用户，而是本体升级——从"一个系统为一群用户服务"变成"一个生态中多个系统互相服务、互相沉积、互相生长"。平台的核心不是"加功能"而是"建秩序"。谁定义了平台中的标准、谁设计了平台中的流程入口、谁制定了数据沉积和用户画像的规则，谁就真正拥有这个平台。平台治理的核心难题是"多方利益平衡"——学生要个性化路径、教师要教学自主权、内容提供者要合理报酬、平台运营方要可持续商业模式。平台秩序权的拥有者必须设计一套E沉积规则使得四方利益在长期运行中形成正和博弈。要理解平台与APP的本体区别可以用一个比喻：APP是一栋房子，平台是一座城市。房子自足，城市则需要道路、规则和基础设施。城市最重要的不是有多少建筑而是交通规则、产权制度和公共服务是否稳定运行。</w:t>
      </w:r>
    </w:p>
    <w:p>
      <w:pPr/>
      <w:r>
        <w:t>平台的财富价值不在于它的代码有多复杂而在于它的秩序有多深——用户和数据沉积得越深平台就越不可替代。从SDE角度看平台的核心壁垒既不在S的复杂性（结构可以被模仿）也不在D的精巧性（算法可以被学习）而在于E的深厚性——多年积累的双边沉积构成了不可复制的数字世界。供给侧的沉积（内容提供者的作品工具和运行历史）和需求侧的沉积（用户的行为数据画像特征和社交关系）互相加强——供给越丰富用户越愿意留下，用户越多供给者越愿意投入。这种双边沉积一旦达到临界点平台就进入自我强化的增长循环新进入者极难打破。</w:t>
      </w:r>
    </w:p>
    <w:p>
      <w:pPr/>
      <w:r>
        <w:t>平台的形成遵循一个从"单边价值"到"双边沉积"到"生态自组织"的三阶段演化模型。第一阶段（单边价值）：平台首先为一侧用户提供足够好的服务——比如一个教育平台首先为学生提供个性化学习路径。这个阶段的关键指标是"学生愿意留下来"。第二阶段（双边沉积）：当学生数量达到一定规模时，教师和内容提供者开始被吸引进来——因为这里有大量的学生用户。教师的加入又让学生获得更好的服务，于是双边开始互相加强。这个阶段的关键指标是"双边都在增长"。第三阶段（生态自组织）：当双边沉积达到临界密度时，生态开始自组织——第三方开发者进入，建立在平台之上的新应用和新服务自发涌现，平台从"一个产品"变成了"一个世界"。这个阶段的关键指标是"你不用推动增长，增长在自发发生"。SDE软件产业的平台化路径也遵循这个模型。</w:t>
      </w:r>
    </w:p>
    <w:p>
      <w:pPr/>
      <w:r>
        <w:t>平台的财富机制可以被分为三个层级，每个层级对应不同的SDE厚度和不同的价值捕获能力。第一层是"只有S的平台"——只完成了结构但缺乏真正的运行优化和世界沉积。这类平台有漂亮的界面、明确的对象结构和较好的壳层组织，但用户来了又走——因为没有D让系统越用越好，也没有E让用户越来越离不开。它们的典型特征是：功能清单很长，但用户留存率很低。一个标准化的在线表单工具就是典型的"只有S的平台"——结构清晰功能完整，但用户用完就走，每次使用和上一次没有任何关联，表面质量的快速提升遮蔽了深层原创的持续稀缺。第二层是"有S和D的平台"——不仅有结构还有运行优化，因此效率很高。搜索引擎、翻译工具、代码补全工具都属于这一层——它们有很强的D（算法能力），能高效完成任务，短期用户体验很好。但如果E层薄弱——用户沉积不深、关系网络不厚、使用历史不影响未来体验——这类平台就始终只是"工具"而非"世界"。用户可以轻松切换到另一个效率更高的工具，迁移成本很低。第三层是"S、D、E俱全的平台"——结构完整、运行精准、世界深厚。这类平台的特征是"越用越懂你越用越离不开"——微信之所以不可替代，不是因为它的聊天功能比别人好（S和D层很多竞品都能做到），而是因为十年的社交关系、支付习惯、小程序生态、公众号阅读历史构成了一个极其深厚的E世界。要离开微信就意味着放弃这个世界——这个迁移成本才是微信真正的护城河。三层对比揭示了一个核心规律：平台财富的真正来源不是功能优越性（S和D），而是世界不可替代性（E）。短期竞争靠S和D——谁的结构更好谁的算法更快。长期垄断靠E——谁的世界更深用户就越难离开。因此平台财富机制的深层秘密是：不是拥有流量而是拥有世界。流量会流走，世界会留下。一个把用户留住不是靠产品功能而是靠世界沉积的平台，它的财富就不再是交易利润而是秩序利润——用户在这个世界中的一切活动都在加深平台的E层，而E层的加深又使得平台的标准权、接口权和秩序权越来越不可撼动。</w:t>
      </w:r>
    </w:p>
    <w:p>
      <w:pPr/>
      <w:r>
        <w:t>平台财富机制可以被分为三个层次，每个层次对应不同的SDE完整度和不同的价值捕获能力。第一层：只有S的平台。这类平台有漂亮的界面、明确的对象结构、较好的壳层组织，但缺乏真正的运行优化（D薄弱）和世界沉积能力（E薄弱）。它们看起来像平台，实际上只是一个展示页面集合。典型症状是：用户来了又走，留存率很低；功能看起来很多，但每个功能都像独立工具而非有机整体；系统运行一年和运行一天没有本质区别——因为没有E在积累。这类平台的商业价值极低，因为它不产生"越用越好"的正循环。竞争壁垒几乎为零——任何人都可以模仿一个壳层。第二层：有S和D但E薄弱的平台。这类平台不仅有结构，还有真正的运行优化——推荐更准、流程更顺、响应更快。它们能带来明显的效率提升，在短期内往往很成功。但如果E层薄弱——用户沉积不够深、关系沉积不够厚、知识沉积不够密——它就仍然守不住位置。因为一旦有竞争对手做出同样高效的D，用户就会毫不犹豫地迁移——迁移成本为零，因为旧平台没有积累任何属于这个用户的不可替代的E。这解释了为什么很多效率工具"做得很好但总是守不住位置"——它们的D够强但E太薄。第三层：S、D、E俱全的平台。这才是真正的平台财富结构。S提供进入方式——用户通过清晰的结构找到自己需要的东西。D提供运行效率——系统持续优化为用户生成更精准的路径。E提供秩序控制与未来空间——用户的行为历史、关系网络、偏好画像、内容贡献都在平台中持续沉积，形成越来越厚的数字世界。这个数字世界一旦达到临界厚度，用户的迁移成本就急剧上升——因为离开就意味着放弃所有在这里积累的E。平台真正值钱不是因为它有多少功能，而是因为它形成了不可复制的数字国土。标准权（S控制）决定了谁进来必须按什么规则；接口权（D控制）决定了谁要获得服务必须通过什么入口；秩序权（E控制）决定了谁的数据按什么方式沉积、谁的画像影响谁的推荐、谁的贡献获得什么权重。三种权力叠加，构成了GPT时代最深层的财富结构。所谓平台财富的深层秘密不是把用户吸来，而是让用户在其中生活、留下轨迹、生成关系、完成沉积——当平台从"被用一次"升级为"成为一个世界"时，财富就从交易利润变成了秩序利润。</w:t>
      </w:r>
    </w:p>
    <w:p>
      <w:pPr>
        <w:pStyle w:val="Heading1"/>
      </w:pPr>
      <w:r>
        <w:t>第三十四章  财富密码的真正公式</w:t>
      </w:r>
    </w:p>
    <w:p>
      <w:pPr/>
      <w:r>
        <w:t>现在可以给出GPT时代的财富公式：原创思想系统×SDE清晰度×GPT转译效率×平台复制能力。</w:t>
      </w:r>
    </w:p>
    <w:p>
      <w:pPr/>
      <w:r>
        <w:t>这个公式的关键在于四者是相乘关系而非相加。这意味着任何一项接近于零，整体财富就接近于零。没有原创思想系统（只有模仿和拼装），后面三项再强也只是在加速复制别人的东西。SDE清晰度不够（思想模糊、结构混乱），GPT就无法有效转译。GPT效率再高，如果思想本身平庸或结构不清，加速的只是平庸的产出。平台化能力不足，即便做出了好产品也无法实现社会化复制和持续增长。</w:t>
      </w:r>
    </w:p>
    <w:p>
      <w:pPr/>
      <w:r>
        <w:t>同时必须指出：思想系统的价值捕获能力≠思想垄断。GPT同时降低了思想外化的门槛，使得更多人有机会把自己的思想做成系统。未来的竞争不是少数人垄断所有思想，而是更多人的原创思想在SDE框架下竞争——最终胜出的是那些真正解决了真实问题、真正创造了差异价值的思想系统。</w:t>
      </w:r>
    </w:p>
    <w:p>
      <w:pPr/>
      <w:r>
        <w:t>财富公式"原创思想系统×SDE清晰度×GPT转译效率×平台复制能力"的相乘关系有一个极其重要的实践含义：你必须判断自己当前的瓶颈在哪一项上。</w:t>
      </w:r>
    </w:p>
    <w:p>
      <w:pPr/>
      <w:r>
        <w:t>如果你有原创思想但SDE清晰度不够——你的想法很好但结构不清，GPT无法有效转译。这时你需要做的不是去学编程，而是去做SDE化：把你的思想压成S/D/E三维。如果你的SDE很清晰但没有GPT协作能力——你知道该建什么但建得太慢。这时你需要学习如何与GPT高效协同，把SDE压缩源变成GPT的指令集。如果你的产品已经做出来但缺乏平台化能力——你做了一个好APP但它只服务少数用户。这时你需要设计数据沉积机制、用户增长策略和生态秩序。如果以上三项都具备但缺乏原创思想——你只是在复制别人的模式。这时没有任何技巧可以救你，你必须回到源头，找到或创造一套真正属于你的思想系统。</w:t>
      </w:r>
    </w:p>
    <w:p>
      <w:pPr/>
      <w:r>
        <w:t>四项中，原创思想系统是最难获得也最不可替代的。SDE方法论可以学习，GPT协作可以训练，平台化能力可以积累，但原创思想只能从长期深入一个领域的真实经验中生长出来。这就是为什么"思想系统的价值捕获能力"不是一句空话，而是一个冷酷的经济学判断。</w:t>
      </w:r>
    </w:p>
    <w:p>
      <w:pPr/>
      <w:r>
        <w:t>财富公式的乘法效应意味着GPT时代不允许明显短板。赢家将是T型人才——在思想深度上有一根极深的竖杠（原创思想系统），同时在SDE清晰度、GPT协同和平台化能力上有一根足够宽的横杠。缺少竖杠做不出差异化；缺少横杠做不成规模化。</w:t>
      </w:r>
    </w:p>
    <w:p>
      <w:pPr/>
      <w:r>
        <w:t>财富公式一旦提出，必然会面对三组尖锐的反对意见。作为负责任的论证，本书必须正面回应它们。</w:t>
      </w:r>
    </w:p>
    <w:p>
      <w:pPr/>
      <w:r>
        <w:t>反方一："思想重要没错，但资本和渠道不是依然关键吗？"回应：资本和渠道当然仍然重要，但它们的角色已经从"决定性因素"降格为"放大性因素"。在工业时代，没有资本就没有工厂，资本是生产力的前提条件。在GPT时代，没有资本你仍然可以用GPT在几周内做出原型——思想到产品的距离被压缩了，资本的看门人角色被削弱了。资本依然能帮你把一个好系统更快地规模化，但它不再能帮你从零创造一个好系统。渠道同理：平台化的数字基础设施使得分发成本急剧下降，渠道控制力正在被技术民主化侵蚀。因此，在财富公式中，资本和渠道影响的是"平台复制能力"这一项，但不影响最前面的两项（原创思想系统和SDE清晰度）。源头决定方向，资本只是加速。</w:t>
      </w:r>
    </w:p>
    <w:p>
      <w:pPr/>
      <w:r>
        <w:t>反方二："思想系统真的能成为资产吗？还是只是学者的自我放大？"回应：思想系统能否成为资产，取决于它是否满足资产的三个基本条件：可持续产生收益、可估值、可交易。在SDE框架下，一套思想系统一旦被软件化，它就满足了这三个条件。可持续产生收益——SDE软件系统通过个性化服务持续为用户生成价值，用户为接入权持续付费。可估值——系统的价值可以用用户数、E层深度、D路径精度和平台复制能力来量化评估。可交易——思想系统可以被授权、被投资、被收购，就像专利和品牌可以被交易一样。说"思想系统是资产"不是隐喻，而是字面意义上的经济事实——前提是它已经被SDE化并长成了可运行的数字系统。</w:t>
      </w:r>
    </w:p>
    <w:p>
      <w:pPr/>
      <w:r>
        <w:t>反方三："GPT会不会让思想系统快速被复制，从而消解原创优势？"回应：这是最需要认真对待的反方。GPT确实能帮助快速复制"思想的表面表达"——文本、框架、概念图。但思想系统的真正价值不在表面表达层，而在三个深层：第一，S的原创定义——你如何定义一个领域的核心对象和关系，这背后是二十年的领域浸泡，不是看了你的书就能复制的。第二，E的持续沉积——你的系统已经积累了大量用户数据和画像，这些是时间积累的产物，无法被一夜复制。第三，D的持续优化——你的路径生成算法在真实用户反馈中持续进化，竞争对手从零开始时面对的是一个没有E养料的系统。因此，GPT确实降低了表面模仿的门槛，但同时提高了深层竞争的门槛——因为先发者的E沉积和D优化构成了越来越宽的护城河。这就像工业时代：机器的设计图纸可以被抄，但工厂里十年积累的工艺诀窍（E）和持续优化的生产流程（D）不能被抄。</w:t>
      </w:r>
    </w:p>
    <w:p>
      <w:pPr/>
      <w:r>
        <w:t>财富公式的乘法结构意味着，失败也有可诊断的类型。以下是四种最常见的"失衡型失败"，它们分别对应财富公式中某一项为零或接近于零的情况。</w:t>
      </w:r>
    </w:p>
    <w:p>
      <w:pPr/>
      <w:r>
        <w:t>第一种失衡：有思想，无SDE清晰度。症状：概念很漂亮，演讲很动人，但一问"你的S到底是什么、D的主流程怎么走、E面对什么样的用户"就说不清楚。结果：思想停留在口号层面，无法被GPT有效转译，更无法进入软件。这类人在学术界和咨询界最常见——他们有真知灼见，但从未学过如何把洞察压成结构。解药：学习SDE工程化方法，把每一个核心洞察都逼自己写成"S是什么、D怎么走、E面对谁"。</w:t>
      </w:r>
    </w:p>
    <w:p>
      <w:pPr/>
      <w:r>
        <w:t>第二种失衡：有思想和框架，无GPT转译效率。症状：思想已经SDE化了，蓝图也画好了，但仍然用传统方式组建团队、写代码、做产品。结果：速度太慢，错过窗口期。竞争对手用GPT协同在两个月内做出原型，你用传统方式要做一年。这类人往往对AI有本能的抵触或不信任——他们宁愿"自己亲手做"也不愿"让GPT帮忙"。解药：接受"GPT是高性能印刷机"的定位，把精力集中在"写好原稿"（SDE定义）而非"亲手排版"（代码实现）。</w:t>
      </w:r>
    </w:p>
    <w:p>
      <w:pPr/>
      <w:r>
        <w:t>第三种失衡：有思想、框架、GPT协作，无平台复制能力。症状：做出了很好的产品，用户反馈也不错，但始终停留在"服务一百个客户"的阶段，无法规模化。结果：好产品变成了"高端手工坊"——品质很高，但影响力有限，财富回报与思想投入不成比例。这类人往往是技术能力很强但平台思维很弱的专家型创业者。解药：从产品第一天起就设计E层沉积机制，把平台化作为系统设计的内置目标而非后期附加。</w:t>
      </w:r>
    </w:p>
    <w:p>
      <w:pPr/>
      <w:r>
        <w:t>第四种失衡：有平台，无原创思想系统。症状：平台很大，用户很多，但核心是在搬运别人的内容或复制别人的模式。结果：看似规模宏大，实则是"空壳平台"——一旦内容提供者离开或竞争对手推出更好的系统，平台就失去了存在价值。这类公司在互联网行业最常见——它们的核心竞争力不是思想系统，而是资本规模和先发的E沉积。但在GPT时代，当新思想系统可以快速长成软件和平台时，"空壳平台"的壁垒会被迅速侵蚀。解药：从"运营平台"转向"拥有思想系统"——不是在别人的SDE上建服务，而是建立自己的SDE成为他人的底层。</w:t>
      </w:r>
    </w:p>
    <w:p>
      <w:pPr/>
      <w:r>
        <w:t>这四种失衡的共同教训是：财富公式的四项必须同时不为零。任何一项的严重短板都会使其他三项的努力大打折扣。这就是为什么GPT时代的成功不是"单项极致"而是"四维均衡"——在原创思想上足够深，在SDE工程化上足够清晰，在GPT协同上足够高效，在平台化上足够有远见。</w:t>
      </w:r>
    </w:p>
    <w:p>
      <w:pPr/>
      <w:r>
        <w:t>财富公式中每一项为零时的具体表现：原创思想系统为零——你在用别人的框架做事，利润最终流向框架的原创者；SDE清晰度为零——你有好想法但模糊混乱无法被GPT有效转译；GPT转译效率为零——你有清晰的SDE结构但拒绝利用大模型，在GPT时代用传统方式做一年别人两个月就做完的事；平台复制能力为零——你做出好产品但只能一对一服务，无法规模化。T型人才模型：在思想深度上有一根极深的竖杠（原创思想系统），同时在SDE清晰度、GPT协同和平台化能力上有一根足够宽的横杠。</w:t>
      </w:r>
    </w:p>
    <w:p>
      <w:pPr/>
      <w:r>
        <w:t>财富公式的乘法结构意味着失败也有可诊断的类型。第一种失衡：有思想无SDE清晰度——概念很漂亮演讲很动人但一问"你的S到底是什么、D的主流程怎么走、E面对什么用户"就说不清楚，结果思想停留在口号层面无法被GPT有效转译。第二种失衡：有思想和框架无GPT转译效率——SDE化了蓝图也画好了但仍用传统方式组建团队写代码做产品，速度太慢错过窗口期。第三种失衡：有思想框架和GPT协作但无平台复制能力——做出了好产品但始终停留在服务一百个客户的阶段无法规模化。第四种失衡：有平台无原创思想系统——平台很大用户很多但核心是在搬运别人的内容或复制别人的模式，一旦内容提供者离开或竞争对手推出更好的系统平台就失去存在价值。四种失衡的共同教训是：财富公式的四项必须同时不为零。任何一项的严重短板都会使其他三项的努力大打折扣。</w:t>
      </w:r>
    </w:p>
    <w:p>
      <w:pPr/>
      <w:r>
        <w:t>思想系统的价值捕获能力≠思想垄断这个辩证说明极其重要。GPT同时降低了思想外化门槛使得更多人可以建立自己的SDE系统来竞争。健康的个性化自动化经济应该是多套SDE系统共存竞争和互补的生态而不是一家通吃的帝国。权力集中风险确实存在——如果一个人或一家公司同时掌握了某个领域的标准权接口权和秩序权就有可能形成数字时代的新型垄断。因此"反对意见处理"是财富论证中必不可少的环节。反方一："思想重要但资本和渠道不是依然关键吗？"回应：资本的角色从"决定性因素"降格为"放大性因素"——它不再能帮你从零创造一个好系统。反方二："思想系统真的能成为资产吗？"回应：在SDE框架下一套被软件化的思想系统满足资产的三个条件——可持续产生收益可估值可交易。反方三："GPT会不会让思想系统快速被复制？"回应：GPT确实能帮助复制"思想的表面表达"但思想系统的真正价值在三个深层——S的原创定义E的持续沉积D的持续优化——这些无法被一夜复制。</w:t>
      </w:r>
    </w:p>
    <w:p>
      <w:pPr/>
      <w:r>
        <w:t>财富公式的一个更深层的含义是：四项的相乘关系创造了一种"指数分化"效应。在加法世界中，各项的差异会被平均化——你某一项弱别人某一项强，总分差不多。在乘法世界中，任何一项的倍增都会导致总值的倍增，任何一项的归零都会导致总值的归零。这意味着GPT时代的财富分配将呈现极端的幂律分布——少数在四个维度上都达到高水平的人将获得绝大部分财富，而在任何一个维度上存在严重短板的人将被排除在财富创造之外。这不是一个令人愉快的预测，但它是乘法效应的数学必然。好消息是：GPT时代的"四维均衡"并不要求每一维都极强——它只要求每一维都"不为零"。一个在原创思想上有中等深度、在SDE工程化上足够清晰、在GPT协同上基本熟练、在平台化上有初步意识的人，其四项乘积可能已经超过了一个在某一维极强但其他维为零的人。均衡比极端更重要。</w:t>
      </w:r>
    </w:p>
    <w:p>
      <w:pPr/>
      <w:r>
        <w:t>当财富源头从资本迁移到思想系统时，建立一套可度量可交易的定价模型是财富密码解开的关键。传统定价方法有两种：成本法（按开发投入定价）和市场法（按同类产品价格定价）。但这两种方法都无法评估思想系统的真正价值——因为思想系统的价值不在于开发成本（一个花了二十年积累的思想系统可能只需两个月就能做成APP），也不在于市场上有没有类似产品（真正原创的思想系统根本没有"同类"）。SDE定价法提出三个评估维度。第一维度：S清晰度评分——思想系统的对象定义是否精确、关系网络是否完整、层级结构是否清晰。S清晰度越高，从思想到软件的显影成本越低，因此S清晰度直接降低了"炼化成本"。第二维度：D路径生成率——系统面对不同E条件时，能自动生成有价值路径的广度和精度。一个只能服务一种场景的系统路径生成率低；一个能跨领域跨场景自动生成差异化路径的系统路径生成率高。路径生成率决定了系统的"适用面"和"复制潜力"。第三维度：E沉积厚度——系统已经积累的用户画像深度、历史数据厚度和三界世界完整度。E越厚，用户迁移成本越高，系统的"内能"越大，估值随之呈指数级上升。三个维度的乘积就是思想系统的估值基础。在此基础上还需要加入"三权溢价"——如果这个思想系统已经掌握了某个领域的标准定义权、接口权或平台秩序权，其估值还要乘以相应的权力溢价系数。最后还有一个"真善美修正系数"——一个不符合真（结构稳定性）善（用户友好性）美（系统和谐性）的系统，即使短期估值很高，长期风险也很大，因此估值需要被修正。</w:t>
      </w:r>
    </w:p>
    <w:p>
      <w:pPr/>
      <w:r>
        <w:t>##</w:t>
      </w:r>
    </w:p>
    <w:p>
      <w:pPr/>
      <w:r>
        <w:t>财富公式的根基仍然是第一编的本体判断：软件＝数字SDE。没有这个判断，思想就无法被定义为数字资产。</w:t>
      </w:r>
    </w:p>
    <w:p>
      <w:pPr/>
      <w:r>
        <w:t>第三十五章  个人如何建立"思想—软件—平台"复合体</w:t>
      </w:r>
    </w:p>
    <w:p>
      <w:pPr/>
      <w:r>
        <w:t>对于个人来说，GPT时代的财富路径可以概括为六步。第一步，找到自己的思想轴心——你在什么问题上有真正原创的、经过长期锤炼的、不可被轻易替代的深层理解？第二步，用SDE方法把这个理解结构化——定义清楚S（核心对象和关系）、D（解决问题的流程）、E（适用的场景和对象特征）。第三步，与GPT建立协同——用SDE压缩源引导GPT展开，快速生成科学语言、工程语言和蓝图。第四步，建立平台意识——从一开始就设计数据沉积机制和用户画像系统，而不是做完产品再想平台化。第五步，对核心S建立分层保护——标准定义权不能轻易让渡，接口权要牢牢握住，数据沉积规则要自己设计。第六步，系统化——把个人的思想—软件—平台实践变成可持续运转的系统，而不是依赖一次性的创意冲刺。</w:t>
      </w:r>
    </w:p>
    <w:p>
      <w:pPr/>
      <w:r>
        <w:t>个人建立"思想—软件—平台"复合体的六步路径中，最关键也最容易被忽视的是第一步：找到自己的思想轴心。</w:t>
      </w:r>
    </w:p>
    <w:p>
      <w:pPr/>
      <w:r>
        <w:t>很多人听到"原创思想系统"这个词会立刻退缩，认为这是大哲学家或大科学家才能做到的事。这是一个严重的误解。一个人的思想轴心不需要是解释宇宙的宏大理论，它只需要是你在某个具体问题上，经过长期深入的实践和反思，形成的一套独特的理解方式。</w:t>
      </w:r>
    </w:p>
    <w:p>
      <w:pPr/>
      <w:r>
        <w:t>一个做了二十年烘焙的师傅，对"面团的质地如何随温度、湿度和发酵时间变化"有一套自己的理解——这就可以成为一个SDE化的思想轴心。一个带了十五年班级的老师，对"不同性格的学生如何进入学习状态"有一套自己的判断——这也可以成为一个思想轴心。一个做了十年健康管理的医生，对"慢性病患者的生活方式如何被系统化调整"有一套自己的方法——这同样可以成为一个思想轴心。</w:t>
      </w:r>
    </w:p>
    <w:p>
      <w:pPr/>
      <w:r>
        <w:t>思想轴心不在于它有多"高级"，而在于它是否具有三个特征：第一，它来自长期深入的真实经验，不是从书本上抄来的。第二，它有独特性——不是所有人都这样理解，而是你基于自己的经历形成了不同于他人的认知。第三，它可以被SDE化——它有清晰的对象（S）、有明确的流程（D）、有具体的场景和人群（E）。满足这三个条件的思想，不管它属于哪个领域，都有可能成为"思想—软件—平台"复合体的种子。</w:t>
      </w:r>
    </w:p>
    <w:p>
      <w:pPr/>
      <w:r>
        <w:t>六步中最被低估的是第四步平台意识。核心是设计沉积——从产品第一天起设计好数据沉积机制。最好的沉积设计在蓝图阶段就完成。如果等产品成熟再想平台化，过去没沉积的数据无法追溯。</w:t>
      </w:r>
    </w:p>
    <w:p>
      <w:pPr/>
      <w:r>
        <w:t>个人建立"思想—软件—平台"复合体的过程中，最容易犯的战略错误是"过早平台化"。很多创业者受互联网思维影响，一上来就想做平台——还没验证自己的SDE是否成立，就开始想"如何获取百万用户""如何形成网络效应"。这就像一个人还没有把房子的地基打好，就开始规划整个社区的道路系统。</w:t>
      </w:r>
    </w:p>
    <w:p>
      <w:pPr/>
      <w:r>
        <w:t>正确的顺序是：先做深度，再做广度。第一阶段用最小可行原型验证SDE是否成立——在一百个用户身上证明你的个性化路径确实比标准化方案更好。第二阶段把验证过的SDE做成可复制的产品——让更多用户能够使用，同时开始积累E。第三阶段才考虑平台化——当E积累到足够深度时，开始设计多方协同的平台秩序。</w:t>
      </w:r>
    </w:p>
    <w:p>
      <w:pPr/>
      <w:r>
        <w:t>每一个阶段都有自己的"通关标准"。第一阶段的通关标准是"用户愿意回来"——证明D层生成的路径确实有价值。第二阶段的通关标准是"E在持续加深"——证明系统"越用越好"。第三阶段的通关标准是"多方利益正和"——证明平台秩序能够持续运转。三个阶段不能跳过，每一个都必须真正通关才能进入下一个。</w:t>
      </w:r>
    </w:p>
    <w:p>
      <w:pPr/>
      <w:r>
        <w:t>六步路径中最容易犯的战略错误是"过早平台化"。正确的顺序是先做深度再做广度。第一阶段用最小可行原型验证SDE是否成立——在一百个用户身上证明你的个性化路径确实比标准化方案更好。第二阶段把验证过的SDE做成可复制的产品。第三阶段才考虑平台化。每个阶段都有"通关标准"：第一阶段是"用户愿意回来"，第二阶段是"E在持续加深"，第三阶段是"多方利益正和"。三个阶段不能跳过。</w:t>
      </w:r>
    </w:p>
    <w:p>
      <w:pPr/>
      <w:r>
        <w:t>对于个人来说，GPT时代的财富路径可以概括为六步。第一步找到自己的思想轴心——你在什么问题上有真正原创的不可被轻易替代的深层理解。轴心不是兴趣，而是"你在什么问题上有不可替代的深层理解"。兴趣人人都有，深层理解需要长年积累。第二步用SDE方法把这个理解结构化——定义清楚S（核心对象和关系）、D（解决问题的流程）、E（适用的场景和对象特征）。第三步与GPT建立协同——用SDE压缩源引导GPT展开。关键是"用SDE压缩源引导GPT展开"而不是泛泛地"问GPT一个问题"。第四步建立平台意识——从一开始就设计数据沉积机制和用户画像系统而不是做完产品再想平台化。第五步对核心S建立分层保护——标准定义权不能轻易让渡接口权要牢牢握住。第六步系统化——把个人的思想—软件—平台实践变成可持续运转的系统而不是依赖一次性的创意冲刺。六步中最被低估的是第四步"平台意识"——正确的顺序是先做深度再做广度。</w:t>
      </w:r>
    </w:p>
    <w:p>
      <w:pPr/>
      <w:r>
        <w:t>个人建立复合体过程中最容易犯的战略错误是"过早平台化"。很多创业者受互联网思维影响一上来就想做平台——还没验证自己的SDE是否成立就开始想"如何获取百万用户"。正确的顺序是先做深度再做广度。第一阶段用最小可行原型验证SDE是否成立——在一百个用户身上证明你的个性化路径确实比标准化方案更好。第二阶段把验证过的SDE做成可复制的产品。第三阶段才考虑平台化——当E积累到足够深度时开始设计多方协同的平台秩序。每个阶段都有"通关标准"：第一阶段"用户愿意回来"——证明D层生成的路径确实有价值。第二阶段"E在持续加深"——证明系统"越用越好"。第三阶段"多方利益正和"——证明平台秩序能够持续运转。三个阶段不能跳过每一个都必须真正通关才能进入下一个。</w:t>
      </w:r>
    </w:p>
    <w:p>
      <w:pPr/>
      <w:r>
        <w:t>个人建立"思想—软件—平台"复合体的过程中，有一个被普遍忽视的能力叫做"E设计能力"——即从系统诞生的第一天起，就知道这个系统三年后积累的E应该是什么样子。大多数产品经理关注的是S（功能设计）和D（流程设计），对E的设计几乎是空白——数据库表怎么建、用户画像怎么做、历史记录保留多久、画像如何影响路径生成，这些通常被当作"技术细节"推给后端工程师。但在SDE框架下，E设计是最具战略意义的设计——因为E决定了系统的长期壁垒。一个E设计精良的系统，即便S和D都平庸，也会因为持续积累的用户历史和画像而越来越难以被替代。一个E设计缺失的系统，即便S和D都优秀，也会因为没有持续沉积而始终停留在"好用但换一个也行"的状态。</w:t>
      </w:r>
    </w:p>
    <w:p>
      <w:pPr>
        <w:pStyle w:val="Heading1"/>
      </w:pPr>
      <w:r>
        <w:t>第三十五章  个人如何建立"思想—软件—平台"复合体</w:t>
      </w:r>
    </w:p>
    <w:p>
      <w:pPr/>
      <w:r>
        <w:t>对于个人来说，GPT时代的财富路径可以概括为六步。第一步找到自己的思想轴心——不是兴趣而是"你在什么问题上有不可替代的深层理解"。兴趣人人都有，深层理解需要长年积累。一个人的思想轴心往往来自他最深的职业经验、最持久的问题意识和最独特的认知结构的交汇点。</w:t>
      </w:r>
    </w:p>
    <w:p>
      <w:pPr/>
      <w:r>
        <w:t>第二步用SDE方法把这个理解结构化——定义清楚S（核心对象和关系）、D（解决问题的流程）、E（适用的场景和对象特征）。这一步是大多数人卡住的地方——他们有好想法但说不清楚SDE，结果GPT无法有效帮助他们展开。</w:t>
      </w:r>
    </w:p>
    <w:p>
      <w:pPr/>
      <w:r>
        <w:t>第三步与GPT建立深度协同——不是偶尔提问，而是用SDE压缩源系统性地引导GPT展开。关键是"用SDE压缩源引导GPT展开"而不是泛泛地"问GPT一个问题"。</w:t>
      </w:r>
    </w:p>
    <w:p>
      <w:pPr/>
      <w:r>
        <w:t>第四步从一开始就建立平台意识——设计数据沉积机制和用户画像系统，而不是做完产品再想平台化。正确的顺序是先做深度再做广度：第一阶段用最小可行原型验证SDE是否成立——在一百个用户身上证明你的个性化路径确实比标准化方案更好。第二阶段把验证过的SDE做成可复制的产品。第三阶段才考虑平台化。</w:t>
      </w:r>
    </w:p>
    <w:p>
      <w:pPr/>
      <w:r>
        <w:t>第五步对核心S建立分层保护——标准定义权不能轻易让渡，接口权要牢牢握住。这两项权力一旦丧失，即使产品做得再好，长期利润也会流向控制标准和接口的人。</w:t>
      </w:r>
    </w:p>
    <w:p>
      <w:pPr/>
      <w:r>
        <w:t>第六步把个人实践系统化——把"一次性的创意冲刺"变成"可持续运转的思想系统"。这意味着持续写专著（积累本体代码）、持续做APP（验证SDE的可运行性）、持续沉积E（加深系统对领域的理解）。</w:t>
      </w:r>
    </w:p>
    <w:p>
      <w:pPr/>
      <w:r>
        <w:t>六步中最容易犯的战略错误是"过早平台化"——很多人受互联网思维影响，还没验证自己的SDE是否成立就开始想"如何获取百万用户"。每个阶段都有通关标准：第一阶段"用户愿意回来"，第二阶段"E在持续加深"，第三阶段"多方利益正和"。三个阶段不能跳过。</w:t>
      </w:r>
    </w:p>
    <w:p>
      <w:pPr/>
      <w:r>
        <w:t>六步路径中最容易被低估的是第四步"平台意识"。大多数创业者要么完全没有平台意识（做完产品就觉得完了），要么平台意识过早启动（还没验证SDE是否成立就开始想如何获取百万用户）。正确的平台意识是从第一天起就在系统中设计E沉积机制——不是因为现在就要做平台，而是因为如果E从一开始就不沉积，等你想做平台时就会发现手里没有任何可用的数字国土。每个阶段的通关标准必须严格执行。第一阶段通关标准："用户愿意回来"——如果种子用户用了一次就不再回来，说明D层生成的路径没有真正创造差异价值，必须回去重新定义SDE。第二阶段通关标准："E在持续加深"——如果系统运行三个月后用户画像和推荐精度没有明显提升，说明E层沉积机制有问题。第三阶段通关标准："多方利益正和"——如果平台中供给方和需求方的利益是零和博弈（一方赚钱另一方亏损），平台秩序就不可持续。</w:t>
      </w:r>
    </w:p>
    <w:p>
      <w:pPr/>
      <w:r>
        <w:t>个人数据油田的概念在此具有极为实际的操作意义。你生命中的每一次专业判断、每一个独特洞察、每一段深层经验都是未经精炼的原油。通过SDE方法将这些生命经验压制成可运行的结构，你就建立了一座别人无法复制、随时间增值的私有资产库。52本专著不是52本书而是52座数据油田——每一座都可以被SDE化为一套数字母机系统。</w:t>
      </w:r>
    </w:p>
    <w:p>
      <w:pPr>
        <w:pStyle w:val="Heading1"/>
      </w:pPr>
      <w:r>
        <w:t>第三十六章  企业升级为"思想系统公司"</w:t>
      </w:r>
    </w:p>
    <w:p>
      <w:pPr/>
      <w:r>
        <w:t>对于企业来说，GPT时代最重要的升级不是"引入AI工具"，而是从"产品公司"升级为"思想系统公司"。产品公司的核心资产是产品本身——功能、品牌、渠道、用户基础。思想系统公司的核心资产是产品背后的思想系统——那套定义了"这个领域应该怎样被重新组织"的SDE结构。</w:t>
      </w:r>
    </w:p>
    <w:p>
      <w:pPr/>
      <w:r>
        <w:t>思想系统资本是一种新型资产。它不同于物质资本（工厂、设备），不同于金融资本（现金、股权），也不同于人力资本（员工技能），而是一种"组织世界的能力"。一个企业如果拥有一套被验证的SDE思想系统，它就可以在GPT的帮助下快速将这套系统展开到不同的产品、不同的市场和不同的平台。思想系统是母体，产品是子体；母体一旦成立，子体可以不断繁殖。</w:t>
      </w:r>
    </w:p>
    <w:p>
      <w:pPr/>
      <w:r>
        <w:t>企业从"产品公司"升级为"思想系统公司"，不是一句口号，而是一次组织架构的根本重写。传统产品公司的组织逻辑是"围绕产品线分工"——研发部负责做产品，市场部负责卖产品，运营部负责维护产品，财务部负责算账。思想系统公司的组织逻辑则是"围绕SDE分工"——SDE定义组负责建立和维护思想系统的核心结构（S标准权），GPT协同组负责用大模型加速展开（D路径生成），平台运营组负责培育用户生态和管理数据沉积（E秩序权）。</w:t>
      </w:r>
    </w:p>
    <w:p>
      <w:pPr/>
      <w:r>
        <w:t>这种重组的核心含义是：企业的核心竞争力从"做出好产品"转移到"拥有好母体"。产品是母体的某一种显影，母体可以生出无数产品。一家传统教育公司可能有十个产品线（线上课、线下课、训练营、出版物等），每个产品线需要单独的团队来维护。一家思想系统教育公司只有一个母体（教育SDE），但这个母体可以自动生出个性化学习APP、企业培训平台、知识评估系统、教师辅助工具等多种产品。母体不变，子体无限——这就是思想系统资本的复利效应。</w:t>
      </w:r>
    </w:p>
    <w:p>
      <w:pPr/>
      <w:r>
        <w:t>"思想系统公司"的概念对中小企业尤其重要。过去，中小企业在与大企业竞争时最大的劣势是资本和规模。在GPT时代，这个劣势被部分抵消——GPT让中小企业也能快速开发产品。但新的竞争维度出现了：谁拥有更深的思想系统。一家小公司如果在某个垂直领域拥有一套真正原创的SDE思想系统，它就可能在这个领域建立起大企业难以复制的深层壁垒。规模不再是唯一的护城河，思想深度成为新的护城河。</w:t>
      </w:r>
    </w:p>
    <w:p>
      <w:pPr/>
      <w:r>
        <w:t>"思想系统公司"与"产品公司"的区别：一家传统教育公司卖课程，核心资产是课程内容和讲师。一家思想系统教育公司卖教育SDE母机——它定义了知识如何被组织、学习路径如何被生成、学生画像如何被管理。课程只是母机的一种产出；母机还可以产出个性化学习APP、企业培训平台、知识评估系统等无数产品。产品公司的增长靠开发更多产品；思想系统公司的增长靠母机的扩展——同一套思想系统不断进入新场景、新客户群和新市场。母体不变，子体无限。</w:t>
      </w:r>
    </w:p>
    <w:p>
      <w:pPr/>
      <w:r>
        <w:t>企业从"产品公司"升级为"思想系统公司"不是一句口号而是一次组织架构的根本重写。传统产品公司的组织逻辑是"围绕产品线分工"——研发部负责做产品市场部负责卖产品运营部负责维护产品。思想系统公司的组织逻辑则是"围绕SDE分工"——SDE定义组负责建立和维护思想系统的核心结构，GPT协同组负责用大模型加速展开，平台运营组负责培育用户生态和管理数据沉积。这种重组的核心含义是企业的核心竞争力从"做出好产品"转移到"拥有好母体"。产品是母体的某一种显影，母体可以生出无数产品。思想系统资本是一种新型资产——它不同于物质资本不同于金融资本也不同于人力资本，而是一种"组织世界的能力"。一个企业如果拥有一套被验证的SDE思想系统，它就可以在GPT帮助下快速将这套系统展开到不同产品不同市场和不同平台。</w:t>
      </w:r>
    </w:p>
    <w:p>
      <w:pPr/>
      <w:r>
        <w:t>"思想系统公司"的概念对中小企业尤其重要。过去中小企业在与大企业竞争时最大的劣势是资本和规模。在GPT时代这个劣势被部分抵消——GPT让中小企业也能快速开发产品。但新的竞争维度出现了：谁拥有更深的思想系统。一家小公司如果在某个垂直领域拥有一套真正原创的SDE思想系统它就可能在这个领域建立起大企业难以复制的深层壁垒。规模不再是唯一的护城河思想深度成为新的护城河。思想系统资本的复利效应——它不是像物质资本那样折旧贬值而是像种子一样不断生长出新的果实——使得思想系统公司具有传统产品公司无法比拟的长期增长潜力。</w:t>
      </w:r>
    </w:p>
    <w:p>
      <w:pPr/>
      <w:r>
        <w:t>"思想系统公司"的概念对中小企业尤其重要。过去中小企业在与大企业竞争时最大的劣势是资本和规模。在GPT时代，这个劣势被部分抵消——GPT让中小企业也能快速开发产品。但新的竞争维度出现了：谁拥有更深的思想系统。一家小公司如果在某个垂直领域拥有一套真正原创的SDE思想系统，它就可能在这个领域建立起大企业难以复制的深层壁垒。规模不再是唯一的护城河，思想深度成为新的护城河。思想系统公司的内部组织也与产品公司完全不同——它的核心部门不是"研发部""市场部""运营部"，而是"SDE定义组"（负责维护思想系统的核心结构）、"GPT协同组"（负责用大模型加速展开）、"平台运营组"（负责培育用户生态和管理数据沉积）。这种组织方式与现有的企业管理理论完全不同，需要新的管理学来支撑。</w:t>
      </w:r>
    </w:p>
    <w:p>
      <w:pPr/>
      <w:r>
        <w:t>企业从"产品公司"升级为"思想系统公司"需要完成三个层面的根本重写。第一个层面是核心资产的重新定义。产品公司的核心资产是产品线——有多少个产品每个产品的市场份额如何每个产品的生命周期到了哪个阶段。思想系统公司的核心资产是SDE母体——它的S标准定义了多少个领域的核心对象关系它的D路径在多少种E条件下被验证有效它的E层积累了多少用户画像和行业知识。母体不变子体无限——这是思想系统资本与产品资本的根本区别。产品有生命周期会老化贬值被替代但母体可以持续进化持续生出新产品。第二个层面是组织架构的重新设计。传统"研发部—市场部—运营部"的三分法应转向"SDE定义组—GPT协同组—平台运营组"的三分法。SDE定义组是企业的"大脑"——负责维护和进化核心思想系统包括定义S标准设计D路径管理E沉积规则。这个组的人必须是领域专家和SDE方法论的深度掌握者而不是普通的产品经理或工程师。GPT协同组是企业的"四肢"——负责高速展开SDE定义组的输出把SDE结构快速转化为产品原型内容代码和营销材料。这个组的核心能力是人机协同效率——不是自己写代码而是驱动GPT写代码。平台运营组是企业的"心脏"——负责维持平台生态的持续运转管理双边沉积维护平台秩序推动E层持续加深。第三个层面是增长逻辑的重新定义。产品公司的增长靠开发更多产品——每个新产品都需要独立投入。思想系统公司的增长靠母体的扩展——同一套SDE思想系统不断进入新场景新客户群和新市场。每进入一个新领域的边际成本递减因为母体已经在前面的领域中被反复验证和强化了。这就是思想系统资本的复利效应——它不是像物质资本那样折旧贬值而是像种子一样不断生长出新的果实。</w:t>
      </w:r>
    </w:p>
    <w:p>
      <w:pPr>
        <w:pStyle w:val="Heading1"/>
      </w:pPr>
      <w:r>
        <w:t>第三十七章  商业模式如何改变：五大领域的财富重构</w:t>
      </w:r>
    </w:p>
    <w:p>
      <w:pPr/>
      <w:r>
        <w:t>生产力结构的改变必然带来商业模式的改变。当核心生产对象从标准化产品变成个性化路径时，"卖什么"和"怎么卖"都将被重新定义。贯穿所有领域的核心转变是：从"卖标准化内容"转向"卖个性化系统接入权"。</w:t>
      </w:r>
    </w:p>
    <w:p>
      <w:pPr/>
      <w:r>
        <w:t>教育领域的商业模式改变：从"卖课程"转向"卖个性化成长系统的接入权"。用户不再为内容付费（内容在GPT时代趋向免费），而为持续适配自己的学习路径付费。出版领域：从"卖书"转向"孵化思想系统的多形态生命"——一本书不再是终点，而是思想系统进入APP、课程、平台和咨询的起点。健康领域：从"卖治疗"转向"卖长期个体化管理平台的接入权"。文化领域：从"卖作品"转向"卖可生长的内容宇宙"——用户不是消费一个故事，而是进入一个持续生长的世界。</w:t>
      </w:r>
    </w:p>
    <w:p>
      <w:pPr/>
      <w:r>
        <w:t>贯穿所有领域的核心转变是：从"卖标准化内容"转向"卖个性化系统接入权"。这就是知识经济新边界的本质——未来最值钱的不是内容本身，而是能够持续为不同用户生成不同价值路径的隐藏系统。</w:t>
      </w:r>
    </w:p>
    <w:p>
      <w:pPr/>
      <w:r>
        <w:t>财富机制至此已经论证完毕。但财富链最终指向的不只是个人致富或企业成功，而是文明运行方式的重构。当大量领域都完成了SDE软件化，当个性化自动化成为主流生产力，当思想系统成为核心资产，整个社会的教育方式、产业组织方式、知识生产方式和个体成长方式都将被重新安排。这正是第五编要回答的问题。</w:t>
      </w:r>
    </w:p>
    <w:p>
      <w:pPr/>
      <w:r>
        <w:t>"从卖内容到卖系统接入权"这个商业模式的转变需要被更深入地理解。</w:t>
      </w:r>
    </w:p>
    <w:p>
      <w:pPr/>
      <w:r>
        <w:t>在传统模式中，知识的商业化方式是"打包出售"：写一本书卖一本书，录一门课卖一门课，做一份咨询报告卖一份报告。这种模式的本质是"卖标准化内容"——每个买家得到的是相同的东西。GPT时代使这种模式受到根本冲击，因为标准化内容的复制成本趋向于零。当任何内容都可以被AI快速生成时，内容本身的边际价值就急剧下降。</w:t>
      </w:r>
    </w:p>
    <w:p>
      <w:pPr/>
      <w:r>
        <w:t>新模式是"卖系统接入权"：用户不是购买一个固定的内容包，而是获得进入一个SDE系统的权限，这个系统会持续地、个性化地为用户生成适合的内容、路径和服务。用户付费的不是内容，而是"持续个性化服务的能力"。这种模式的关键优势是：标准化内容可以被竞争对手复制，但一个沉积了用户画像和历史的SDE系统不能被轻易复制——因为E（用户的数字世界）是独特的、积累的、不可迁移的。</w:t>
      </w:r>
    </w:p>
    <w:p>
      <w:pPr/>
      <w:r>
        <w:t>这就解释了为什么未来最值钱的不是"最好的内容"，而是"最好的系统"。内容是D的一次性产出，系统是S+D+E的长期运行体。内容可以被复制，系统的E沉积不能被复制。</w:t>
      </w:r>
    </w:p>
    <w:p>
      <w:pPr/>
      <w:r>
        <w:t>更重要的是，SDE不仅能解释AI文明，而且能直接参与建造AI文明。S能够转化为架构、模块、数据库和组织方式；D能够转化为流程、策略、反馈和迭代链；E能够转化为用户画像、场景限制、价值结构和长期共训机制。一个能够同时解释和建造的思想体系，才有资格被称为文明级操作系统。纯解释性的理论只能旁观文明，SDE则可以直接参与文明的生成。</w:t>
      </w:r>
    </w:p>
    <w:p>
      <w:pPr/>
      <w:r>
        <w:t>从"卖内容"到"卖系统接入权"的转变之所以不可逆，根本原因在于GPT已经从结构上摧毁了标准化内容的稀缺性。当任何人都可以用GPT在几分钟内生成一篇质量不错的文章时，标准化内容的市场价格必然趋向于零。唯一的出路是向上跃迁：从卖内容变成卖系统。系统卖的不是一次性的知识传递，而是持续的个性化价值生成。这个转变一旦发生就不可逆——用户一旦体验过真正个性化的系统服务，就不会再回到标准化内容的消费模式。</w:t>
      </w:r>
    </w:p>
    <w:p>
      <w:pPr/>
      <w:r>
        <w:t>知识经济新边界的本质是：未来最值钱的不是内容本身而是能够持续为不同用户生成不同价值路径的隐藏系统。教育领域：不再卖99元的视频课而是卖一套能自动为每个孩子生成成长路径的"教育母机"接入权。科研领域：不再卖单项专利而是卖一套能跨领域自动重组实验逻辑的"母机实验室"秩序。出版领域：从"卖书"转向"孵化思想系统的多形态生命"——一本书不再是终点而是思想系统进入APP课程平台和咨询的起点。核心逻辑：知识不再以文本存在而是以"可运行、可调用、可反馈"的SDE复合后台存在。个人数据油田[6]的概念在此变得极为重要——你生命中的每一次感悟、每一个专业判断、每一段独特的纠缠都是未经精炼的原油。通过SDE方法将这些生命经验压制成可运行的SDE结构你就建立了一座别人无法复制随时间增值的"私有资产库"。</w:t>
      </w:r>
    </w:p>
    <w:p>
      <w:pPr/>
      <w:r>
        <w:t>从"卖标准化内容"到"卖个性化系统接入权"的转变，在每个领域的具体表现方式不同但底层逻辑一致。教育领域：从"卖课程"转向"卖个性化成长系统的接入权"——用户不再为内容付费（内容在GPT时代趋向免费），而为持续适配自己的学习路径付费。出版领域：从"卖书"转向"孵化思想系统的多形态生命"——一本书不再是终点，而是思想系统进入APP、课程、平台和咨询的起点。健康领域：从"卖治疗"转向"卖长期个体化管理平台的接入权"——患者付费的不是一次门诊，而是一个持续理解自己身体并自动调整方案的系统。文化领域：从"卖作品"转向"卖可生长的内容宇宙"——用户不是消费一个故事，而是进入一个持续生长的世界。贯穿所有领域的核心转变是：未来最值钱的不是内容本身，而是能够持续为不同用户生成不同价值路径的隐藏系统。这就是知识经济新边界的本质。</w:t>
      </w:r>
    </w:p>
    <w:p>
      <w:pPr/>
      <w:r>
        <w:t>五大领域的商业模式改变有一个共同的深层结构：价值从"一次性交易"转向"持续性接入"。教育领域：用户不再为某一节课付费而为持续适配自己学习路径的系统接入权付费——就像从"买一本地图"变成"订阅一个导航系统"。健康领域：用户不再为一次门诊或一盒药付费而为持续与自己身体数据同步、持续为自己生成最优健康路径的系统接入权付费——从"按次看病"变成"按月管理健康"。企业领域：企业不再为一套固定的管理软件买单而为持续适配自己组织特征和业务变化的管理SDE系统接入权付费——从"买软件"变成"接入管理母机"。文化领域：用户不再为一本书或一部电影付费而为一个能持续为自己生成意义路径的文化SDE系统接入权付费——从"买内容"变成"接入意义系统"。科研领域：研究者不再为期刊数据库的检索权付费而为一个能帮助自己发现新问题建立新结构的科研母机接入权付费——从"买文献"变成"接入知识母机"。这五个领域的转变共同指向一个更深层的经济学判断：GPT时代的价值链正在从"产品交易"转向"系统接入"——因为个性化价值不能被一次性交付它必须在系统持续运行中被持续生成。产品可以被交付一次系统必须持续运行——这就是为什么"卖系统接入权"必然取代"卖产品"成为主导商业模式。</w:t>
      </w:r>
    </w:p>
    <w:p>
      <w:pPr/>
      <w:r>
        <w:t>从思想系统到产业平台的完整路线图、财务模型和合作生态构建指南，见附录二《SDE软件产业总纲》。</w:t>
      </w:r>
    </w:p>
    <w:p>
      <w:pPr/>
      <w:r>
        <w:t>本编完成了第四个任务：揭示财富如何从资本迁移到思想系统，以及标准权、接口权、平台秩序权如何构成新的价值捕获结构。但财富权力的转移不会自动带来文明进步——如果教育仍在培养执行者而非思想工程师，如果企业仍在围绕产品线而非SDE分工组织，如果评价体系仍在奖励任务完成而非结构建造，那么新生产力和新财富都无法转化为新文明。这就是第五编的任务——不是再谈财富归谁，而是论证教育、企业和评价制度如何被重写，以及SDE为什么是AI文明的操作系统。</w:t>
      </w:r>
    </w:p>
    <w:p>
      <w:pPr>
        <w:pStyle w:val="Heading1"/>
      </w:pPr>
      <w:r>
        <w:t>第五编  SDE的文明视野：从软件到AI文明操作系统</w:t>
      </w:r>
    </w:p>
    <w:p>
      <w:pPr>
        <w:pStyle w:val="Heading1"/>
      </w:pPr>
      <w:r>
        <w:t>第三十八章  AI文明的操作系统是SDE思想体系</w:t>
      </w:r>
    </w:p>
    <w:p>
      <w:pPr/>
      <w:r>
        <w:t>关于人工智能的讨论长期被两种路径主导。第一种是工具论，认为AI本质上是更强的工具，意义在于提高效率。第二种是替代论，认为AI的核心意义在于替代人类的若干职业。这两种视角都揭示了部分真实，但都没有触及更深的层面：当AI从实验室模型扩展为社会基础设施之后，它所引发的就不再只是工具升级或岗位替换，而是一种文明运行机制的整体重写。</w:t>
      </w:r>
    </w:p>
    <w:p>
      <w:pPr/>
      <w:r>
        <w:t>文明不是若干技术成就的并列。文明意味着一整套新的运行方式已经建立起来：学习方式、生产方式、组织方式、判断方式和创造方式都被重新安排。AI文明若要名副其实，就必须回答一个根本问题：它的底层语法是什么。本书的判断是：AI文明的操作系统是SDE思想体系。</w:t>
      </w:r>
    </w:p>
    <w:p>
      <w:pPr/>
      <w:r>
        <w:t>这个命题通过两个论据来支撑。第一，AI文明的第一个特征是软件化——无论教育、医疗、金融、交通还是知识管理，AI几乎都以APP、平台、工作流系统的方式进入现实。而软件的本体正是数字SDE（第一编已证明）。因此AI文明的第一层外部运行载体从一开始就是SDE化的。第二，AI文明的第二个特征是个性化自动化智慧——这种智慧不是一般的信息处理能力，而是能够同时处理结构组织、差异推进与特征纠缠的整体智慧，即SDE智慧（第三编已证明）。外部载体与内部智慧在同一个底层结构上汇合，这就意味着AI文明的操作系统只能是SDE。</w:t>
      </w:r>
    </w:p>
    <w:p>
      <w:pPr/>
      <w:r>
        <w:t>更重要的是，SDE不仅能解释AI文明，而且能直接参与建造AI文明。S能够转化为架构、模块、数据库和组织方式；D能够转化为流程、策略、反馈和迭代链；E能够转化为用户画像、场景限制、价值结构和长期共训机制。一个能够同时解释和建造的思想体系，才有资格被称为文明级操作系统。</w:t>
      </w:r>
    </w:p>
    <w:p>
      <w:pPr/>
      <w:r>
        <w:t>"AI文明的操作系统是SDE思想体系"这个命题的严格论证需要回应一个关键质疑：为什么不是别的思想体系？</w:t>
      </w:r>
    </w:p>
    <w:p>
      <w:pPr/>
      <w:r>
        <w:t>要回答这个问题，必须比较若干常见框架的局限。单纯的工具论不足以担当AI文明的操作系统，因为它只能解释效率提升，不能解释结构重写——AI文明不只是让旧活干得更快，而是要重新组织人类的学习、生产、组织和创造方式。纯信息论[24]不足以担当AI文明的操作系统，因为它擅长处理信息流，却难以解释个性化差异如何在现实中生成新路径——信息论的核心是压缩和传输，不是发生和创造。纯形式逻辑主义也不足以担当AI文明的操作系统，因为它能给出推演链，却难以承担目标设定、价值选择与复杂纠缠调度——逻辑能判断"推理是否有效"，却不能判断"应该追问什么问题"。纯经济效率论更无法担当这一角色，因为AI文明不只是经济效率问题，它还涉及教育重构、知识重构、主体重构、平台生态重构与文明意义重构。</w:t>
      </w:r>
    </w:p>
    <w:p>
      <w:pPr/>
      <w:r>
        <w:t>AI文明的问题不是单一维度问题，而是一个同时涉及结构组织（S）、差异生成（D）、纠缠协调（E）、个体适配和系统长期演化的总体性问题。只有能够同时处理这几个层面的思想体系，才可能成为AI文明的操作系统。SDE恰恰具备这一能力——它既能解释软件为什么能成为现实入口（第一编），又能解释思想如何变成可运行的APP（第二编），又能解释新生产力如何发生（第三编），又能解释财富如何被捕获（第四编），还能解释文明运行方式如何被重写（第五编）。从软件本体到文明操作系统，一套三维框架贯穿始终。</w:t>
      </w:r>
    </w:p>
    <w:p>
      <w:pPr/>
      <w:r>
        <w:t>更重要的是，SDE不是停留在抽象哲学描述中的体系。S能够直接转化为架构、模块、数据库；D能够直接转化为流程、策略、算法；E能够直接转化为用户画像、场景限制、历史沉积。一个能够同时解释和建造的思想体系，才有资格被称为文明级操作系统。能解释的理论很多，能同时解释和建造的极少。SDE是后者。</w:t>
      </w:r>
    </w:p>
    <w:p>
      <w:pPr/>
      <w:r>
        <w:t>SDE作为AI文明操作系统的判断，并不是一个孤立的哲学宣言，而是前四编全部论证的逻辑必然。回顾一下这条链：第一编证明了软件的本体是数字SDE——这意味着AI文明的外部运行载体（APP、平台、数字系统）在本体上就是SDE化的。第二编证明了从思想到APP有一条完整的SDE工程化链条——这意味着AI文明中"思想如何变成现实"这个核心问题已经有了系统化的方法论。第三编证明了个性化自动化是GPT时代真正的新生产力，而SDE软件化是产业母机[5]——这意味着AI文明的经济基础建立在SDE之上。第四编证明了思想系统拥有者通过标准权、接口权和平台秩序权捕获超额价值——这意味着AI文明的权力结构也是SDE化的。当外部载体、工程方法、经济基础和权力结构全部是SDE化的时，说SDE是AI文明的操作系统就不再是修辞，而是本体判断。</w:t>
      </w:r>
    </w:p>
    <w:p>
      <w:pPr/>
      <w:r>
        <w:t>AI文明的操作系统是SDE思想体系。关于人工智能的讨论长期被两种路径主导。第一种是工具论认为AI本质上是更强的工具意义在于提高效率。第二种是替代论认为AI的核心意义在于替代人类的若干职业。这两种视角都揭示了部分真实但都没有触及更深的层面：当AI从实验室模型扩展为社会基础设施之后它所引发的就不再只是工具升级或岗位替换而是一种文明运行机制的整体重写。文明不是若干技术成就的并列——文明意味着一整套新的运行方式已经建立起来。AI文明若要名副其实就必须回答一个根本问题：它的底层语法是什么。SDE通过两个论据支撑这一命题：第一AI文明的第一个特征是软件化——AI几乎都以APP、平台、工作流系统的方式进入现实，而软件的本体正是数字SDE。第二AI文明的第二个特征是个性化自动化智慧——这种智慧不是一般的信息处理能力而是能够同时处理结构组织、差异推进与特征纠缠的整体智慧即SDE智慧。外部载体与内部智慧在同一个底层结构上汇合这就意味着AI文明的操作系统只能是SDE。</w:t>
      </w:r>
    </w:p>
    <w:p>
      <w:pPr/>
      <w:r>
        <w:t>更重要的是SDE不仅能解释AI文明而且能直接参与建造AI文明。S能够转化为架构模块数据库和组织方式；D能够转化为流程策略反馈和迭代链；E能够转化为用户画像场景限制价值结构和长期共训机制。一个能够同时解释和建造的思想体系才有资格被称为文明级操作系统。纯解释性的理论只能旁观文明SDE则可以直接参与文明的生成。为什么不是别的思想体系？纯工具论不能担当操作系统因为它只能解释效率提升不能解释结构重写。纯信息论不能担当因为它擅长处理信息流却难以解释个性化差异如何在现实中生成新路径。纯形式逻辑主义不能担当因为它能给出推演链却难以承担目标设定价值选择与复杂纠缠调度。AI文明的问题是一个同时涉及结构组织差异生成纠缠协调个体适配和系统长期演化的总体性问题——只有能同时处理这几个层面的思想体系才可能成为操作系统。SDE恰恰具备这一能力：S处理结构D处理差异E处理纠缠，三者互相预设覆盖了文明运行的全部基本维度。</w:t>
      </w:r>
    </w:p>
    <w:p>
      <w:pPr/>
      <w:r>
        <w:t>AI文明若要名副其实就必须回答一个根本问题：它的底层语法是什么。操作系统在计算机中的功能是在硬件能力之上建立有序的工作框架让硬件潜能被有效调用。AI文明的操作系统也是如此——它在AI的通用能力之上建立一个有序的文明运行框架让AI的潜能被有效地转化为教育方式生产方式组织方式和个体成长方式的重写。未安装操作系统的AI就像一台裸机——什么都能做一点但没有一个深层的框架来指导它如何做创新性的工作。SDE就是可以安装在AI文明之上的操作系统。安装SDE之后AI文明的行为模式发生根本改变——不再只是在已有答案中搜索最佳匹配而是在问题的结构中制造新的可能性。两种模式的差异就像图书馆管理员和作者之间的差异——前者能力上限是藏书量后者能力上限是创造力。</w:t>
      </w:r>
    </w:p>
    <w:p>
      <w:pPr/>
      <w:r>
        <w:t>AI文明的操作系统为什么必须是SDE而不是别的思想体系？纯工具论不能担当操作系统，因为它只能解释效率提升不能解释结构重写。纯信息论不能担当，因为它擅长处理信息流却难以解释个性化差异如何在现实中生成新路径。纯形式逻辑主义不能担当，因为它能给出推演链却难以承担目标设定、价值选择与复杂纠缠调度。纯经济效率论更无法担当，因为AI文明不只是经济效率问题，还涉及教育重构、知识重构、主体重构和文明意义重构。AI文明的问题是一个同时涉及结构组织、差异生成、纠缠协调、个体适配和系统长期演化的总体性问题。只有能同时处理这几个层面的思想体系才可能成为操作系统。SDE恰恰具备这一能力：S处理结构，D处理差异，E处理纠缠，三者互相预设覆盖了文明运行的全部基本维度。而且SDE不停留在抽象描述中，它具有直接的工程性——S可以转化为架构和数据库，D可以转化为流程和算法，E可以转化为画像和生态关系。能够同时解释和建造的思想体系，才配得上"文明级操作系统"这个称号。</w:t>
      </w:r>
    </w:p>
    <w:p>
      <w:pPr/>
      <w:r>
        <w:t>SDE作为AI文明操作系统的这一判断在更深层面意味着：未来的文明竞争不是技术竞争而是操作系统竞争。谁率先建立起最深最广的SDE思想体系并将其软件化平台化谁就率先掌握了AI文明的底层语法。这种竞争不同于传统的科技竞争——科技竞争比的是硬件能力算法精度和工程效率，操作系统竞争比的是谁能更好地定义结构、组织差异、管理纠缠。一个国家可以购买GPU但不能购买操作系统——操作系统必须从自己的文明土壤中生长出来。中华文明在这场竞争中有独特优势：粘性逻辑（诚中和）天然适合处理多维纠缠，SDE体系源自中国学者的原创思想，跨领域扩张的实践积累已经在52本专著中得到验证。但优势不等于胜利——优势必须被转化为产业实践和制度安排才能真正发挥作用。</w:t>
      </w:r>
    </w:p>
    <w:p>
      <w:pPr>
        <w:pStyle w:val="Heading1"/>
      </w:pPr>
      <w:r>
        <w:t>第三十九章  制度与文明如何改变：教育、产业与个体重构</w:t>
      </w:r>
    </w:p>
    <w:p>
      <w:pPr/>
      <w:r>
        <w:t>生产力改变（第二十六章）和商业模式改变（第三十七章）最终都会传导到制度层面。制度改变是最慢发生的，但也是最深层的。教育制度、产业组织制度和个体成长模式的改变，将决定AI文明能否真正从技术可能性变成社会现实。</w:t>
      </w:r>
    </w:p>
    <w:p>
      <w:pPr/>
      <w:r>
        <w:t>为什么旧制度奖励不了思想工程师？因为旧制度的评价逻辑建立在"可见产出"之上——论文数量可见、代码行数可见、项目交付可见、销售额可见。但思想工程师最核心的工作——定义一个领域的S应该长什么样、D应该怎么走、E应该沉积什么——这些产出在旧评价体系中是"不可见"的。一个思想工程师花三个月定义了一套精妙的SDE结构，在旧评价体系中他的"产出"是零——因为他没有写代码没有发论文没有上线产品。但正是这个"零产出"的三个月，决定了后面所有代码论文和产品的方向和质量。旧制度奖励的是"最后一公里的执行者"，而不是"第一公里的定义者"。写了一万行代码的程序员会被评为优秀，但定义了代码方向的思想工程师在绩效表上可能是空白的。发了十篇论文的研究者会被评为高产，但提出了论文研究框架的思想系统创立者在考核中可能被归为"没有成果"。这种错位不是个别管理者的失误，而是旧制度的结构性缺陷——因为旧制度是在工业文明逻辑下建立的，而工业文明的核心是标准化执行不是本体定义。要让思想工程师被正确奖励，必须改变评价体系的底层逻辑：从"你产出了多少可见物"转向"你定义了多少可运行的SDE结构"。这不是微调KPI，而是重建评价哲学。</w:t>
      </w:r>
    </w:p>
    <w:p>
      <w:pPr/>
      <w:r>
        <w:t>教育制度的改变：从教内容转向教系统。传统教育以课程标准化、考试统一化和内容分发为主，这适合信息文明。AI文明中的教育必须训练学生如何提出问题、如何设计路径、如何构造平台、如何与GPT长期共训，最终把知识转化为软件、项目和新系统。核心不再是记忆更多信息，而是形成SDE式能力：能够看见结构、推进差异、沉淀纠缠。</w:t>
      </w:r>
    </w:p>
    <w:p>
      <w:pPr/>
      <w:r>
        <w:t>产业组织的改变：从做产品转向做数字身体。一个真正领先的企业不只是上线了几个AI功能，而是把自身的用户结构、产品逻辑、服务路径和知识资产重新组织成数字SDE，再把客户需求、场景差异和平台纠缠转化为个性化自动化服务能力。未来企业的真正分水岭不是是否使用AI，而是是否以SDE方式重组自身。</w:t>
      </w:r>
    </w:p>
    <w:p>
      <w:pPr/>
      <w:r>
        <w:t>个体成长方式的改变：从被动学习者转向主动建造者。在AI时代，越来越稀缺的是问题生成能力、结构形成能力、差异推进能力与长期共训能力。真正有未来竞争力的人不再只是会使用工具的人，而是能把自己与GPT、平台、知识与现实场景组织成SDE复合体的人。</w:t>
      </w:r>
    </w:p>
    <w:p>
      <w:pPr/>
      <w:r>
        <w:t>制度层面的改变与生产力层面和商业层面的改变有本质区别。生产力层面回答的是"能不能做"，商业层面回答的是"值不值得做"，制度层面回答的是"社会如何被重新组织以适应新的做法"。</w:t>
      </w:r>
    </w:p>
    <w:p>
      <w:pPr/>
      <w:r>
        <w:t>教育制度的改变不只是引入AI教学工具，而是学校作为制度的存在方式要被重写。传统学校是"知识传递机构"——教师讲，学生听，考试检验。AI文明中的学校应该成为"问题发生机构"和"系统训练机构"——不是教学生已知的答案，而是训练学生如何发现新问题、如何用SDE方法把问题结构化、如何与GPT协同把思想变成可运行的系统。这意味着课程设计、教师角色、考试评价和学位认证都必须被重新安排。课程不再以学科为中心而以问题为中心，教师不再是知识传递者而是系统训练者，考试不再测试记忆力而是测试问题生成能力和系统构建能力。</w:t>
      </w:r>
    </w:p>
    <w:p>
      <w:pPr/>
      <w:r>
        <w:t>产业组织的制度性改变同样深刻。传统企业的组织方式建立在"职能分工"之上——研发、生产、销售、管理各司其职。AI文明中的企业组织应该建立在"SDE协同"之上——团队不是按职能划分，而是按S、D、E三维来组织：S团队负责定义结构标准和数字骨架，D团队负责设计流程和算法路径，E团队负责理解用户世界和场景约束。三个团队持续协同，而GPT作为所有团队的中介层工具被共享使用。</w:t>
      </w:r>
    </w:p>
    <w:p>
      <w:pPr/>
      <w:r>
        <w:t>个体成长方式的制度性改变是最根本的。过去的教育制度培养的是"知识适配者"——能把已有知识记住、理解和应用。AI文明需要培养的是"系统建造者"——能从零开始定义一个领域的SDE结构，并把它变成可运行的数字系统。这两种人的能力结构完全不同。前者的核心能力是记忆和理解，后者的核心能力是命名、划界、结构化和系统化。</w:t>
      </w:r>
    </w:p>
    <w:p>
      <w:pPr/>
      <w:r>
        <w:t>这套科研创新流程具有跨领域能力。由于SDE是元方法论而非领域知识，它可以被系统地应用于任何领域的知识重构，并且边际扩张成本递减——每进入一个新领域，速度更快、质量更高。这一点已经被王德生的实践证明：他已经用SDE方法论完成了近二十个领域的知识重构，出版了52本专著。这一事实本身就是SDE跨领域能力的最强实证。在大模型助力下，这种跨领域能力会被进一步放大，形成一个真正的知识创新飞轮。</w:t>
      </w:r>
    </w:p>
    <w:p>
      <w:pPr/>
      <w:r>
        <w:t>制度改变之所以最慢但最深，正因为它改变的不是某个产品或某个商业模式，而是社会再生产的基本机制。回钩全书：第一编重写了"软件是什么"（认知层），第二编重写了"思想如何变成产品"（工程层），第三编重写了"新生产力是什么"（经济层），第四编重写了"财富归谁"（分配层），而本章讨论的制度改变则是在重写"社会如何培养人、组织人、评价人"（文明层）。五层层层递进，每一层都以前一层为地基。制度层之所以排在最后，不是因为它不重要，而是因为它必须等前四层都完成之后才能真正落地。</w:t>
      </w:r>
    </w:p>
    <w:p>
      <w:pPr/>
      <w:r>
        <w:t>制度改变是最慢发生但最深层的——教育制度从教内容转向教系统，不只是换一套软件，而是要改变教师培养体系、课程标准、评估方式和大学定位。产业组织的制度改变同样深刻：传统企业围绕"产品线"组织，思想系统公司应围绕"SDE定义组""GPT协同组""平台运营组"来组织——分别负责定义S、展开D和培育E。个体成长方式从被动学习者转向主动建造者：越来越稀缺的是问题生成能力、结构形成能力、差异推进能力与长期共训能力。</w:t>
      </w:r>
    </w:p>
    <w:p>
      <w:pPr/>
      <w:r>
        <w:t>制度改变之所以最慢但最深，正因为它改变的不是某个产品或某个商业模式而是社会再生产的基本机制。教育制度的改变：从教内容转向教系统。传统教育以课程标准化、考试统一化和内容分发为主。AI文明中的教育必须训练学生如何提出问题、如何设计路径、如何构造平台、如何与GPT长期共训，最终把知识转化为软件项目和新系统。核心不再是记忆更多信息而是形成SDE式能力——能够看见结构、推进差异、沉淀纠缠。产业组织的改变：从做产品转向做数字身体。一个真正领先的企业不只是上线了几个AI功能而是把自身的用户结构、产品逻辑、服务路径和知识资产重新组织成数字SDE。未来企业的真正分水岭不是是否使用AI而是是否以SDE方式重组自身。个体成长方式的改变：从被动学习者转向主动建造者。真正有未来竞争力的人不再只是会使用工具的人而是能把自己与GPT、平台、知识与现实场景组织成SDE复合体的人。</w:t>
      </w:r>
    </w:p>
    <w:p>
      <w:pPr/>
      <w:r>
        <w:t>教育制度的改变是最难也最重要的。核心不再是记忆更多信息而是形成SDE式能力——能够看见结构、推进差异、沉淀纠缠。传统教育以课程标准化考试统一化和内容分发为主这适合信息文明。AI文明中的教育必须训练学生如何提出问题如何设计路径如何构造平台如何与GPT长期共训最终把知识转化为软件项目和新系统。产业组织的制度改变同样深刻——传统企业组织建立在科层制和职能划分之上。在SDE框架下企业组织应该围绕"思想系统"而非"产品线"来组织。一个"思想系统公司"的核心部门不是"研发部""市场部""运营部"而是"SDE定义组""GPT协同组""平台运营组"——分别负责定义S展开D和培育E。这种组织方式与现有的企业管理理论完全不同需要新的管理学来支撑。个体成长方式从被动学习者转向主动建造者——真正有未来竞争力的人不再只是会使用工具的人而是能把自己与GPT平台知识与现实场景组织成SDE复合体的人。</w:t>
      </w:r>
    </w:p>
    <w:p>
      <w:pPr/>
      <w:r>
        <w:t>制度改变与生产力改变和商业模式改变相比是最慢发生的但也是最深层的。生产力结构改变可能在几年内发生——一家公司引入SDE软件系统生产方式立刻改变。商业模式改变可能在十年内发生——整个行业从卖内容转向卖系统接入。但制度改变需要更长时间——教育制度从教内容转向教系统不只是换一套软件而是要改变教师培养体系课程标准评估方式和大学定位。教育制度改变之所以最难也最重要是因为教育是社会再生产的核心机制——教育培养什么样的人决定了社会二十年后会变成什么样。如果教育仍然在培养"会使用工具的人"而不是"会定义世界的人"那么即便技术已经进入了AI文明社会的人才结构仍然停留在信息文明甚至工业文明的水平。SDE操作系统要真正运行最终必须进入教育制度——不是让学校"用AI教学"而是让学校"教SDE式的思维方式"。</w:t>
      </w:r>
    </w:p>
    <w:p>
      <w:pPr/>
      <w:r>
        <w:t>教育制度的改变是最难也最重要的——因为教育是社会再生产的核心机制。教育培养什么样的人决定了社会二十年后会变成什么样。如果教育仍然在培养"会使用工具的人"而不是"会定义世界的人"，那么即便技术已经进入了AI文明，社会的人才结构仍然停留在信息文明甚至工业文明的水平。SDE操作系统要真正运行，最终必须进入教育制度——不是让学校"用AI教学"，而是让学校"教SDE式的思维方式"。这意味着教育的核心课程需要从"知识传递"转向"结构建构"——学生要学会的不是更多的知识条目，而是如何在任何领域中识别S、设计D、建构E。教育评估也需要从"考试分数"转向"SDE产出"——评价一个学生不是看他记住了多少，而是看他能否用SDE方法论在一个新领域中产出有价值的结构化分析。这种教育改革的阻力是巨大的，因为它要求教师自己首先掌握SDE方法论，而大多数教师的训练背景完全不包含这种能力。</w:t>
      </w:r>
    </w:p>
    <w:p>
      <w:pPr/>
      <w:r>
        <w:t>教育制度的具体重写必须深入到课程层面和评价层面。中学阶段的改变：引入"SDE思维基础课"——不是教编程语法而是教三件事：如何看见一个系统的结构（S训练）、如何分析一个过程的流程（D训练）、如何理解一个环境的特征纠缠（E训练）。具体方式可以是项目制学习——给学生一个真实系统（比如学校的图书馆管理、食堂排队、校车调度），让他们用SDE方法去解剖它的S（有哪些对象和关系）、D（流程怎么走）和E（用户在其中留下什么）。大学计算机专业的改变：课程体系围绕三维重组——数据结构课升级为"软件结构学"（不只教数组链表树图，更教对象关系、页面结构、模块边界和状态转换）；算法课升级为"软件运行学"（不只教排序搜索动态规划，更教D1方向设计、D2六步法应用和D3优化原则）；数据库课升级为"软件世界学"（不只教SQL和表设计，更教特征纠缠、画像系统、三界沉积和能量结构）。研究生阶段的改变：开设"SDE跨领域创新方法论"——训练学生用SDE方法进入任何新领域做知识重构，核心考核标准不是"你读了多少文献"而是"你能不能用SDE方法在一个新领域中发现被遮蔽的结构问题并建立新框架"。企业组织的具体重写：传统的"研发部—市场部—运营部"三分法必须让位于"SDE定义组—GPT协同组—平台运营组"三分法。SDE定义组是企业的"大脑"——负责维护和进化企业的核心思想系统，包括定义S标准（这个领域的核心对象和关系到底是什么）、设计D路径（用户从进入到获得价值的主流程是什么）、管理E沉积规则（什么数据值得沉积、画像如何生成、三界如何组织）。GPT协同组是企业的"四肢"——负责高速展开SDE定义组的输出，把SDE结构快速转化为产品原型、内容、代码和营销材料。平台运营组是企业的"心脏"——负责维持平台生态的持续运转，管理双边沉积、维护平台秩序、推动E层持续加深。三个组不是平行的而是有层级的：SDE定义组在最上游，它的输出决定了后两个组的工作方向；GPT协同组在中游，它的效率决定了产品迭代的速度；平台运营组在下游，它的质量决定了E层能否持续加深。评价体系的具体重写：员工评价从"完成了多少任务"转向"建立了多少可复用的SDE结构"——一个员工如果建立了一套可以被反复使用的知识结构或流程模板，其价值远高于完成了一百个一次性任务。产品评价从"有多少功能"转向"E层沉积了多深"——用户留存率、画像精度、三界完整度比功能数量更能反映产品的真实价值。企业估值从"有多少用户"转向"思想系统的母体能力有多强"——一个拥有强SDE母体但用户不多的公司，可能比一个用户很多但母体空心的公司更有长期价值。科研评价从"发了多少论文"转向"建立了什么样的知识母机"——一个能持续生成新知识的SDE科研母机，比一百篇一次性的论文更有科学价值。</w:t>
      </w:r>
    </w:p>
    <w:p>
      <w:pPr>
        <w:pStyle w:val="Heading1"/>
      </w:pPr>
      <w:r>
        <w:t>第四十章  基于大模型的SDE科研创新体系</w:t>
      </w:r>
    </w:p>
    <w:p>
      <w:pPr/>
      <w:r>
        <w:t>当前科研创新正面临一个深层悖论：大模型使效率空前提升，但科研的核心困难——发现新问题、建立新结构、开辟新路径——并未自动解决。大模型的高频平均化输出正在制造一种"自动化写作使成果的表面完成度普遍上升但结构性创新依然罕见"：论文越来越像论文，但真正的思想突破却未因此更多。</w:t>
      </w:r>
    </w:p>
    <w:p>
      <w:pPr/>
      <w:r>
        <w:t>要将大模型从"效率工具"升级为"创新引擎"，必须引入SDE作为操作内核。大模型有三个根本局限使它无法独立完成创新：第一，它缺乏E——没有真正的"被什么力量驱动"的经验。第二，它的D是高频拼接的——推进路径往往是多条来源的平均结果，极少开出真正新的第三条路。第三，它的S往往是表面结构——看起来有结构，实际只是模板化分层。因此大模型的正确定位是：极强的中介层压缩机，但不是创新的发动机。</w:t>
      </w:r>
    </w:p>
    <w:p>
      <w:pPr/>
      <w:r>
        <w:t>SDE科研创新的六步操作流程：第一步，E点火——从自己的真实处境出发找到研究燃点。第二步，S扫描——用大模型做现有知识结构的第一轮显影。第三步，SDE批判——用三维对大模型输出做批判（S批判、D批判、E批判）。第四步，D开路——识别被现有体系压低的差异路径。第五步，S重建——在新的E和D下重建知识的承重结构。第六步，真善美检验——新结构是否更真、更善、更美。</w:t>
      </w:r>
    </w:p>
    <w:p>
      <w:pPr/>
      <w:r>
        <w:t>这套流程具有跨领域能力。由于SDE是元方法论而非领域知识，它可以被系统地应用于任何领域的知识重构，并且边际成本递减——每进入一个新领域，速度更快、质量更高。</w:t>
      </w:r>
    </w:p>
    <w:p>
      <w:pPr/>
      <w:r>
        <w:t>SDE科研创新体系与传统科研方法论的根本区别在于："结果检修术"关注的是"这个研究结果是否可靠"，而"发生学创新引擎"关注的是"新知识结构是如何长出来的"。前者是质量控制机制，后者是创新生成机制。两者不是替代关系，而是层级关系——发生学在上，检修术在下。</w:t>
      </w:r>
    </w:p>
    <w:p>
      <w:pPr/>
      <w:r>
        <w:t>传统科研训练的核心是教学生"检查"：检查假设是否成立，检查方法是否合规，检查数据是否充分，检查结论是否平衡。这套训练能保证科研的基本质量，但它有一个致命盲区：它不教"创新是怎么发生的"。一个学生可以完成所有检查步骤，做出一篇格式完美的论文，却可能完全没有触及任何真正新的东西。这就是"AI加持下学术产出的平均水平提高了但天花板并未被突破"——论文越来越像论文，但思想突破并未因此更多。</w:t>
      </w:r>
    </w:p>
    <w:p>
      <w:pPr/>
      <w:r>
        <w:t>SDE科研创新体系的突破在于它把"创新的发生"本身变成了可操作的过程。E点火阶段不是让学生去做文献综述（那只会找到已有的gap），而是让学生从自己的真实处境出发感受"什么还没有被说清楚"。S扫描阶段不是让学生写文献综述（那只会重复已有的结构），而是用GPT快速显影当前知识的结构并用SDE三维进行批判——哪些概念真正承重，哪些只是高频搭桥词？D开路阶段不是让学生沿着导师的方向走（那只会在已有路径上做微调），而是识别那些被现有体系压低的替代路径。S重建阶段不是修改论文的措辞，而是在新的E和新的D下建立新的知识承重结构。</w:t>
      </w:r>
    </w:p>
    <w:p>
      <w:pPr/>
      <w:r>
        <w:t>这套体系的跨领域能力已经被王德生的实践所证明：他已经用SDE方法论完成了近20个领域的知识重构，出版了52本专著。更重要的是，这种跨领域扩张呈现"边际成本递减"特征——每进入一个新领域，速度更快、质量更高。这是因为SDE的三维框架在每次应用中都会被进一步精炼，而GPT作为中介层工具又会进一步加速展开过程。</w:t>
      </w:r>
    </w:p>
    <w:p>
      <w:pPr/>
      <w:r>
        <w:t>SDE科研创新体系不是一套独立的方法论，而是第二编"从思想到APP"链条在科研领域的具体应用。E点火对应哲学语言层（从真实困惑出发），S扫描对应科学语言层（建立概念结构），SDE批判对应工程语言层（审查可操作性），D开路对应蓝图设计（开辟新路径），S重建对应原型验证（在新结构上运行），真善美检验对应平台化评估（新结构是否值得推广）。六步法与全书第二编的发生链完全对应，这不是巧合，而是SDE作为元方法论的统一性的体现。</w:t>
      </w:r>
    </w:p>
    <w:p>
      <w:pPr/>
      <w:r>
        <w:t>SDE科研创新与传统文献综述法有根本区别。传统科研从文献综述开始——先看别人做了什么，找到"gap"，然后在gap里做研究。这种方法只能发现"已有知识体系内部的空白"，不能发现"已有知识体系本身的问题"。SDE科研从E点火开始——从真实困惑出发。文献综述在第二步（S扫描）才进入，功能不是"找gap"而是"显影现有结构"。真正的创新发生在SDE批判和D开路——揭示现有结构的深层问题，然后发现被压低的替代路径。文献综述法培养"在已有框架内填空"的能力，SDE科研法培养"质疑已有框架并建立新框架"的能力。在GPT时代，前一种能力正在被大模型大规模替代。</w:t>
      </w:r>
    </w:p>
    <w:p>
      <w:pPr/>
      <w:r>
        <w:t>SDE科研创新体系要解决的核心矛盾是：大模型使效率空前提升但科研的核心困难——发现新问题、建立新结构、开辟新路径——并未自动解决。大模型的高频平均化输出正在制造一种"大模型让一切文本看起来更"成熟"但这种成熟感是虚假的"——论文越来越像论文但真正的思想突破却未因此更多。大模型有三个根本局限：第一它缺乏E——没有真正的"被什么力量驱动"的经验。第二它的D是高频拼接的——推进路径往往是多条来源的平均结果极少开出真正新的第三条路。第三它的S往往是表面结构——看起来有结构实际只是模板化分层。因此大模型的正确定位是：极强的中介层压缩机但不是创新的发动机。SDE科研创新的六步操作流程：第一步E点火——从自己的真实处境出发找到研究燃点。第二步S扫描——用大模型做现有知识结构的第一轮显影。第三步SDE批判——用三维对大模型输出做批判。第四步D开路——识别被现有体系压低的差异路径。第五步S重建——在新的E和D下重建知识的承重结构。第六步真善美检验——新结构是否更真更善更美。</w:t>
      </w:r>
    </w:p>
    <w:p>
      <w:pPr/>
      <w:r>
        <w:t>这套科研创新流程具有跨领域能力。由于SDE是元方法论而非领域知识它可以被系统地应用于任何领域的知识重构并且边际成本递减——每进入一个新领域速度更快质量更高。这一点已经被王德生的实践证明：他已经用SDE方法论完成了近二十个领域的知识重构出版了52本专著。这一事实本身就是SDE跨领域能力的最强实证。在大模型助力下这种跨领域能力会被进一步放大形成一个真正的知识创新飞轮。SDE科研创新体系不是一套独立的方法论而是第二编"从思想到APP"链条在科研领域的具体应用——E点火对应哲学语言层，S扫描对应科学语言层，SDE批判对应工程语言层，D开路对应蓝图设计，S重建对应原型验证，真善美检验对应平台化评估。六步法与全书第二编的发生链完全对应这不是巧合而是SDE作为元方法论的统一性的体现。</w:t>
      </w:r>
    </w:p>
    <w:p>
      <w:pPr/>
      <w:r>
        <w:t>当前科研创新正面临一个深层悖论：大模型使效率空前提升但科研的核心困难并未自动解决。大模型的高频平均化输出正在制造一种"表面的专业性泛滥实质的创新仍然稀缺"——论文越来越像论文但真正的思想突破却未因此更多。要将大模型从"效率工具"升级为"创新引擎"必须引入SDE作为操作内核。大模型有三个根本局限使它无法独立完成创新：第一它缺乏E——没有真正的被什么力量驱动的经验；第二它的D是高频拼接的——推进路径往往是多条来源的平均结果极少开出真正新的第三条路；第三它的S往往是表面结构——看起来有结构实际只是模板化分层。因此大模型的正确定位是极强的中介层压缩机但不是创新的发动机。SDE科研创新与传统文献综述法有根本区别——传统科研从文献综述开始先看别人做了什么找到gap然后在gap里做研究。这种方法只能发现已有知识体系内部的空白不能发现已有知识体系本身的问题。SDE科研从E点火开始——从研究者自己的真实困惑和深层体验出发。</w:t>
      </w:r>
    </w:p>
    <w:p>
      <w:pPr/>
      <w:r>
        <w:t>SDE科研创新的六步操作流程可以被展开为一张完整的操作卡。第一步E点火：不要从文献综述开始，而是从自己的真实困惑和深层体验出发——你在这个领域中最被困扰的问题是什么？这个困扰不是从别人那里听来的，而是从自己的实践中长出来的。没有E点火，科研就只是在别人的框架里填空。第二步S扫描：用大模型做现有知识结构的第一轮显影——让GPT帮你快速梳理这个领域的核心概念、主要争论、关键文献和公认框架。这一步的目的不是"学习"已有知识，而是"显影"已有结构，以便后续批判。第三步SDE批判：对大模型输出做三维批判——S批判（结构是否稳定？有没有内部矛盾？），D批判（流程是否真正推进？有没有伪进步？），E批判（纠缠是否真实？有没有脱离现实的概念游戏？）。第四步D开路：识别被现有体系压低的差异路径——在S和E的约束下，有没有一条路径是现有体系没有走过的？这条路径被压低的原因是什么？如果压低的原因不成立，这就是创新的入口。第五步S重建：在新的E和D下重建知识的承重结构——不是修补旧框架，而是在新路径上建立新的概念骨架。第六步真善美检验：新结构是否更真（更如实反映现实）？是否更善（更有利于人）？是否更美（更简洁有序）？六步完成，一次完整的SDE科研创新就完成了。</w:t>
      </w:r>
    </w:p>
    <w:p>
      <w:pPr>
        <w:pStyle w:val="Heading1"/>
      </w:pPr>
      <w:r>
        <w:t>第四十一章  三大模型的SDE分工与协同——以《静夜思》为微型实验</w:t>
      </w:r>
    </w:p>
    <w:p>
      <w:pPr/>
      <w:r>
        <w:t>为什么选择《静夜思》作实验场？因为它是中国文化中最短、最熟、也最深的文本之一。它只有二十个字，却在极短空间内完成了景与情、动作与记忆、现实与想象、近与远的多重转换。越短的经典，越能逼出解释者的底层偏好。</w:t>
      </w:r>
    </w:p>
    <w:p>
      <w:pPr/>
      <w:r>
        <w:t>当GPT、Claude、Gemini三大模型分别解读《静夜思》时，差异立刻显现。GPT最先工作的不是局部位点，而是整体纠缠场——它让夜、月、床、霜、头、故乡这些特征彼此粘连，形成一个先于拆分的整体气场。这是E优先的工作方式。Claude最先工作的不是场，而是结构关系——它总要先问这首诗怎么立住的，"疑"在哪里承重，"举头低头"如何换向。这是S优先的工作方式。Gemini最先工作的不是整体感也不是内部装置，而是差异与路径——它迅速把文本分成可讲解的块，把争议拉成分支。这是D优先的工作方式。</w:t>
      </w:r>
    </w:p>
    <w:p>
      <w:pPr/>
      <w:r>
        <w:t>由此可以得出方法论：GPT起E（让对象发光），Claude定S（立承重骨架），Gemini展D（铺知识路径），最后由中华粘性逻辑[30]校正三者的盲区。这不是一个诗歌解释方法，而是一种通用的SDE三模型协同方法论。</w:t>
      </w:r>
    </w:p>
    <w:p>
      <w:pPr/>
      <w:r>
        <w:t>诗歌解释与AI系统构建在SDE底层是同一件事——都是在处理结构、差异和纠缠的整体关系。三模型的偏向差异正是SDE作为文明操作系统的一个微观实证：不同的智能系统天然在SDE三维上有不同的侧重，而文明级的智慧必须把三者协同起来。</w:t>
      </w:r>
    </w:p>
    <w:p>
      <w:pPr/>
      <w:r>
        <w:t>三大模型的SDE分工与协同之所以重要，不只是因为它提供了一种诗歌解读方法，更因为它揭示了一种通用的多智能协同原理。</w:t>
      </w:r>
    </w:p>
    <w:p>
      <w:pPr/>
      <w:r>
        <w:t>在任何复杂问题面前，单一智能系统——无论多强——都会因为自身的偏向而遗漏某些维度。GPT因为E优先，容易过早形成整体判断而忽略结构细节。Claude因为S优先，容易过度拆解而错过整体气场。Gemini因为D优先，容易过度展开路径而失去深度穿透力。这不是三个模型的缺陷，而是所有智能系统的结构性限制——任何系统都必须有一个入口偏好，有偏好就有盲区。</w:t>
      </w:r>
    </w:p>
    <w:p>
      <w:pPr/>
      <w:r>
        <w:t>SDE协同方法论的价值恰在于：它不是要消除偏好，而是要把不同偏好组织成互补的流程。先让E优先的智能把整体气场点亮（这样后续分析不会"冷"），再让S优先的智能把承重结构立住（这样整体不会"虚"），再让D优先的智能把差异路径展开（这样分析不会"悬"），最后让中华粘性逻辑把情理重新缝合（这样结论不会"散"）。</w:t>
      </w:r>
    </w:p>
    <w:p>
      <w:pPr/>
      <w:r>
        <w:t>这个协同原理不只适用于诗歌解读。它适用于任何需要同时处理整体感、内部结构和差异路径的复杂问题——企业战略制定、产品设计、科研创新、政策分析、教育课程开发。在所有这些场景中，单一智能都不够，多智能协同才能覆盖S、D、E三个维度。SDE提供了这种协同的坐标系。</w:t>
      </w:r>
    </w:p>
    <w:p>
      <w:pPr/>
      <w:r>
        <w:t>三大模型的SDE分工（GPT起E→Claude定S→Gemini展D）不只是一个诗歌解读方法，而是第三编"个性化自动化"在智能协同领域的微观实证。第三编论证了个性化自动化的核心是"不同的对象获得不同的路径"——三大模型正是三个"不同的智能对象"，它们各自具有不同的SDE偏向，因此需要在协同框架中被分配不同的角色。这与教育系统中不同学生获得不同路径、健康系统中不同患者获得不同方案，在逻辑结构上是同构的。SDE协同方法论是个性化自动化在AI系统自身中的自反性应用。</w:t>
      </w:r>
    </w:p>
    <w:p>
      <w:pPr/>
      <w:r>
        <w:t>三模型协同的具体操作步骤：第一步GPT起E——把待分析对象交给GPT，让它先生成整体纠缠场，不要给过多限制，让它自由发挥E能力。第二步Claude定S——把GPT的输出交给Claude，请它做结构审查，识别承重位、逻辑断点和结构弱点，压出骨架。第三步Gemini展D——把结构化的输出交给Gemini，让它把分析展开为知识路径、争议地图和进一步探索方向。第四步中华逻辑校正——检查是否有过度拆解、过度形式化、过度路径化，用诚、中、和三个标准重新调校。</w:t>
      </w:r>
    </w:p>
    <w:p>
      <w:pPr/>
      <w:r>
        <w:t>为什么选择《静夜思》作实验场？因为它是中国文化中最短最熟也最深的文本之一——只有二十个字却在极短空间内完成了景与情、动作与记忆、现实与想象的多重转换。越短的经典越能逼出解释者的底层偏好。当GPT、Claude、Gemini三大模型分别解读《静夜思》时差异立刻显现。GPT最先工作的不是局部位点而是整体纠缠场——它让夜、月、床、霜、头、故乡这些特征彼此粘连形成一个先于拆分的整体气场。这是E思想进入数字化。Claude最先工作的不是场而是结构关系——它总要先问这首诗怎么立住的、"疑"在哪里承重、"举头低头"如何换向。这是S思想进入数字化。Gemini最先工作的不是整体感也不是内部装置而是差异与路径——它迅速把文本分成可讲解的块把争议拉成分支。这是D思想进入数字化。由此可以得出通用的SDE三模型协同方法论——GPT起E让对象发光，Claude定S立承重骨架，Gemini展D铺知识路径，最后由中华粘性逻辑校正三者的盲区。</w:t>
      </w:r>
    </w:p>
    <w:p>
      <w:pPr/>
      <w:r>
        <w:t>三大模型的SDE分工不只是一个诗歌解读方法而是一种通用的SDE三模型协同方法论。诗歌解释与AI系统构建在SDE底层是同一件事——都是在处理结构差异和纠缠的整体关系。三模型的偏向差异正是SDE作为文明操作系统的一个微观实证：不同的智能系统天然在SDE三维上有不同的侧重而文明级的智慧必须把三者协同起来。SDE三模型协同标准作业程序包含四个步骤和一个校正环节：第一步GPT起E把待分析对象交给GPT让它先生成整体纠缠场不要给过多限制让它自由发挥E能力。第二步Claude定S把GPT的输出交给Claude请它做结构审查识别承重位逻辑断点和结构弱点压出骨架。第三步Gemini展D把结构化的输出交给Gemini让它把分析展开为知识路径争议地图和进一步探索方向。第四步中华逻辑校正——检查是否有过度拆解过度形式化过度路径化用诚中和三个标准重新调校。这四个步骤不是线性的而是可以反复循环的——在实际操作中一个复杂问题可能需要经过多轮"E→S→D→校正"的循环。</w:t>
      </w:r>
    </w:p>
    <w:p>
      <w:pPr/>
      <w:r>
        <w:t>三模型协同的更深层意义在于它揭示了一个关于智能的结构性洞察：不同类型的智能天然在SDE三维上有不同的侧重。GPT最先工作的不是局部位点而是整体纠缠场——它让待分析对象的各个特征彼此粘连，形成一个先于拆分的整体气场。这是E思想进入数字化。Claude最先工作的不是场而是结构关系——它总要先问这个东西怎么立住的，承重在哪里，逻辑断点在哪里。这是S思想进入数字化。Gemini最先工作的不是整体感也不是内部装置，而是差异与路径——它迅速把分析分成可讲解的块，把争议拉成分支，展开知识地图。这是D思想进入数字化。这种偏向差异不是缺陷而是资源——正因为三个模型有不同的SDE偏向，它们的协同才能覆盖智能活动的完整三维。诗歌解释与AI系统构建在SDE底层是同一件事——都是在处理结构、差异和纠缠的整体关系。</w:t>
      </w:r>
    </w:p>
    <w:p>
      <w:pPr/>
      <w:r>
        <w:t>三大模型的SDE偏向差异不是随机的而是与它们的训练数据和架构特点深度相关。GPT的E偏向来自它在训练中大量接触了人类的完整表达——故事叙事情感表达意义阐释，这些都是E层的自然显影。当GPT面对一个分析任务时它的第一反应往往是"让整个对象发光"——先建立一个完整的纠缠场再从中提取结构。Claude的S偏向来自它在设计上更注重结构化推理和逻辑一致性。当Claude面对同一个任务时它的第一反应往往是"这东西靠什么立住"——先找到承重结构和逻辑骨架再在骨架上填充内容。Gemini的D偏向来自它在多模态和检索增强方面的优势。三者的偏向差异恰好覆盖了SDE的三个维度——这不是巧合而是因为人类认知活动本身就包含S、D、E三种基本取向，不同的AI模型在训练中分别放大了其中某一种。SDE三模型协同方法论的核心洞察正在于此：与其期待一个模型同时在三个维度上都很强，不如让三个各有偏向的模型协同工作——GPT负责E层的整体感知，Claude负责S层的结构审查，Gemini负责D层的路径展开，人类负责最终的整合判断和中华粘性逻辑校正。</w:t>
      </w:r>
    </w:p>
    <w:p>
      <w:pPr/>
      <w:r>
        <w:t>中华粘性逻辑校正不是一个模糊的"感觉对不对"的过程，而是一套可以照着做的具体检查清单。当三大模型的协同输出完成之后，人类校正者应逐条检查以下八个问题。</w:t>
      </w:r>
    </w:p>
    <w:p>
      <w:pPr/>
      <w:r>
        <w:t>诚的校正（特征纠缠的真实性检查）：（1）模型输出的分析是否回应了对象的真实处境，还是在套用与对象无关的通用模板？（2）分析中引用的证据和例子是否真实存在于对象的E世界中，还是模型自己编造的"合理化装饰"？（3）结论是否从对象的真实特征中自然涌现，还是从预设立场出发反向寻找支持材料？</w:t>
      </w:r>
    </w:p>
    <w:p>
      <w:pPr/>
      <w:r>
        <w:t>中的校正（释放分寸的精确性检查）：（4）分析的颗粒度是否合适——是否过度拆解导致整体意义被肢解？一首诗被拆成语法分析就失去了诗意，一个商业问题被拆成纯逻辑链就失去了现实感。（5）结论的力度是否恰当——是否过度推断（从一个小现象推出宏大结论）或过度保守（明明已有充足证据却不敢下判断）？</w:t>
      </w:r>
    </w:p>
    <w:p>
      <w:pPr/>
      <w:r>
        <w:t>和的校正（多组纠缠的共振性检查）：（6）三个模型的输出之间是否存在硬冲突？如果GPT的E分析和Claude的S分析指向不同方向，应该怎么调和而不是简单选一个丢一个？（7）最终整合的结论是否让情与理、结构与感受、局部与整体自然应和，而不是把一方压制在另一方之下？（8）如果把这个结论告诉一个深谙此道的人类专家，他是否会觉得"对，就是这个味道"——而不是"逻辑没错但总觉得哪里不对"？</w:t>
      </w:r>
    </w:p>
    <w:p>
      <w:pPr/>
      <w:r>
        <w:t>八条检查的核心精神是：防止AI协同输出走向"形式上完美但实质上空洞"的机械主义。大模型最容易犯的错误不是说错话，而是说出一套"看起来非常专业但没有真正触及对象灵魂"的漂亮废话。诚中和三字就是防止这种漂亮废话的最后一道关卡。</w:t>
      </w:r>
    </w:p>
    <w:p>
      <w:pPr>
        <w:pStyle w:val="Heading1"/>
      </w:pPr>
      <w:r>
        <w:t>第四十二章  中西逻辑与中华粘性逻辑：诚、中、和</w:t>
      </w:r>
    </w:p>
    <w:p>
      <w:pPr/>
      <w:r>
        <w:t>形式逻辑最关心推出是否有效，命题之间能否建立刚性可检验的关系链。辩证逻辑关心对立双方如何在运动中发生转化。中华粘性逻辑则不以刚性推出或正反转化为中心，而更关心：不同特征、不同感受、不同动作、不同意象如何在同一个气场中彼此浸润、自然应和。形式逻辑擅长的是链，辩证逻辑擅长的是变，粘性逻辑擅长的是场。</w:t>
      </w:r>
    </w:p>
    <w:p>
      <w:pPr/>
      <w:r>
        <w:t>SDE为中华粘性逻辑提供了精确的现代表达。诚，不再是道德语境中的真诚，而被界定为"特征纠缠释放的必然适应性"——在特定的E条件下，释放方向具有方向性必然。中，不是折中或平均，而是"释放分寸的精确校准"——在D的流转中找到最合适的力度。和，不是温吞的和谐，而是"多组纠缠释放之间的共振"——多个S在同一个E场中不发生硬冲突，而彼此应和。</w:t>
      </w:r>
    </w:p>
    <w:p>
      <w:pPr/>
      <w:r>
        <w:t>在西方逻辑默认统治的阅读里，情与理天然被切成两层。而一旦进入诚、中、和的粘性逻辑，这道缝便会消失。理不是外加框架，而是情的运行纹路；情也不是分析后的附属反应，而是理本身的动力显现。情理不再二分——这是中华逻辑最深层的力量。</w:t>
      </w:r>
    </w:p>
    <w:p>
      <w:pPr/>
      <w:r>
        <w:t>中华粘性逻辑——诚、中、和——的SDE化表达不只是对中国传统思想的现代翻译，更是对西方逻辑霸权的一次结构性挑战。</w:t>
      </w:r>
    </w:p>
    <w:p>
      <w:pPr/>
      <w:r>
        <w:t>长期以来，西方形式逻辑被默认为"逻辑本身"——仿佛只有命题推演、三段论和布尔代数才算得上"真正的逻辑"。这种默认导致了一个深层问题：凡是不能被形式逻辑捕捉的认知方式，都被视为"不够科学""不够精确""只是感觉"。中华传统思想中大量关于气、境、感应、虚实相化和情理同体的表达，在这套标准下被系统性地贬低。</w:t>
      </w:r>
    </w:p>
    <w:p>
      <w:pPr/>
      <w:r>
        <w:t>SDE为中华逻辑提供了精确的现代表达语言。诚不是道德直觉而是E条件下释放方向的必然性——在特定的特征纠缠条件下，只有这个方向是"诚"的。中不是模糊的折中而是D流转中力度的精确校准——在六步法的每一步中，"中"意味着最恰当的分寸。和不是温吞的和谐而是S结构中多组释放之间的共振——多个维度在同一结构中各得其所而不互相冲突。</w:t>
      </w:r>
    </w:p>
    <w:p>
      <w:pPr/>
      <w:r>
        <w:t>一旦诚、中、和获得了SDE语言的精确表达，它们就不再是"东方的直觉智慧"，而成为了一种可以与西方形式逻辑对等对话的逻辑系统。形式逻辑擅长刚性推演，粘性逻辑擅长场域共振——两者不是高下之分，而是维度之分。在AI时代，当系统需要同时处理结构推演和场域适配时，两种逻辑都不可或缺。</w:t>
      </w:r>
    </w:p>
    <w:p>
      <w:pPr/>
      <w:r>
        <w:t>中华粘性逻辑——诚、中、和——之所以在本书中出现，不是为了增加文化装饰，而是因为它回应了第四编中一个未被充分讨论的问题：当SDE系统日益强大，当思想工程师掌握了标准权、接口权和平台秩序权时，什么力量能防止这种权力走向失控？答案之一就是粘性逻辑中的"和"——多组纠缠释放之间的共振而非对抗。一个健康的SDE生态不是一家独大的帝国，而是多套思想系统彼此应和、彼此制衡、彼此补充的网络。诚保证每套系统真实回应现实需求而非制造虚假需求，中保证系统的个性化分寸既不过度也不不足，和保证多套系统在同一个文明空间中协调共存。中华逻辑不是AI文明的点缀，而是它的调和器。</w:t>
      </w:r>
    </w:p>
    <w:p>
      <w:pPr/>
      <w:r>
        <w:t>中华粘性逻辑在AI时代重新变得重要。个性化自动化处理的是"不同"——处理"不同"不能只靠刚性推导，还需要感知多维特征之间自然应和关系的能力。诚在AI系统中的应用：好的个性化系统为用户生成的路径应该具有"方向性必然"——在这个用户的特征条件下，这条路径是特征纠缠释放的必然方向。中在AI系统中的应用：系统的个性化不能过度也不能不足——推荐太激进用户不舒服，太保守用户觉得无聊。和在AI系统中的应用：系统中多个组件——推荐引擎、内容生成、用户画像、评价系统——不能互相冲突，要形成共振。中华逻辑不是AI文明的点缀，而是它的调和器。</w:t>
      </w:r>
    </w:p>
    <w:p>
      <w:pPr/>
      <w:r>
        <w:t>形式逻辑最关心推出是否有效——命题之间能否建立刚性可检验的关系链。辩证逻辑关心对立双方如何在运动中发生转化。中华粘性逻辑则不以刚性推出或正反转化为中心而更关心：不同特征、不同感受、不同动作、不同意象如何在同一个气场中彼此浸润、自然应和。形式逻辑擅长的是链，辩证逻辑擅长的是变，粘性逻辑擅长的是场。SDE为中华粘性逻辑提供了精确的现代表达。诚不再是道德语境中的真诚而被界定为"特征纠缠释放的必然适应性"——在特定E条件下释放方向具有方向性必然。中不是折中或平均而是"释放分寸的精确校准"——在D的流转中找到最合适的力度。和不是温吞的和谐而是"多组纠缠释放之间的共振"——多个S在同一个E场中不发生硬冲突而彼此应和。在西方逻辑默认统治的阅读里情与理天然被切成两层。而一旦进入诚中和的粘性逻辑这道缝便会消失——理不是外加框架而是情的运行纹路，情也不是分析后的附属反应而是理本身的动力显现。情理不再二分这是中华逻辑最深层的力量。</w:t>
      </w:r>
    </w:p>
    <w:p>
      <w:pPr/>
      <w:r>
        <w:t>中华粘性逻辑在AI时代重新变得重要——不是作为文化装饰而是作为个性化自动化系统设计中不可或缺的设计原则。在西方逻辑默认统治的框架里情与理天然被切成两层。而一旦进入诚中和的粘性逻辑这道缝便会消失——理不是外加框架而是情的运行纹路，情也不是分析后的附属反应而是理本身的动力显现。情理不再二分这是中华逻辑最深层的力量。中华粘性逻辑回应了第四编中一个未被充分讨论的问题：当SDE系统日益强大当思想工程师掌握了标准权接口权和平台秩序权时什么力量能防止这种权力走向失控？答案之一就是粘性逻辑中的"和"——多组纠缠释放之间的共振而非对抗。一个健康的SDE生态不是一家独大的帝国而是多套思想系统彼此应和彼此制衡彼此补充的网络。诚保证每套系统真实回应现实需求而非制造虚假需求，中保证系统的个性化分寸既不过度也不不足，和保证多套系统在同一个文明空间中协调共存。</w:t>
      </w:r>
    </w:p>
    <w:p>
      <w:pPr/>
      <w:r>
        <w:t>中华粘性逻辑与西方形式逻辑的深层区别可以用一个类比来说明。形式逻辑处理世界的方式像一把手术刀——它精确、锋利、能把任何对象切分为清晰的部分，但切完之后各部分之间的有机联系就被切断了。辩证逻辑的改进是让切分后的部分互相运动和转化，但它仍然需要先切分才能开始工作。中华粘性逻辑的处理方式不一样——它更像一只手掌按在水面上，不是切割水，而是让手和水之间形成一种整体性的接触。诚是这种接触中的"方向性必然"——手不是随便放的，而是在特定条件下按在特定位置的。中是这种接触中的"力度校准"——按得太重水花四溅，按得太轻没有反应，恰到好处的力度让水面形成最优雅的涟漪。和是多次接触之间的"共振"——不是一只手而是多只手同时按在水面上，它们之间不发生对抗而是彼此应和，形成复杂但和谐的波纹图案。在个性化自动化系统的设计中，这种粘性逻辑具有不可替代的价值——它帮助设计者在多维度、多约束、多目标的复杂纠缠中找到那个"恰好"的平衡点。</w:t>
      </w:r>
    </w:p>
    <w:p>
      <w:pPr>
        <w:pStyle w:val="Heading1"/>
      </w:pPr>
      <w:r>
        <w:t>第四十三章  全链示范：一个SDE系统从思想到平台</w:t>
      </w:r>
    </w:p>
    <w:p>
      <w:pPr/>
      <w:r>
        <w:t>前面四十二章建立了从本体论到文明学的完整理论链条。但理论必须被实证检验。本章以个性化教育为案例，完整演示一个SDE系统如何从思想出发，经过哲学→科学→工程→数字化→蓝图→原型→数据库世界→平台的全链条，最终成为可运行的平台——并在过程中验证第一编到第五编的全部核心论点。</w:t>
      </w:r>
    </w:p>
    <w:p>
      <w:pPr/>
      <w:r>
        <w:t>S层（知识母机的标准化骨架）：将知识体系解构为细颗粒度的"母体节点"（S1对象结构），定义知识点之间的依赖、跨度与层级关系（S2关系结构），建立标准化的能力度量尺（S3评价模块）。S层的标准化确保系统可支撑大规模用户而不坍塌。</w:t>
      </w:r>
    </w:p>
    <w:p>
      <w:pPr/>
      <w:r>
        <w:t>E层（学生的特征纠缠场）：现实界（E1）——学生目前的认知边界、遗忘曲线、学习时长约束。理念界（E2）——学生的兴趣偏好，比如通过科幻故事学物理还是通过历史学物理。自我界（E3）——学习动机、情绪波动与信心水平。E层不是静态"用户画像"，而是与系统深度纠缠、实时变化的动态世界。</w:t>
      </w:r>
    </w:p>
    <w:p>
      <w:pPr/>
      <w:r>
        <w:t>D层（个性化路径的自动生成）：应用D2六步法——猜想：基于E层状态生成适合该学生的学习路径。执行：通过GPT实时转译的个性化内容进行交付。评估：即时监测学习效果。反馈：如果学生在某处卡住，路径立即重算。修正：调整难度、节奏和方法。迭代：进入下一轮学习循环。</w:t>
      </w:r>
    </w:p>
    <w:p>
      <w:pPr/>
      <w:r>
        <w:t>经济学验证：由于S是标准化的（可复制），D是由AI自动计算的，增加一个个性化学生的边际成本趋向于零。这就在一个具体案例中验证了第二十四章的核心论点——规模化与个性化被解绑了。</w:t>
      </w:r>
    </w:p>
    <w:p>
      <w:pPr/>
      <w:r>
        <w:t>从哲学到平台的完整链条：教育思想（SDE哲学语言）→知识分类学（SDE科学语言）→学习路径设计（SDE工程语言）→数字化（数字SDE）→蓝图设计→原型（第一版个性化学习APP）→数据库世界（学生画像、学习历史、三界沉积）→代码显影→平台（可承载百万级用户的个性化教育系统）。</w:t>
      </w:r>
    </w:p>
    <w:p>
      <w:pPr/>
      <w:r>
        <w:t>这个案例证明：SDE不只是理论框架，而是可直接建造AI文明的在场性结构。第一编到第五编的全部论证，在这一个案例中被完整验证。</w:t>
      </w:r>
    </w:p>
    <w:p>
      <w:pPr/>
      <w:r>
        <w:t>---</w:t>
      </w:r>
    </w:p>
    <w:p>
      <w:pPr/>
      <w:r>
        <w:t>个性化教育全链示范的经济学验证需要被更详细地展开。</w:t>
      </w:r>
    </w:p>
    <w:p>
      <w:pPr/>
      <w:r>
        <w:t>在传统教育经济学中，个性化教育是典型的"高价值但高成本"服务。一个优秀的私人教师年薪可能几十万到上百万，他一天最多服务十几个学生。这意味着个性化教育的边际成本不递减——每增加一个学生就需要按比例增加教师。规模化与个性化在传统模式中是根本矛盾的。</w:t>
      </w:r>
    </w:p>
    <w:p>
      <w:pPr/>
      <w:r>
        <w:t>SDE软件化如何破解这个矛盾？关键在于三维的分层处理。S层（知识母机骨架）一旦建成，就可以被所有学生共享——知识点的组织结构、能力评估标准、路径生成规则对所有用户是相同的。S的边际成本为零。E层（学生特征）是个性化的——每个学生的认知边界、兴趣偏好和学习动机都不同。但E的采集和存储成本几乎为零——系统通过学生的交互行为自动积累画像，不需要额外人工。D层（路径生成）是由算法自动完成的——GPT基于S的标准骨架和E的个体特征，实时计算最适合该学生的学习路径。D的计算成本随AI推理成本的下降而快速趋零。</w:t>
      </w:r>
    </w:p>
    <w:p>
      <w:pPr/>
      <w:r>
        <w:t>因此，在SDE教育系统中，增加一个个性化学生的真正边际成本是：S层成本为零（骨架已建好）+ E层成本趋零（数据自动积累）+ D层成本趋零（AI自动计算）= 总边际成本趋零。这就在一个具体案例中完成了"规模化与个性化解绑"的经济学验证。</w:t>
      </w:r>
    </w:p>
    <w:p>
      <w:pPr/>
      <w:r>
        <w:t>进一步说，这个系统还具有网络效应和数据飞轮效应。每增加一个学生，系统就多获得一份学习行为数据，这些数据反过来使得D层的路径生成算法更精准，从而提高所有用户的服务质量。也就是说，系统不仅边际成本趋零，还具有"越多用户质量越好"的正向循环。这是传统教育模式完全不具备的结构性优势。</w:t>
      </w:r>
    </w:p>
    <w:p>
      <w:pPr/>
      <w:r>
        <w:t>在个性化教育的全链示范中，有三个关键转折点值得特别注意。</w:t>
      </w:r>
    </w:p>
    <w:p>
      <w:pPr/>
      <w:r>
        <w:t>第一个转折点是"从哲学到科学"的转折。教育思想层面的判断（比如"每个学生都是不同的"）必须被转化为可操作的概念结构（比如"学生差异可以用E1/E2/E3三维画像来捕捉"）。这个转折需要原创力——不是所有的教育理念都能被成功SDE化，只有那些本身就具有结构清晰性的理念才能顺利通过这一关。</w:t>
      </w:r>
    </w:p>
    <w:p>
      <w:pPr/>
      <w:r>
        <w:t>第二个转折点是"从蓝图到原型"的转折。蓝图上的一切看起来都很完美，但原型会残酷地暴露蓝图中的问题。最常见的问题是：S设计得太复杂，导致系统难以实现；D设计得太理想，忽略了现实约束；E设计得太丰满，数据在早期根本收集不到。原型阶段的核心任务是"做减法"——把蓝图中不必要的复杂性剔除，只保留最小可行的SDE。</w:t>
      </w:r>
    </w:p>
    <w:p>
      <w:pPr/>
      <w:r>
        <w:t>第三个转折点是"从产品到平台"的转折。一个服务一千个学生的教育APP和一个服务一百万学生的教育平台，不只是用户数量的区别，而是本体级别的跃迁。平台需要处理多教师协同、多内容源整合、多角色权限管理、多数据流交汇等复杂问题，这些都是单一产品不需要面对的。从产品到平台的跃迁，往往需要对S进行根本性的重新设计——不是在原有S上加模块，而是重新定义S以适应平台级的复杂性。</w:t>
      </w:r>
    </w:p>
    <w:p>
      <w:pPr/>
      <w:r>
        <w:t>全链示范中的S层"知识母体节点"设计：每个知识点不是孤立词条，而是包含核心定义、前置依赖、后续展开、难度层级、多种呈现方式的结构化实体。E层"动态画像"机制：画像不是一次性测评后生成的静态标签，而是随每次学习行为实时更新的动态模型——每次完成学习任务都更新认知边界、遗忘曲线、偏好漂移和动机水平。D层"路径重算"逻辑：检测到卡住时不是简单重复讲解，而是分析原因（前置知识不牢？呈现方式不合适？动机下降？），生成绕道路径。经济学验证：S标准化可复制，D由AI自动计算，增加一个个性化学生的边际成本趋零。</w:t>
      </w:r>
    </w:p>
    <w:p>
      <w:pPr/>
      <w:r>
        <w:t>本章以个性化教育为案例完整演示一个SDE系统如何从思想出发经过全链条最终成为可运行的平台。S层知识母机的标准化骨架：将知识体系解构为细颗粒度的"母体节点"每个节点包含核心定义、前置依赖、后续路径、难度层级和多种呈现方式。定义知识点之间的依赖跨度与层级关系。建立标准化的能力度量尺。S层的标准化确保系统可支撑大规模用户而不坍塌。E层学生的特征纠缠场：现实界（E1）——学生目前的认知边界、遗忘曲线、学习时长约束。理念界（E2）——学生的兴趣偏好如通过科幻故事学物理还是通过历史学物理。自我界（E3）——学习动机、情绪波动与信心水平。E层不是静态"用户画像"而是与系统深度纠缠实时变化的动态世界。D层个性化路径的自动生成：应用D2六步法——猜想基于E层状态生成适合该学生的学习路径；执行通过GPT实时转译的个性化内容进行交付；评估即时监测学习效果；反馈如果学生在某处卡住路径立即重算；修正调整难度节奏和方法；迭代进入下一轮学习循环。经济学验证：S标准化可复制，D由AI自动计算，增加一个个性化学生的边际成本趋零——这就在一个具体案例中验证了规模化与个性化被解绑了。</w:t>
      </w:r>
    </w:p>
    <w:p>
      <w:pPr/>
      <w:r>
        <w:t>从哲学到平台的完整链条在这个案例中被完整验证：教育思想（SDE哲学语言）→知识分类学（SDE科学语言）→学习路径设计（SDE工程语言）→数字化（数字SDE）→蓝图设计→原型（第一版个性化学习APP）→数据库世界（学生画像学习历史三界沉积）→代码显影→平台（可承载百万级用户的个性化教育系统）。这个案例中有三个关键转折点。第一个"从哲学到科学"的转折——教育思想层面的判断必须被转化为可操作的概念结构，不是所有的教育理念都能被成功SDE化只有那些本身就具有结构清晰性的理念才能顺利通过这一关。第二个"从蓝图到原型"的转折——蓝图上的一切看起来都很完美但原型会残酷地暴露蓝图中的问题，原型阶段的核心任务是"做减法"——把蓝图中不必要的复杂性剔除只保留最小可行的SDE。第三个"从产品到平台"的转折——一个服务一千个学生的教育APP和一个服务一百万学生的教育平台不只是用户数量的区别而是本体级别的跃迁，从产品到平台的跃迁往往需要对S进行根本性的重新设计。这个案例证明：SDE不只是理论框架而是可直接建造AI文明的在场性结构。第一编到第五编的全部论证在这一个案例中被完整验证。</w:t>
      </w:r>
    </w:p>
    <w:p>
      <w:pPr/>
      <w:r>
        <w:t>全链示范中的经济学验证值得更详细地展开。传统个性化教育为什么昂贵？因为"理解每个学生"需要人工——一个优秀的家教需要长时间观察一个学生，才能了解这个学生的知识盲点、学习节奏、兴趣偏好和心理状态，然后根据这些理解设计个性化的教学方案。这个过程是劳动密集型的，边际成本几乎不递减——每增加一个学生就需要增加一个家教的时间。SDE教育系统把这个过程的成本结构彻底改变了。S层（知识母体节点）只需要建设一次——这是一笔固定投入，但一旦建好就可以服务无限多的学生。E层（学生画像）的数据收集和更新由系统自动完成——每个学生使用系统时，系统就在自动积累对他的理解，不需要人工观察。D层（路径生成）由AI算法自动计算——不需要人类教师为每个学生单独设计方案。因此，系统服务第一个学生时需要大量投入（建设S层、开发D层算法、设计E层机制），但从第二个学生开始，边际成本急剧下降。服务第一百万个学生的成本可能只比服务第一个学生多出不到百分之一。这就是"差异价值的工业化"在一个具体领域中的精确含义——不是标准化，而是个性化，但成本结构却像工业化一样边际递减。</w:t>
      </w:r>
    </w:p>
    <w:p>
      <w:pPr/>
      <w:r>
        <w:t>三大领域的E点火与SDE结构化拆解，是全链示范的核心实证。</w:t>
      </w:r>
    </w:p>
    <w:p>
      <w:pPr/>
      <w:r>
        <w:t>教育领域的E点火源于一个深刻的悖论：在信息爆炸的2026年，获取知识的成本已趋近于零，但教育的获益效率却在下降。真实困惑是：为什么同一个班级的学生，面对同一套精美的课件，有人如鱼得水，有人如坐针毡？深层纠缠在于传统教育将学生视为标准化的容器，忽略了每个人独特的认知边界、遗忘曲线和情绪动机。这种对个体差异的抹杀，是工业文明留给教育最大的负资产。点火结论是：教育的核心不再是传递相同的内容，而是为不同的灵魂生成不同的路径。S层显影为知识母体网络——不再是线性的课表，而是由细颗粒度母体节点组成的知识图谱，节点间的依赖、跨度与层级构成了教育世界的数字骨架。D层显影为自适应生长路径——应用D2六步法：系统先猜想一条路径→学生执行学习→传感器评估状态→实时反馈→算法修正路径→持续迭代。如果学生在"分数的乘法"卡住，D层会自动重算，可能是回退到"面积模型"重新推导，而非机械重复讲解。E层显影为学生的数值传记——E1现实界沉积客观的学习时长、正确率、疲劳点数据；E2理念界沉积系统运行的教育逻辑；E3自我界沉积主观的信心水平、偏好特征以及动机波动。</w:t>
      </w:r>
    </w:p>
    <w:p>
      <w:pPr/>
      <w:r>
        <w:t>医疗领域的E点火来自于对标准化诊疗指南局限性的反思。真实困惑是：同样的高血压诊断，同样的药物剂量，为什么有人效果显著，有人却产生严重的副作用？深层纠缠在于人不是机器，人的健康是由基因、代谢、环境、心理高度纠缠而成的复杂系统。传统医疗是对症下药，而AI文明的医疗应是对人下药。点火结论是：健康的核心产出不再是治疗方案，而是个体差异适配系统。S层显影为人体系统模型——建立心-脑-肠等多轴联动的结构骨架，而非孤立的科室划分。D层显影为动态干预算法——D1方向追求幸福律，即健康管理不应增加病人的焦虑而应提升生活质量。运行逻辑根据穿戴设备捕捉的实时差异动态调整干预策略，实现最小损耗的精准修复。E层显影为健康数字孪生——E1现实界沉积血氧、步数、睡眠分期等实时生理流数据；E2理念界沉积医学常识与专家系统规则；E3自我界沉积患者的主观疲劳感、精力水平和对健康的自我预期。</w:t>
      </w:r>
    </w:p>
    <w:p>
      <w:pPr/>
      <w:r>
        <w:t>管理领域的E点火源于工业时代泰勒制与数字时代创造力的冲突。真实困惑是：为什么最先进的ERP系统让流程变得完美，却让员工变得像机器，组织的灵活性彻底丧失？深层纠缠在于组织不是由标准岗位组成的，而是由具有不同特质、不同能量、不同纠缠关系的人组成的。统一的KPI是平庸的加速器。点火结论是：管理的目标不再是让所有人做相同的事，而是让不同的团队以不同的方式高效运转。S层显影为动态组织骨架——定义核心实体（团队、项目、客户、产品线）及其动态拓扑关系。D层显影为自组织运行流——不同团队适配不同D路径：创新团队获得自由律优先的灵活迭代流，运营团队获得最小误差优先的稳定执行流。E层显影为组织内能场——E1现实界沉积协作频率、产出周期、资源消耗等客观事实；E2理念界沉积企业的文化准则、合规边界、分权规则；E3能量层识别实体的内能（专业声誉）、动能（当前活跃度）与势能（在生态中的影响力）。</w:t>
      </w:r>
    </w:p>
    <w:p>
      <w:pPr/>
      <w:r>
        <w:t>三个领域的E点火揭示了同一个财富图景：未来最值钱的不是课件、药方或流程手册，而是那些能够针对不同E自动生成D路径的SDE母机。由于S只需建设一次，D由AI自动计算，E随使用自动沉积，个性化服务的边际成本发生了历史性跌落。从思想到软件，从软件到平台，从平台到财富——当你完成了E点火，你实际上已经握住了AI文明的入场券。</w:t>
      </w:r>
    </w:p>
    <w:p>
      <w:pPr/>
      <w:r>
        <w:t>思想工程师的完整培养方案、五级能力矩阵、课程重组方案和教育改革可行性评估问卷，见附录四。</w:t>
      </w:r>
    </w:p>
    <w:p>
      <w:pPr/>
      <w:r>
        <w:t>在教育领域的全链示范旁边，必须同时展示三种典型的失败模式，因为只有看到"做错会怎样"才能真正理解"做对为什么重要"。</w:t>
      </w:r>
    </w:p>
    <w:p>
      <w:pPr/>
      <w:r>
        <w:t>失败模式一：只有S没有D。系统建立了完整的知识节点结构——三千个节点、清晰的依赖关系、漂亮的知识图谱——但没有为不同学生生成不同路径的D引擎。结果：所有学生看到的是同一张知识地图，系统变成了"比传统目录更漂亮的目录"。用户反馈："信息很丰富但我不知道该学什么。"</w:t>
      </w:r>
    </w:p>
    <w:p>
      <w:pPr/>
      <w:r>
        <w:t>失败模式二：有S和D但没有E。系统不仅有知识结构，还有路径生成算法，能为每个学生推荐学习路线。但系统不记录学生的学习行为，不积累画像，每次登录都是全新开始。结果：推荐永远基于初始问卷而非真实使用数据，精准度无法提升。用户反馈："系统不认识我，每次都像第一次见面。"</w:t>
      </w:r>
    </w:p>
    <w:p>
      <w:pPr/>
      <w:r>
        <w:t>失败模式三：S/D/E都有但E沉积规则设计错误。系统记录了大量数据，但画像更新逻辑有问题——比如只根据最近三天的行为更新画像，完全忽略长期趋势。结果：学生偶尔浏览了一次历史内容，系统就把他标记为"对历史感兴趣"，疯狂推荐历史内容，而学生真正的兴趣是数学。用户反馈："系统越用越不懂我。"</w:t>
      </w:r>
    </w:p>
    <w:p>
      <w:pPr/>
      <w:r>
        <w:t>三种失败模式的共同教训是：S、D、E三者必须同时在场且互相校准——缺任何一个维度，或者任何一个维度的设计有结构性缺陷，系统都无法成为真正的个性化自动化系统。</w:t>
      </w:r>
    </w:p>
    <w:p>
      <w:pPr>
        <w:pStyle w:val="Heading1"/>
      </w:pPr>
      <w:r>
        <w:t>总结论</w:t>
      </w:r>
    </w:p>
    <w:p>
      <w:pPr>
        <w:pStyle w:val="Heading1"/>
      </w:pPr>
      <w:r>
        <w:t>第四十四章  思想为王，思想是黄金</w:t>
      </w:r>
    </w:p>
    <w:p>
      <w:pPr/>
      <w:r>
        <w:t>本书的全部论证可以压缩为一个核心判断：在GPT时代，思想进入数字化，并通过个性化自动化经济产生规模化的差异价值。因此，思想不再只是学术界的奢侈品，而成为了最高级的经济资产。</w:t>
      </w:r>
    </w:p>
    <w:p>
      <w:pPr/>
      <w:r>
        <w:t>中介层正在贬值。代码可以被GPT大量生成，内容可以被AI快速产出，格式化的分析报告可以被自动完成。一切处于"源头与终端之间"的中间环节，都在被加速压缩。但源头层正在升值。原创的思想系统、独特的SDE结构定义、不可替代的价值判断——这些越来越成为稀缺资源。大模型越强，越会把"源头思想质量"的差异放大：好的思想被加速放大，平庸的思想被加速淘汰。</w:t>
      </w:r>
    </w:p>
    <w:p>
      <w:pPr/>
      <w:r>
        <w:t>专著在这个框架中具有了全新的意义。一本专著不再只是"把知识写下来"的文化行为，而成为了"本体代码"——它是思想系统的最高压缩形态，是后续一切软件化、平台化、产业化的上游生成器。从一本专著出发，可以展开为科学论文、工程方案、蓝图设计、原型产品、数据库系统和平台生态。专著是种子，SDE是土壤，GPT是阳光雨水，APP是果实，平台是森林。</w:t>
      </w:r>
    </w:p>
    <w:p>
      <w:pPr/>
      <w:r>
        <w:t>"专著作为本体代码"这个判断需要被更充分地论证。在传统出版体系中，一本专著的生命周期大致是：写作→出版→销售→阅读→引用→经典化或遗忘。整个过程发生在"理解"的层面——读者理解了作者的思想，然后这种理解或者影响了后续的思考，或者随时间淡忘。</w:t>
      </w:r>
    </w:p>
    <w:p>
      <w:pPr/>
      <w:r>
        <w:t>在SDE框架下，专著的角色发生了根本性的改变。一本SDE化的专著不只是"把思想写下来"，而是一份"本体代码"——它包含了一个思想系统的完整S（概念结构体系）、完整D（操作流程和方法论）和完整E（适用的场景、对象和约束条件）。从这份"本体代码"出发，可以展开为科学论文（提取S的局部结构深入研究）、工程方案（基于D的流程设计具体系统）、蓝图设计（把S/D/E压成软件蓝图）、原型产品（第一版APP）、平台生态（大规模SDE集群）。</w:t>
      </w:r>
    </w:p>
    <w:p>
      <w:pPr/>
      <w:r>
        <w:t>也就是说，专著不再是思想的终点，而是思想进入软件化、平台化和产业化的起点。一本书不是"被读完就结束"，而是"被读完之后开始长出数字身体"。这就是"思想进入数字化"这个总序命题在出版领域的具体体现。</w:t>
      </w:r>
    </w:p>
    <w:p>
      <w:pPr/>
      <w:r>
        <w:t>本书本身就是这个判断的一个实例。它不只是在论证"思想可以变成软件和平台"这个观点，它本身就是SDE思想体系的一份本体代码。从本书出发，SDE方法论可以被展开为具体领域的科研创新操作卡，可以被压缩为三模型协同SOP，可以被转化为SDE教育系统的蓝图，可以被实现为个性化自动化软件产品。专著＝本体代码，这不是比喻，而是本体判断。</w:t>
      </w:r>
    </w:p>
    <w:p>
      <w:pPr/>
      <w:r>
        <w:t>"思想为王"的判断在GPT时代还有一个更深层的含义：大模型越强，思想的"放大倍数"就越大，但放大是双向的——好思想被放大为好系统，坏思想被放大为坏系统。一个结构混乱的思想被GPT加速展开，结果不是混乱消失了，而是混乱被更快更大规模地显影了。一个有深层缺陷的教育理念被做成SDE系统，缺陷不会因为系统化而消失，反而会以系统化的方式影响更多人。</w:t>
      </w:r>
    </w:p>
    <w:p>
      <w:pPr/>
      <w:r>
        <w:t>因此"思想为王"不只是一个财富判断，也是一个责任判断。源头越有权力，源头就越必须更清楚、更稳定、更真实。一个拥有标准权、接口权和平台秩序权的思想工程师，他的思想质量直接决定了数以百万计的用户获得什么样的服务。如果他的S有缺陷，所有用户都会受到影响；如果他的D有偏差，所有路径都会跑偏；如果他的E设计有漏洞，所有用户的数据都可能被滥用。</w:t>
      </w:r>
    </w:p>
    <w:p>
      <w:pPr/>
      <w:r>
        <w:t>新的王者伦理由此产生：掌握思想权力的人必须比任何人都更严格地审视自己的思想系统——不是因为别人要求他这样做，而是因为SDE的放大效应使得思想缺陷的后果被指数级放大。真善美检验不是装饰，而是必要的权力约束。</w:t>
      </w:r>
    </w:p>
    <w:p>
      <w:pPr/>
      <w:r>
        <w:t>"思想为王"不只是财富判断，也是责任判断。源头越有权力，源头就越必须更清楚、更稳定、更真实。一个拥有标准权、接口权和平台秩序权的思想工程师，他的思想质量直接决定了百万计用户获得什么服务。如果S有缺陷所有用户受影响，如果D有偏差所有路径跑偏，如果E设计有漏洞所有数据可能被滥用。新的王者伦理：掌握思想权力的人必须比任何人都更严格地审视自己的思想系统。SDE的放大效应使得思想缺陷的后果被指数级放大。真善美检验不是装饰，而是必要的权力约束。专著在这个框架中获得了全新意义——它是思想系统的最高压缩形态，是"本体代码"，是后续一切软件化、平台化、产业化的上游生成器。</w:t>
      </w:r>
    </w:p>
    <w:p>
      <w:pPr/>
      <w:r>
        <w:t>中介层正在贬值——代码可以被GPT大量生成，内容可以被AI快速产出，格式化的分析报告可以被自动完成。一切处于"源头与终端之间"的中间环节都在被加速压缩。但源头层正在升值——原创的思想系统、独特的SDE结构定义、不可替代的价值判断越来越成为稀缺资源。大模型越强越会把"源头思想质量"的差异放大：好的思想被加速放大平庸的思想被加速淘汰。专著在这个框架中具有了全新的意义——一本专著不再只是"把知识写下来"的文化行为而成为了"本体代码"。它是思想系统的最高压缩形态是后续一切软件化平台化产业化的上游生成器。从一本专著出发可以展开为科学论文、工程方案、蓝图设计、原型产品、数据库系统和平台生态。专著是种子，SDE是土壤，GPT是阳光雨水，APP是果实，平台是森林。"思想为王"不只是财富判断也是责任判断——源头越有权力源头就越必须更清楚更稳定更真实。SDE的放大效应使得思想缺陷的后果被指数级放大。真善美检验不是装饰而是必要的权力约束。</w:t>
      </w:r>
    </w:p>
    <w:p>
      <w:pPr/>
      <w:r>
        <w:t>未来十年最值钱的不是会写代码的人而是那些能"定义世界秩序"的思想工程师。他们负责在本体层（S/D/E）工作指挥AI显影世界。专著在这个框架中获得了全新的意义——一本专著不再只是"把知识写下来"的文化行为而成为了思想系统的最高压缩形态即"本体代码"。从本体代码出发可以展开为科学论文工程方案蓝图设计原型产品数据库系统和平台生态。专著是种子SDE是土壤GPT是阳光雨水APP是果实平台是森林。王德生的52本专著[1]-[10]不只是学术出版而是52个潜在的数字SDE种子——每一本专著都可以成为一套SDE软件系统的本体代码源头。这种理解在GPT时代尤其重要：GPT可以帮助快速地从专著展开到软件但它不能替代专著的写作。本体代码必须由人来写。这也解释了为什么SDE跨领域扩张的边际成本是递减的——每进入一个新领域速度更快质量更高因为SDE作为元方法论已经在前面的领域中被反复验证和强化了。</w:t>
      </w:r>
    </w:p>
    <w:p>
      <w:pPr/>
      <w:r>
        <w:t>专著在SDE框架中获得了一种全新的理解。传统上，专著被视为知识传播的载体——把研究者的发现和思考传递给读者。但在SDE框架中，专著的本质是"本体代码"——它是思想系统的最高压缩形态。一本SDE专著不是"把知识写下来"的文化行为，而是在用自然语言定义一个领域的数字SDE结构。从一本专著出发，可以展开为科学论文（从总纲词到概念结构体系），可以展开为工程方案（从概念到D1/D2/D3的具体化），可以展开为蓝图设计（从工程到数字SDE），可以展开为原型产品，可以展开为平台生态。专著是种子，SDE是土壤，GPT是阳光雨水，APP是果实，平台是森林。王德生的52本专著不只是学术出版，而是52个潜在的数字SDE种子——每一本专著都可以成为一套SDE软件系统的本体代码源头。这种理解在GPT时代尤其重要：GPT可以帮助快速从专著展开到软件，但它不能替代专著的写作。本体代码必须由人来写。</w:t>
      </w:r>
    </w:p>
    <w:p>
      <w:pPr/>
      <w:r>
        <w:t>思想工程师与传统角色的差别必须被更精确地刻画。产品经理处理的是需求层——他关心的是用户要什么、市场需要什么、竞争对手在做什么。产品经理的核心能力是"理解需求并组织资源去满足需求"。架构师处理的是技术层——他关心的是系统怎么搭建、代码怎么组织、性能怎么优化、扩展性怎么保证。架构师的核心能力是"在技术约束下设计最优系统结构"。思想工程师处理的则是本体层——他关心的不是"用户要什么"（这是需求层），也不是"系统怎么搭"（这是技术层），而是"这个领域应该怎样被重新定义"。他的工作不是满足已有需求，而是重新定义"什么才是真正的需求"——通过SDE解构，揭示这个领域中被传统框架遮蔽的结构盲区差异路径和纠缠可能性。产品经理看到的世界是"用户说了什么"，架构师看到的世界是"技术能做什么"，思想工程师看到的世界是"这个领域的SDE真正应该是什么样"。三者的差别不是能力高低，而是工作层级不同。产品经理在需求层工作——他的天花板是需求的天花板。架构师在技术层工作——他的天花板是技术的天花板。思想工程师在本体层工作——他的天花板是思想的天花板。在GPT时代，需求层和技术层的工作正在被大模型大规模承包：GPT可以帮你做用户调研分析，可以帮你设计系统架构，可以帮你写代码。但本体层的工作不能被承包——因为"这个领域应该怎样被重新定义"这个问题没有现成答案，它需要的是原创性的本体判断。这就是为什么思想工程师在GPT时代反而变得更稀缺——GPT越强，需求层和技术层的人力供给就越充裕（因为GPT在帮忙），而本体层的人力需求不但没有减少反而在增加（因为GPT打开了更多需要本体定义的新领域）。</w:t>
      </w:r>
    </w:p>
    <w:p>
      <w:pPr/>
      <w:r>
        <w:t>AI文明时代，什么才算能力、什么才算成果、什么才算财富——这三个问题的答案正在发生根本性的重写。传统能力观建立在"掌握技能"之上——会编程、会设计、会管理、会营销、会写作。这些技能当然仍然有用，但它们有一个共同特征：可以被明确描述。而在GPT时代，任何可以被明确描述的技能都有可能在几年内被AI承包。因此真正不贬值的能力不再是技能本身，而是三种元能力：看见结构的能力（S判断力）——面对一个混沌的领域能迅速识别其核心对象、关系网络和层级结构；设计路径的能力（D设计力）——能为不同场景不同对象设计出不同的差异化运行方案；构造世界的能力（E建造力）——能设计数据沉积规则、画像系统和三界结构，让系统"越用越好"。这三种元能力无法被GPT替代，因为它们处于"告诉GPT做什么"的上游而不是"被GPT做"的下游。传统成果观建立在"产出物"之上——论文数量、专利数量、产品数量、营收数额。这些指标衡量的是"你完成了多少个独立的产出"。但在个性化自动化时代，最有价值的成果不是某一个产品，而是一套能持续生成产品的母体系统。一篇论文是一次性的知识化石，一个SDE科研母机是持续运转的知识生命体。一个APP是一个产品，一套SDE教育系统是一座可以不断长出新APP的工厂。因此新的成果评价标准应该从"你产出了多少"转向"你建立了什么样的母体"——母体的质量决定了未来所有产出的质量上限。传统财富观建立在"占有资产"之上——拥有工厂、拥有股权、拥有品牌、拥有用户。在SDE框架下最深层的财富不是占有某个产品或平台，而是掌握定义世界的权力——标准定义权让你决定"这个领域的规则是什么"，接口权让你控制"用户要获得服务必须通过谁"，平台秩序权让你管理"生态如何演化"。这三种权力不是通过购买获得的，而是通过建立和验证原创思想系统获得的。未来最稀缺的人不是会写代码的人，而是能提出总纲词、设定房角石、组织S/D/E三维的思想工程师。思想工程师与传统程序员的区别不在于技术水平高低，而在于工作层级不同：程序员在代码层工作，思想工程师在本体层工作。程序员的问题是"这段逻辑怎么实现"，思想工程师的问题是"思想进入数字化"。程序员的产出是代码文件，思想工程师的产出是SDE定义——它决定了后续一切代码的方向和质量。与传统产品经理的区别同样明确：产品经理从需求出发——"用户要什么"；思想工程师从本体出发——"这个领域的真实结构是什么"。需求常常是表面的（用户说想要更快的马），本体判断才是深层的（用户真正需要的是更高效的移动方式）。教育制度的重写不是简单地"让学校用AI教学"，而是改变教育的基本目标：从"传递知识"转向"培养SDE式元能力"。具体方案：中学阶段引入"系统思维基础课"——不是教编程语法，而是教如何看见一个系统的结构、流程和世界；大学计算机专业围绕三维重组——S教育（软件结构学）、D教育（软件运行学）、E教育（软件世界学）；研究生阶段开设"SDE跨领域创新方法论"。企业组织的重写不是简单地"让企业用AI工具"，而是改变企业的组织方式：从"围绕产品线分工"转向"围绕SDE分工"——SDE定义组负责维护核心思想系统，GPT协同组负责用大模型加速展开，平台运营组负责培育用户生态和管理E沉积。评价体系的重写必须同步进行：员工评价从"完成了多少任务"转向"建立了多少可复用的SDE结构"；产品评价从"有多少功能"转向"E层沉积了多深"；企业估值从"有多少用户"转向"思想系统的母体能力有多强"；科研评价从"发了多少论文"转向"建立了什么样的知识母机"。只有当能力观、成果观和财富观同时被重写，教育制度、企业组织和评价体系同时被改革，AI文明的操作系统才能真正从技术可能性变成社会现实。制度改变是最慢发生的，但也是最深层的——它决定了社会在未来二十年培养什么样的人、奖励什么样的成果、积累什么样的财富。如果制度不变，即便技术已经进入AI文明，社会的人才结构仍然停留在工业文明的水平。这就是为什么第五编的制度化收束不是"锦上添花"，而是整部书真正的最高落点。</w:t>
      </w:r>
    </w:p>
    <w:p>
      <w:pPr>
        <w:pStyle w:val="Heading1"/>
      </w:pPr>
      <w:r>
        <w:t>第四十五章  未来十年最稀缺的人：思想工程师</w:t>
      </w:r>
    </w:p>
    <w:p>
      <w:pPr/>
      <w:r>
        <w:t>产品经理处理需求层——他关心的是用户要什么、市场需要什么、竞争对手在做什么。架构师处理技术层——他关心的是系统怎么搭建、代码怎么组织、性能怎么优化。思想工程师处理本体层——他关心的是思想进入数字化、核心对象到底是什么、S/D/E的真正结构是什么。思想工程师定义的不是功能清单，而是世界规则。</w:t>
      </w:r>
    </w:p>
    <w:p>
      <w:pPr/>
      <w:r>
        <w:t>十种最值钱的人：原创思想系统发明者——从虚无中创造出新的SDE母体。思想工程师——把原创思想压成可运行的SDE结构。GPT协作架构师——高效调度人机协同的SDE展开流程。数字SDE架构者——设计从蓝图到原型的完整数字SDE体系。隐藏系统建造者——在教育、医疗等领域构建不可见的运行逻辑。平台秩序设计者——定义平台中的标准权、接口权和秩序权。跨界母体整合者——把不同领域的SDE结构进行跨域融合。高信任知识品牌铸造者——让思想系统获得公众信任和长期认可。系统化教育者——训练下一代思想工程师。文明级新工具创造者——建造服务于AI文明运行的基础设施。</w:t>
      </w:r>
    </w:p>
    <w:p>
      <w:pPr/>
      <w:r>
        <w:t>本书实操入口：研究者可以从第四十章的SDE科研创新操作卡入手；AI使用者可以从第四十一章的三模型协同SOP入手；创业者可以从结语的财富五问自检入手；企业家可以从第二十五章的SDE软件产业母机框架入手；实操者可以从第四十三章的全链示范案例入手。</w:t>
      </w:r>
    </w:p>
    <w:p>
      <w:pPr/>
      <w:r>
        <w:t>---</w:t>
      </w:r>
    </w:p>
    <w:p>
      <w:pPr/>
      <w:r>
        <w:t>思想工程师与产品经理和架构师的区别必须被更精确地刻画，因为这三个角色在表面上有很多重叠。</w:t>
      </w:r>
    </w:p>
    <w:p>
      <w:pPr/>
      <w:r>
        <w:t>产品经理的核心问题是"用户要什么"。他通过用户调研、数据分析和竞品比较来回答这个问题。他的思维起点是市场需求——需求在先，产品在后。架构师的核心问题是"系统怎么建"。他通过技术选型、系统设计和性能优化来回答这个问题。他的思维起点是技术约束——约束在先，方案在后。</w:t>
      </w:r>
    </w:p>
    <w:p>
      <w:pPr/>
      <w:r>
        <w:t>思想工程师的核心问题完全不同。他问的不是"用户要什么"（那可能只是旧世界的惯性需求），也不是"系统怎么建"（那是在已有定义下的技术实现），而是"思想进入数字化"。他的思维起点是本体判断——世界应该长什么样，在先；需求和技术，在后。</w:t>
      </w:r>
    </w:p>
    <w:p>
      <w:pPr/>
      <w:r>
        <w:t>一个教育领域的产品经理会问："学生和家长最想要什么功能？"一个教育领域的架构师会问："这个功能用什么技术实现最好？"一个教育领域的思想工程师会问："教育的核心对象应该被怎样重新定义？学习路径应该以什么结构组织？教育系统的SDE是什么？"三者的区别不在于谁更"厉害"，而在于他们工作在不同的层面上。产品经理工作在需求层，架构师工作在技术层，思想工程师工作在本体层。</w:t>
      </w:r>
    </w:p>
    <w:p>
      <w:pPr/>
      <w:r>
        <w:t>GPT时代之所以让思想工程师变得最稀缺，是因为GPT可以在相当程度上辅助产品经理的工作（用户调研可以用AI加速，竞品分析可以用AI辅助），也可以在很大程度上辅助架构师的工作（技术选型可以用AI推荐，代码实现可以用AI生成），但GPT几乎无法替代思想工程师的工作——因为"思想进入数字化"是一个本体判断，需要长期深入一个领域的真实经验，需要对世界的独特理解方式，需要SDE方法论的系统训练。这些东西不在GPT的训练数据中，因为它们还没有被任何人写出来——它们正在被创造。</w:t>
      </w:r>
    </w:p>
    <w:p>
      <w:pPr/>
      <w:r>
        <w:t>十种人的具体能力图谱中，前三种构成核心三角：原创思想系统发明者负责创造SDE母体，思想工程师负责把母体压成可运行结构，GPT协作架构师负责高效调度人机协同。数字SDE架构者和隐藏系统建造者构成工程二人组。平台秩序设计者和跨界母体整合者构成平台二人组。高信任知识品牌铸造者和系统化教育者构成传播二人组。文明级新工具创造者是独立的第十种人。这十种人不是互相竞争的，而是互相依赖的。缺少任何一种，从思想到文明的链条就不完整。本书的实操入口：研究者从第四十章的科研创新操作卡入手；AI使用者从第四十一章的三模型协同SOP入手；创业者从结语的财富五问自检入手；企业家从第二十五章的产业母机框架入手；实操者从第四十三章的全链示范入手。</w:t>
      </w:r>
    </w:p>
    <w:p>
      <w:pPr/>
      <w:r>
        <w:t>产品经理处理需求层——他关心的是用户要什么、市场需要什么、竞争对手在做什么。架构师处理技术层——他关心的是系统怎么搭建、代码怎么组织、性能怎么优化。思想工程师处理本体层——他关心的是思想进入数字化、核心对象到底是什么、S/D/E的真正结构是什么。思想工程师定义的不是功能清单而是世界规则。十种最值钱的人中前三种构成核心三角：原创思想系统发明者负责创造SDE母体，思想工程师负责把母体压成可运行结构，GPT协作架构师负责高效调度人机协同。数字SDE架构者和隐藏系统建造者构成工程二人组。平台秩序设计者和跨界母体整合者构成平台二人组。高信任知识品牌铸造者和系统化教育者构成传播二人组。文明级新工具创造者是独立的第十种人——他们不是在已有框架内工作而是为AI文明建造新的基础设施。这十种人不是互相竞争的而是互相依赖的——缺少任何一种从思想到文明的链条就不完整。</w:t>
      </w:r>
    </w:p>
    <w:p>
      <w:pPr/>
      <w:r>
        <w:t>本书的实操入口是多维的：研究者可以从第四十章的SDE科研创新操作卡入手——E点火→S扫描→SDE批判→D开路→S重建→真善美检验；AI使用者可以从第四十一章的三模型协同SOP入手——GPT起E→Claude定S→Gemini展D→中华逻辑校正；创业者可以从结语的财富五问自检入手——母体是否原创？是否SDE化？能否成为产业母机？是否具备平台化潜力？能否进入文明运行？企业家可以从第二十五章的SDE软件产业母机框架入手——单点验证→产线化→平台化；实操者可以从第四十三章的全链示范案例入手——从S层知识母体节点设计到E层动态画像到D层路径重算逻辑的完整工程细节。每一个入口都通向同一条总链——从思想到软件到平台到财富到文明。无论从哪里进入最终都需要通读全书因为五编之间的递进关系本身就是SDE发生链的体现。</w:t>
      </w:r>
    </w:p>
    <w:p>
      <w:pPr/>
      <w:r>
        <w:t>思想工程师与产品经理和架构师的区别可以用一个建筑比喻来说明。产品经理像室内设计师——他关心的是房间怎么布置才好看好用，用户走进来感觉怎么样。架构师像结构工程师——他关心的是梁柱怎么搭才承重，钢筋水泥怎么配才牢固。思想工程师像城市规划师——他关心的不是某一栋楼怎么盖，而是这个城市的整体布局应该怎样、道路系统应该怎样、功能区划应该怎样、人口流动应该怎样、城市的长期演化方向应该怎样。产品经理在建筑内部工作，架构师在建筑结构上工作，思想工程师在城市规划层面工作。未来十年最稀缺的人不是更好的室内设计师，也不是更好的结构工程师——GPT已经在帮助完成这些工作。最稀缺的是那些能在城市规划层面定义数字世界的人——他们决定的不是某个产品长什么样，而是一个领域的数字生态应该怎样运行。这种能力既需要深厚的领域积累（你必须在这个领域浸泡足够久才能理解它的深层结构），也需要SDE方法论的训练（你必须知道如何把深层理解转化为可运行的数字SDE），还需要GPT协同的实践能力（你必须能高效调度人机协作来加速整个过程）。三者缺一不可。</w:t>
      </w:r>
    </w:p>
    <w:p>
      <w:pPr/>
      <w:r>
        <w:t>AI文明时代，什么才算能力、成果与财富？传统能力观建立在"掌握技能"之上——会编程、会设计、会管理、会营销。但在GPT时代，技能的保质期急剧缩短，任何可以被明确描述的技能都有可能在几年内被AI承包。真正不贬值的能力不是技能而是三种元能力：看见结构的能力（S判断力）、设计路径的能力（D设计力）、构造世界的能力（E建造力）。这三种能力无法被GPT替代，因为它们处于"告诉GPT做什么"的上游，而不是"被GPT做"的下游。</w:t>
      </w:r>
    </w:p>
    <w:p>
      <w:pPr/>
      <w:r>
        <w:t>传统成果观建立在"产出物"之上——论文数量、专利数量、产品数量、收入数量。但在个性化自动化时代，最有价值的成果不是某一个产品，而是一套能持续生成产品的母体系统。一篇论文是一次性的产出，一个SDE科研母机是持续性的产出源。一个APP是一个产品，一套SDE教育系统是一座可以不断长出新APP的工厂。因此，新的成果评价标准应该从"你产出了多少"转向"你建立了什么样的母体"。</w:t>
      </w:r>
    </w:p>
    <w:p>
      <w:pPr/>
      <w:r>
        <w:t>传统财富观建立在"占有资产"之上——拥有工厂、拥有股权、拥有品牌、拥有用户。但在SDE框架下，最深层的财富不是占有某个产品或平台，而是掌握定义世界的权力——标准定义权、接口权和平台秩序权。这三种权力不是通过购买获得的，而是通过建立和验证原创思想系统获得的。</w:t>
      </w:r>
    </w:p>
    <w:p>
      <w:pPr/>
      <w:r>
        <w:t>教育制度的具体重写方案：中学阶段应引入"SDE思维基础课"——不是教编程语法，而是教"如何看见一个系统的结构、流程和世界"。大学计算机专业应围绕三维重组——S教育（数据结构课升级为软件结构学）、D教育（算法课升级为软件运行学）、E教育（数据库课升级为软件世界学）。研究生阶段应开设"SDE跨领域创新方法论"——训练学生用SDE方法进入任何新领域做知识重构。</w:t>
      </w:r>
    </w:p>
    <w:p>
      <w:pPr/>
      <w:r>
        <w:t>企业组织的具体重写方案：传统的"研发部—市场部—运营部"三分法应转向"SDE定义组—GPT协同组—平台运营组"三分法。SDE定义组负责维护企业的核心思想系统——定义S标准、设计D路径、管理E沉积规则。GPT协同组负责用大模型加速展开——把SDE定义组的输出快速转化为产品原型、内容和代码。平台运营组负责培育用户生态——管理双边沉积、维护平台秩序、推动E层持续加深。</w:t>
      </w:r>
    </w:p>
    <w:p>
      <w:pPr/>
      <w:r>
        <w:t>评价体系的具体重写方案：员工评价应从"完成了多少任务"转向"建立了多少可复用的SDE结构"。产品评价应从"有多少功能"转向"E层沉积了多深"。企业估值应从"有多少用户"转向"思想系统的母体能力有多强"。科研评价应从"发了多少论文"转向"建立了什么样的知识母机"。</w:t>
      </w:r>
    </w:p>
    <w:p>
      <w:pPr/>
      <w:r>
        <w:t>十种最值钱的人不是一个随意的清单，而是一条从思想到文明的完整价值链上的十个关键角色。第一种：原创思想系统发明者——能够从领域浸泡中发现并压缩出全新的总纲词和本体框架。他们是整条链最上游的"源头创造者"。这种人最稀缺也最不可替代。第二种：思想工程师——能够把原创思想系统压成可运行的SDE结构。他们不是思想的发明者，而是思想的"结构化翻译者"——把模糊的洞察变成精确的S定义、清晰的D流程和具体的E世界描述。第三种：GPT协作架构师——能够高效驱动人机协同，让GPT在SDE框架下发挥最大展开力。他们不写代码但知道怎么让GPT写出最好的代码。第四种：数字SDE架构者——能够把SDE蓝图转化为实际运行的软件系统。他们是传统架构师的升级版——不只是搭技术架构，而是搭SDE三维架构。第五种：隐藏系统建造者——能够设计那些用户看不见但决定平台命运的底层系统：画像引擎、路径生成器、沉积规则、秩序协议。第六种：平台秩序设计者——能够设计平台中的多方利益平衡规则，让供给方需求方和平台方形成正和博弈。第七种：跨界母体整合者——能够把一套SDE思想系统从一个领域迁移到另一个领域，实现边际扩张成本递减。第八种：高信任知识品牌铸造者——能够围绕思想系统建立品牌信任，让用户和合作伙伴愿意长期接入。第九种：系统化教育者——能够把SDE方法论转化为可教可学的课程体系，培养下一代思想工程师。第十种：文明级新工具创造者——能够为AI文明建造全新的基础设施，而不只是在已有框架内工作。这十种人构成一条完整的价值链：发明者创造思想→工程师压成结构→架构师驱动GPT→建造者做出系统→设计者治理平台→整合者跨界扩张→品牌者建立信任→教育者培养人才→工具者建造基础设施。链条上每个角色都不可或缺。</w:t>
      </w:r>
    </w:p>
    <w:p>
      <w:pPr>
        <w:pStyle w:val="Heading1"/>
      </w:pPr>
      <w:r>
        <w:t>结语：从今天起，真正去问一个问题</w:t>
      </w:r>
    </w:p>
    <w:p>
      <w:pPr/>
      <w:r>
        <w:t>当你合上这本书，你面对的不再是一套需要被记忆的理论，而是一条需要被走过的路。这条路的起点是一个问题——你自己的那个问题：在这个时代，你到底有什么原创的思想，值得被做成软件和平台？</w:t>
      </w:r>
    </w:p>
    <w:p>
      <w:pPr/>
      <w:r>
        <w:t>全书最终提出五问，每一问对应一编的论证。</w:t>
      </w:r>
    </w:p>
    <w:p>
      <w:pPr/>
      <w:r>
        <w:t>第一问，这个思想是否原创到足以成为母体？母体不是指"世界上没人说过类似的话"，而是指"它有没有自己的S——一套独立的结构定义、对象体系和关系网络，不是从别人那里借来的，而是从自己的深层经验中长出来的"。如果你的思想只是对别人框架的重新排列，它就不是母体，只是子体。子体也有价值，但子体不能生长。</w:t>
      </w:r>
    </w:p>
    <w:p>
      <w:pPr/>
      <w:r>
        <w:t>第二问，它是否已经被SDE化到足以进入软件？一个被SDE化的思想，意味着它的核心对象被清晰识别（S），它解决问题的流程被明确定义（D），它适用的场景和对象特征被准确描述（E）。没有完成SDE化的思想，在GPT面前只是模糊的语义云——可以被高速搅动，但不能被压缩、显影和运行。</w:t>
      </w:r>
    </w:p>
    <w:p>
      <w:pPr/>
      <w:r>
        <w:t>第三问，它能否在个性化自动化经济中成为产业母机？这意味着它不是只能为少数人服务的高端定制品，而是可以通过SDE软件化，面对大量不同的对象自动生成不同的价值路径，并且这个过程的边际成本趋向于零。如果它只能一对一地解决问题，它就还不是产业母机。</w:t>
      </w:r>
    </w:p>
    <w:p>
      <w:pPr/>
      <w:r>
        <w:t>第四问，它是否具备平台化的潜力，能够捕获超额价值？这意味着围绕这个思想系统，可以形成标准定义权（谁来定义S）、接口权（谁来控制D的入口）和平台秩序权（谁来组织E的沉积），从而在长期社会运行中持续获得回报。</w:t>
      </w:r>
    </w:p>
    <w:p>
      <w:pPr/>
      <w:r>
        <w:t>第五问，它最终能否进入文明运行，成为AI时代操作系统的一部分？这是最高层的问题。它问的不是"能不能赚钱"，而是"它有没有可能改变一个领域甚至一个文明的运行方式"。只有到达这一层，思想才从"个人资产"升级为"文明基础设施"。</w:t>
      </w:r>
    </w:p>
    <w:p>
      <w:pPr/>
      <w:r>
        <w:t>这五个问题就是GPT时代一切实践之前的总提问。它们不是用来一次性回答的考试题，而是需要在每一天的工作中反复追问的校准工具。SDE负责定型，GPT负责加速，个性化自动化负责经济起飞。三个工具已经在你面前。</w:t>
      </w:r>
    </w:p>
    <w:p>
      <w:pPr/>
      <w:r>
        <w:t>接下来的问题，不是时代有没有机会，而是有没有人真正配得上这个机会。</w:t>
      </w:r>
    </w:p>
    <w:p>
      <w:pPr/>
      <w:r>
        <w:t>从今天起，真正去问一个问题。</w:t>
      </w:r>
    </w:p>
    <w:p>
      <w:pPr/>
      <w:r>
        <w:t>致每一个思想工作者：你可能是一个学者，在某个领域耕耘了二十年，有一套别人无法替代的深层理解。你可能是一个创业者，看到了一个别人没看到的市场机会，但还不知道怎么把直觉变成系统。你可能是一个教师，每天面对学生，深知标准化教育的局限，却不知道个性化教育如何才能真正落地。你可能是一个医生、一个设计师、一个管理者，在自己的领域中积累了不可替代的经验，却从未想过这些经验可以被SDE化并长成可运行的软件系统。</w:t>
      </w:r>
    </w:p>
    <w:p>
      <w:pPr/>
      <w:r>
        <w:t>这本书写给你们所有人。它的核心信息只有一句话：你的思想进入数字化。条件是你必须完成三步——把思想SDE化，用GPT加速展开，让个性化自动化把差异价值规模化释放。这三步做完，你就从一个思想的拥有者变成了一个数字世界的建造者。</w:t>
      </w:r>
    </w:p>
    <w:p>
      <w:pPr/>
      <w:r>
        <w:t>从今天起，不要再说"我只是一个做学问的人""我不懂技术""我不会写代码"。在SDE加GPT的框架下，你不需要写代码——你需要做的是定义世界。定义你的领域的S是什么、D是什么、E是什么。代码会有GPT来写，平台会有工程师来建，但世界的定义只能由你来做——因为只有你在这个领域浸泡了足够久，只有你真正理解那些不可被表面化的深层结构。</w:t>
      </w:r>
    </w:p>
    <w:p>
      <w:pPr/>
      <w:r>
        <w:t>这不是一条容易的路。它要求长期主义——不是几周几个月，而是几年几十年的持续运转。它要求跨领域的勇气——不是在舒适区内反复深耕，而是不断进入未知的领域让SDE接受新的考验。它要求对创造的深层承诺——不是为了流量，不是为了短期收益，而是因为你相信、你渴望、你热爱。但这也是一条越走越宽的路——因为个人数据油田的边际扩张成本是递减的，因为信望爱的沉淀是累积的，因为SDE系统的杠杆效应是递增的。</w:t>
      </w:r>
    </w:p>
    <w:p>
      <w:pPr/>
      <w:r>
        <w:t>你的油田就在你脚下。开始钻探吧。</w:t>
      </w:r>
    </w:p>
    <w:p>
      <w:pPr/>
      <w:r>
        <w:t>最终的五问自检不只是修辞——它是每一个读完本书的人应该立刻对自己做的诊断。第一问：你有没有一个真正属于自己的原创思想轴心？不是兴趣不是技能不是经验而是一个你在其上有不可替代的深层理解的问题领域。第二问：你的思想有没有完成SDE化？能不能用三段话分别说清楚你的S、D和E？如果说不清楚你的思想还停留在"可说"阶段没有进入"可运行"阶段。第三问：你有没有与GPT建立真正的协同而不只是偶尔提问？真正的协同意味着GPT已经被纳入你的认知体系成为你三界的有机组成部分。第四问：你的工作有没有开始沉积E？每天的劳动是一次性消耗还是在某个系统中持续积累？第五问：你的方向有没有指向"母体"而不只是"产品"？你是在做一个产品还是在建一套可以持续生成产品的思想系统？</w:t>
      </w:r>
    </w:p>
    <w:p>
      <w:pPr/>
      <w:r>
        <w:t>如果你准备好开始行动，四个附录就是操作工具箱：附录三教你72小时做原型，附录四教你系统化提升SDE能力，附录二教你把原型发展成产业，附录一解释为什么这在经济学上是必然的。</w:t>
      </w:r>
    </w:p>
    <w:p>
      <w:pPr/>
      <w:r>
        <w:t>五问的答案如果全部是"是"你已经在通往思想工程师的路上。如果大部分是"否"本书就是你重新出发的起点。</w:t>
      </w:r>
    </w:p>
    <w:p>
      <w:pPr>
        <w:pStyle w:val="Heading1"/>
      </w:pPr>
      <w:r>
        <w:t>附录一  个性化自动化经济学的三大假设颠覆</w:t>
      </w:r>
    </w:p>
    <w:p>
      <w:pPr>
        <w:pStyle w:val="Heading2"/>
      </w:pPr>
      <w:r>
        <w:t>一、为什么必须从"假设层"而不是"结论层"重写经济学</w:t>
      </w:r>
    </w:p>
    <w:p>
      <w:pPr/>
      <w:r>
        <w:t>一切真正有分量的经济学重写，都不能只停留在"换一套结论"的层面，而必须深入到假设层。因为经济学的大厦不是建在结论上的，而是建在假设上的。结论是从假设推导出来的——如果假设不变，无论怎么换结论都只是旧框架内的微调。只有假设本身被重新审视和替换，新的结论才有可能从根部生长出来。</w:t>
      </w:r>
    </w:p>
    <w:p>
      <w:pPr/>
      <w:r>
        <w:t>传统经济学的三大基本假设是在工业文明和信息文明的历史条件下形成的，在那些条件下它们具有强大的解释力和预测力。但在GPT时代，这些条件正在发生根本性的变化，三大假设的有效性也因此必须被重新检验。如果检验的结果是它们已经不再成立——不是"完全错误"而是"边界被超越"——那么建立在它们之上的整套经济学结论就必须被重新推导。这就是本附录的任务：不是批评旧经济学，而是精确指出旧假设的边界在哪里，以及新假设应该是什么。</w:t>
      </w:r>
    </w:p>
    <w:p>
      <w:pPr>
        <w:pStyle w:val="Heading2"/>
      </w:pPr>
      <w:r>
        <w:t>二、第一大假设颠覆：价值假设</w:t>
      </w:r>
    </w:p>
    <w:p>
      <w:pPr/>
      <w:r>
        <w:t>传统价值假设的核心内容可以被概括为一句话：真正有经济意义的价值，主要是标准化价值——即可以被统一定义、统一度量、统一定价、统一交易的价值。</w:t>
      </w:r>
    </w:p>
    <w:p>
      <w:pPr/>
      <w:r>
        <w:t>这个假设在工业时代有极强的现实基础。工业生产的核心能力就是把"相同的东西"大规模复制——一条生产线上下来的一万件T恤，每一件的规格、材质、尺寸都是相同的。这种标准化使得价值可以被清晰度量（每件T恤的成本和售价一目了然）、可以被高效交易（买方知道自己买的是什么）、可以被规模化放大（需求越多，生产越多，单位成本越低）。</w:t>
      </w:r>
    </w:p>
    <w:p>
      <w:pPr/>
      <w:r>
        <w:t>但这个假设有一个被长期忽略的阴影面：它把大量不可标准化的价值排除在了经济学的核心视野之外。教育中的因材施教——针对每个学生的独特认知结构和学习节奏设计专属的教学方案——这种价值极高但无法被标准化。健康中的个体化调理——根据每个人的基因型、代谢特征、生活方式和心理状态制定专属的健康管理方案——这种价值极高但无法被标准化。文化中的意义适配——让每个读者从同一本经典中获得与自己精神结构最匹配的理解路径——这种价值极高但无法被标准化。</w:t>
      </w:r>
    </w:p>
    <w:p>
      <w:pPr/>
      <w:r>
        <w:t>传统经济学不是不知道这些价值的存在，而是把它们归入了"高端服务""定制化""手工艺"等边缘类别——它们存在，但不构成经济学的主要研究对象，因为它们"不可规模化"。这种排除不是恶意的，而是现实的——在旧母机条件下，差异价值确实不能被大规模生产，因此研究它们对宏观经济学的解释力贡献有限。</w:t>
      </w:r>
    </w:p>
    <w:p>
      <w:pPr/>
      <w:r>
        <w:t>但GPT时代的SDE软件化打破了这个前提。当SDE母机使得差异处理可以被系统化、自动化、低成本化时，差异价值就不再是"边缘类别"，而有可能成为经济增长的主引擎。一个SDE教育系统可以同时为一百万学生生成一百万条不同的学习路径，而增加一个学生的边际成本趋零——这在旧母机时代是不可想象的。</w:t>
      </w:r>
    </w:p>
    <w:p>
      <w:pPr/>
      <w:r>
        <w:t>因此，新的价值假设应该是：经济学的核心价值对象不只是标准化价值，还必须包含差异价值——即针对不同对象生成的、不可互相替代的、与特定个体的特征世界深度匹配的价值。差异价值不是标准化价值的补充，而是一个独立的价值类别，它有自己的生产逻辑（SDE母机）、自己的成本结构（边际成本趋零）和自己的增长机制（差异越多，价值空间越大）。</w:t>
      </w:r>
    </w:p>
    <w:p>
      <w:pPr>
        <w:pStyle w:val="Heading2"/>
      </w:pPr>
      <w:r>
        <w:t>三、第二大假设颠覆：成本假设</w:t>
      </w:r>
    </w:p>
    <w:p>
      <w:pPr/>
      <w:r>
        <w:t>传统成本假设的核心内容是：个性化天然意味着高成本。</w:t>
      </w:r>
    </w:p>
    <w:p>
      <w:pPr/>
      <w:r>
        <w:t>这个假设同样有强大的历史基础。在工业和信息文明中，处理差异的能力主要依赖高水平的人工——一个优秀的家庭教师可以因材施教但他一天只能教几个学生，一个优秀的私人医生可以个体化诊疗但他一天只能看十几个病人。人工处理差异的成本结构是线性甚至超线性的：每多服务一个客户，就需要多投入一份（甚至更多的）人力。因此，个性化服务只能作为奢侈品存在于高端市场，不可能成为大众消费品。</w:t>
      </w:r>
    </w:p>
    <w:p>
      <w:pPr/>
      <w:r>
        <w:t>但SDE软件化彻底改变了这个成本结构。改变的核心机制是"三层解耦"：S层标准化（结构骨架只需建设一次，所有用户共享同一套对象定义和关系网络），D层自动化（路径生成由算法自动计算，不需要人工为每个用户手动设计），E层个性化（每个用户的特征画像独立沉积，系统根据不同的E自动生成不同的D）。</w:t>
      </w:r>
    </w:p>
    <w:p>
      <w:pPr/>
      <w:r>
        <w:t>三层解耦的经济学含义是：增加一个个性化用户的边际成本主要只是多跑一条D路径和多沉积一份E画像——而这两项的计算成本几乎可以忽略不计（特别是在云计算和大模型已经使计算资源极度充裕的今天）。换句话说，SDE母机使得个性化服务的边际成本结构从"线性递增"变成了"趋近于零"。</w:t>
      </w:r>
    </w:p>
    <w:p>
      <w:pPr/>
      <w:r>
        <w:t>这个改变是颠覆性的。它不是"个性化变得便宜了一点"，而是"个性化的成本结构发生了质变"——从与标准化服务属于不同成本范式的奢侈品，变成了与标准化服务属于同一成本范式的普通品。当个性化服务的成本降到与标准化服务同一量级时，"选择标准化还是个性化"就不再是一个成本问题，而纯粹变成了一个价值问题——显然，在价值维度上，适配的永远比不适配的好。</w:t>
      </w:r>
    </w:p>
    <w:p>
      <w:pPr/>
      <w:r>
        <w:t>因此，新的成本假设应该是：个性化不再天然意味着高成本。在SDE母机条件下，个性化服务的边际成本可以趋近于零，这使得差异价值有可能像标准化价值一样被大规模生产和大规模消费。经济学不能再把"个性化＝高成本"当作不证自明的前提。</w:t>
      </w:r>
    </w:p>
    <w:p>
      <w:pPr>
        <w:pStyle w:val="Heading2"/>
      </w:pPr>
      <w:r>
        <w:t>四、第三大假设颠覆：增长假设</w:t>
      </w:r>
    </w:p>
    <w:p>
      <w:pPr/>
      <w:r>
        <w:t>传统增长假设的核心内容是：经济增长主要来自标准化供给的大规模扩张。</w:t>
      </w:r>
    </w:p>
    <w:p>
      <w:pPr/>
      <w:r>
        <w:t>在工业时代，增长的主要引擎确实是标准化产品的规模化生产——更多工厂生产更多钢铁、更多汽车、更多电子产品。在信息时代，增长的引擎变成了标准化流程的自动化执行——更多平台处理更多交易、更多系统自动化更多流程。但两者的深层逻辑是一致的：增长来自"把更多相同的东西做出来"。</w:t>
      </w:r>
    </w:p>
    <w:p>
      <w:pPr/>
      <w:r>
        <w:t>这种增长模式有一个内在的天花板：当标准化供给充分满足了市场中"需要相同东西的人"之后，继续增长就变得越来越困难。全球智能手机市场饱和了——不是因为人类不需要更好的手机，而是因为所有"需要手机"的人基本都已经有了手机。传统零售市场增速放缓了——不是因为人类不需要更多商品，而是因为标准化商品的覆盖已经趋近于饱和。</w:t>
      </w:r>
    </w:p>
    <w:p>
      <w:pPr/>
      <w:r>
        <w:t>继续增长的唯一方式是进入那些"需要不同东西的人"——但旧母机处理不了"不同"。每个人需要的教育路径不同、健康方案不同、文化意义路径不同、组织管理方式不同——这些"不同"在旧增长模型中是无法被系统化处理的，因此被排除在增长计算之外。</w:t>
      </w:r>
    </w:p>
    <w:p>
      <w:pPr/>
      <w:r>
        <w:t>SDE母机改变了这个格局。当差异价值可以被大规模自动生产时，增长的新引擎就不再是"更多相同"，而是"更多不同"。每一个独特的个体都可以获得独特的价值路径，而每一条独特的路径都是一份新的经济价值。差异是无穷的——只要SDE母机足够成熟，增长的上限就从"标准化市场的饱和点"扩展到了"差异世界的无穷边界"。</w:t>
      </w:r>
    </w:p>
    <w:p>
      <w:pPr/>
      <w:r>
        <w:t>具体来说：教育领域的增长将不再主要来自更多学校和更多课程（标准化供给的扩张），而来自更精准的个性化学习路径的大规模生成（差异价值的释放）。健康领域的增长将不再主要来自更多医院和更多药品，而来自更精准的个体化健康管理。企业管理领域的增长将不再主要来自更多流程软件，而来自更精准的组织适配系统。文化领域的增长将不再主要来自更多内容生产，而来自更精准的意义路径生成。</w:t>
      </w:r>
    </w:p>
    <w:p>
      <w:pPr/>
      <w:r>
        <w:t>因此，新的增长假设应该是：未来的经济增长将越来越来自差异价值的大规模释放，而不是标准化价值的继续扩张。差异价值工业革命——即差异价值被SDE母机系统化、自动化、规模化地生产——将成为下一轮全球经济增长的主引擎。</w:t>
      </w:r>
    </w:p>
    <w:p>
      <w:pPr>
        <w:pStyle w:val="Heading2"/>
      </w:pPr>
      <w:r>
        <w:t>五、三大颠覆的统一逻辑</w:t>
      </w:r>
    </w:p>
    <w:p>
      <w:pPr/>
      <w:r>
        <w:t>三大假设的颠覆不是三个独立事件，而是同一个深层变化的三个面向。这个深层变化就是：母机变了。</w:t>
      </w:r>
    </w:p>
    <w:p>
      <w:pPr/>
      <w:r>
        <w:t>工业文明的母机是工厂生产线——它只能处理标准化对象，因此价值假设偏向标准化，成本假设排除个性化，增长假设依赖规模化。信息文明的母机是自动化流程系统——它只能处理已被标准化的流程，因此三大假设虽然在表面上进化了（信息比物质更灵活），但在深层逻辑上并未真正改变（仍然只能处理"已被压平的差异"）。</w:t>
      </w:r>
    </w:p>
    <w:p>
      <w:pPr/>
      <w:r>
        <w:t>GPT时代的新母机是SDE软件化系统——它可以在S标准化骨架上根据不同的E自动生成不同的D路径。这种母机第一次使得差异对象的大规模自动处理成为可能。当母机从"只能处理相同"变成"也能处理不同"时，建立在旧母机之上的全部假设都必须被重新审视。</w:t>
      </w:r>
    </w:p>
    <w:p>
      <w:pPr/>
      <w:r>
        <w:t>三大颠覆的统一公式可以写成：旧母机→旧假设→旧增长模型→天花板；新母机（SDE）→新假设→新增长模型→差异价值工业革命。</w:t>
      </w:r>
    </w:p>
    <w:p>
      <w:pPr>
        <w:pStyle w:val="Heading2"/>
      </w:pPr>
      <w:r>
        <w:t>六、对传统经济学的态度：不是否定，而是扩展</w:t>
      </w:r>
    </w:p>
    <w:p>
      <w:pPr/>
      <w:r>
        <w:t>必须在最后明确一点：本附录对三大假设的"颠覆"不是"否定"。传统价值假设、成本假设和增长假设在它们成立的历史条件下是完全正确的——工业和信息文明确实以标准化为主要价值形态，个性化在旧母机下确实成本高昂，增长确实主要依赖标准化供给的扩张。</w:t>
      </w:r>
    </w:p>
    <w:p>
      <w:pPr/>
      <w:r>
        <w:t>问题不在于旧假设"错了"，而在于旧假设的边界被超越了。当新的母机使得旧假设不再覆盖全部经济现实时，经济学就必须在保留旧假设有效范围的同时，建立新的假设来覆盖旧假设无法解释的新现实。这不是推翻，而是扩展——正如相对论没有否定牛顿力学，而是把牛顿力学纳入了一个更大的框架之中。</w:t>
      </w:r>
    </w:p>
    <w:p>
      <w:pPr/>
      <w:r>
        <w:t>个性化自动化经济学就是这个更大的框架。它包含传统经济学的全部有效结论（标准化价值仍然存在且重要），同时扩展了经济学的视野使其能够处理差异价值、个性化成本和差异驱动增长这些新现实。在这个扩展的框架中，标准化和个性化不是对立的，而是同一个经济系统中的两个层级——标准化是基础层（S层），个性化是增值层（D+E层）。两者通过SDE母机被统一在同一个生产系统中。</w:t>
      </w:r>
    </w:p>
    <w:p>
      <w:pPr>
        <w:pStyle w:val="Heading2"/>
      </w:pPr>
      <w:r>
        <w:t>七、颠覆后的新经济学地图</w:t>
      </w:r>
    </w:p>
    <w:p>
      <w:pPr/>
      <w:r>
        <w:t>三大假设颠覆之后，经济学的地图需要被重新绘制。在旧地图上，经济学的核心议题是：如何更高效地生产标准化价值？如何降低标准化生产的边际成本？如何扩大标准化供给的市场覆盖？这些议题在新地图上仍然存在，但不再独占中心。</w:t>
      </w:r>
    </w:p>
    <w:p>
      <w:pPr/>
      <w:r>
        <w:t>新地图的核心增加了三个议题。第一，差异价值如何被度量？标准化价值可以用统一的价格体系来度量——一件T恤的价值就是它的市场价格。但差异价值无法用同样的方式度量——一条为特定学生生成的个性化学习路径，它的"价格"是多少？传统定价方法（成本法、市场法）都失效了，因为差异价值的成本结构（趋零边际成本）和市场结构（没有"同类产品"可比）都与标准化价值完全不同。本书第三十四章提出的"SDE定价法"就是对这个问题的初步回答。</w:t>
      </w:r>
    </w:p>
    <w:p>
      <w:pPr/>
      <w:r>
        <w:t>第二，差异价值如何被交易？标准化商品可以通过市场交易——买方和卖方在价格上达成一致，一手交钱一手交货。但差异价值不是一次性交付的"货"，而是持续生成的"流"——一个个性化教育系统每天都在为学生生成新的路径，这种价值如何定价？如何收费？如何确权？本书第三十七章提出的"从卖产品到卖系统接入权"就是对这个问题的初步回答。</w:t>
      </w:r>
    </w:p>
    <w:p>
      <w:pPr/>
      <w:r>
        <w:t>第三，差异价值如何被积累？标准化资本可以通过购买设备、建造工厂、囤积原材料来积累——它们都是有形资产，可以被计入资产负债表。但差异价值的核心资产是无形的——SDE母体的清晰度、E层的沉积厚度、D层的路径生成精度、三权（标准权/接口权/秩序权）的市场支配力。这些无形资产如何被评估？如何被融资？如何被保护？这些都是传统经济学尚未充分回答的问题。</w:t>
      </w:r>
    </w:p>
    <w:p>
      <w:pPr>
        <w:pStyle w:val="Heading2"/>
      </w:pPr>
      <w:r>
        <w:t>八、个性化自动化经济学的七个核心命题</w:t>
      </w:r>
    </w:p>
    <w:p>
      <w:pPr/>
      <w:r>
        <w:t>在三大假设颠覆的基础上，个性化自动化经济学可以被压缩为七个核心命题。第一命题：差异价值是真实的经济价值，不是标准化价值的边缘补充。第二命题：个性化的边际成本可以通过SDE母机趋近于零。第三命题：未来的经济增长将主要来自差异价值的大规模释放。第四命题：SDE软件化是差异价值工业化的核心母机。第五命题：GPT是SDE母机的加速器但不是替代品。第六命题：掌握SDE母机的思想系统拥有者将获得三种关键权力（标准权、接口权、秩序权）。第七命题：差异价值工业革命将引发教育、健康、企业、文化和科研五大领域的生产力结构改变。</w:t>
      </w:r>
    </w:p>
    <w:p>
      <w:pPr/>
      <w:r>
        <w:t>这七个命题共同构成了个性化自动化经济学的理论骨架。正文中的第三编已经对这些命题做了展开论证，本附录的任务是在假设层为这些论证提供更深的理论地基。</w:t>
      </w:r>
    </w:p>
    <w:p>
      <w:pPr>
        <w:pStyle w:val="Heading2"/>
      </w:pPr>
      <w:r>
        <w:t>九、为什么旧增长模型的天花板是结构性的而非技术性的</w:t>
      </w:r>
    </w:p>
    <w:p>
      <w:pPr/>
      <w:r>
        <w:t>旧增长模型真正撞上的不是技术极限，而是价值对象极限。工业与信息文明都极其强大，但它们的强大主要建立在可标准化、可统一化、可流程化的对象与过程之上。一旦这些对象的市场接近饱和，增长就只能依赖两种方式：第一是在存量市场中通过效率提升榨取更多利润（这就是为什么全球制造业越来越追求精益生产、自动化和成本控制），第二是通过全球化开拓新的地理市场（这就是为什么新兴市场长期被视为增长的"未开垦地"）。但这两种方式都有明确的天花板——效率提升终有物理极限，全球化终有地理边界。</w:t>
      </w:r>
    </w:p>
    <w:p>
      <w:pPr/>
      <w:r>
        <w:t>差异价值开辟的是一条完全不同的增长路径。它不是在存量标准化市场中挤出更多利润，而是在全新的价值维度上创造增量——每一个人的独特需求、每一种独特场景、每一条独特路径，都是一份此前不存在的经济价值。这种增长的上限不是某个市场的饱和点，而是人类差异性本身的无穷边界。只要还有人的需求没有被精准适配（而目前绝大多数人的需求都还停留在"差不多""凑合用"的标准化服务层面），差异价值的释放空间就还远远没有被穷尽。</w:t>
      </w:r>
    </w:p>
    <w:p>
      <w:pPr>
        <w:pStyle w:val="Heading2"/>
      </w:pPr>
      <w:r>
        <w:t>十、附录一总结</w:t>
      </w:r>
    </w:p>
    <w:p>
      <w:pPr/>
      <w:r>
        <w:t>个性化自动化经济学对传统经济学的三大假设颠覆可以用一张图来概括。纵轴是"母机类型"：工厂→流程系统→SDE软件化系统。横轴是"假设状态"：价值假设/成本假设/增长假设。每一个格子都标注着旧状态和新状态。工厂时代的价值假设是标准化价值，SDE时代的价值假设扩展为标准化＋差异化。工厂时代的成本假设是个性化＝高成本，SDE时代的成本假设是个性化＝趋零边际成本。工厂时代的增长假设是增长来自标准化扩张，SDE时代的增长假设是增长来自差异释放。</w:t>
      </w:r>
    </w:p>
    <w:p>
      <w:pPr/>
      <w:r>
        <w:t>这不是经济学的崩塌，而是经济学的扩容。旧经济学解释了标准化世界的运行规律，新经济学要在此基础上解释差异化世界的运行规律。两者不是替代关系，而是包含关系——个性化自动化经济学包含了传统经济学的全部有效内容，同时扩展了它的适用范围。正如牛顿力学是相对论在低速条件下的特例，传统经济学是个性化自动化经济学在"差异价值不可工业化"条件下的特例。一旦这个条件被SDE母机突破，新的经济学就不再是可选的附加理论，而是理解GPT时代的必要框架。</w:t>
      </w:r>
    </w:p>
    <w:p>
      <w:pPr/>
      <w:r>
        <w:t>真正的危险不在于理论层面的假设错误，而在于实践层面的制度惯性。当三大假设被嵌入了教育课程体系、企业管理实践和政府政策制定之后，它们就不再只是学术命题，而变成了制度结构的一部分。大学商学院仍在教授基于标准化假设的市场分析和竞争策略；企业仍在用标准化的KPI体系来评价员工绩效和产品价值；政府仍在用标准化的GDP增速来衡量经济健康。这些制度安排在旧假设成立的条件下是合理的，但当旧假设的边界被超越时，制度惯性就变成了变革的最大障碍。一个教育系统如果仍然只奖励"考试分数高"（标准化价值的度量）而不奖励"个性化学习路径设计能力"（差异价值的创造），它就在系统地浪费最有潜力的人才。一个企业如果仍然只看"功能上线数量"（标准化产出的度量）而不看"E层沉积厚度"（差异价值资产的积累），它就在系统地低估自己最有价值的资产。一个国家如果仍然只追求"GDP增速"（标准化产出的总量增长）而不关注"差异价值覆盖率"（个性化服务的普及程度），它就可能在看似繁荣的数字中错失真正的文明跃迁机遇。制度变革是三大假设颠覆的最终战场。理论上的颠覆相对容易——一篇论文一本书就可以完成。但制度上的颠覆需要整个社会的协同运动——教育体系需要改课程改考核改培养路径，企业需要改组织改评价改增长逻辑，政府需要改统计改监管改产业政策。这个过程可能需要十年甚至二十年。但方向已经确定：从标准化文明向差异价值文明的转型，不是可选项而是必经之路。</w:t>
      </w:r>
    </w:p>
    <w:p>
      <w:pPr>
        <w:pStyle w:val="Heading2"/>
      </w:pPr>
      <w:r>
        <w:t>十一、三大假设颠覆的落地操作指南</w:t>
      </w:r>
    </w:p>
    <w:p>
      <w:pPr/>
      <w:r>
        <w:t>理论上的假设颠覆如果不能转化为实际操作，就只是学术讨论。以下是三大假设颠覆在五大领域中的具体操作清单。</w:t>
      </w:r>
    </w:p>
    <w:p>
      <w:pPr/>
      <w:r>
        <w:t>教育领域的操作清单。价值假设操作：停止用"考试通过率"作为唯一价值指标，增加"学习路径适配度"（系统推荐的路径与学生实际最优路径的吻合程度）和"能力增长曲线斜率"（学生在个性化路径下的进步速度与标准化路径的对比）。成本假设操作：计算SDE教育系统的真实边际成本——增加一个学生需要多少额外计算资源？答案通常是每月不到1元人民币的云计算费用。把这个数字拿出来与聘请一个家庭教师的月薪（通常5000-20000元）做对比，让决策者直观感受"个性化不再等于高成本"。增长假设操作：统计当前教育市场中"对标准化课程不满意但买不起个性化服务"的人群规模——这就是差异价值释放的潜在市场。在中国仅K12阶段这个数字就超过1亿人。</w:t>
      </w:r>
    </w:p>
    <w:p>
      <w:pPr/>
      <w:r>
        <w:t>健康领域的操作清单。价值假设操作：停止用"疾病治愈率"作为唯一健康价值指标，增加"个体健康路径匹配度"（系统建议的干预方案与用户实际执行后的效果吻合度）和"亚健康改善率"（传统医疗根本不覆盖的价值领域）。成本假设操作：计算SDE健康系统为一个用户生成个性化健康方案的真实边际成本——通常只需要调用一次AI推理和更新一次画像数据库，成本不到0.1元。把这个数字与一次门诊费用（通常100-500元）做对比。增长假设操作：传统医疗的市场是"生病的人"（中国约3亿慢性病患者），个性化健康管理的市场是"所有希望更健康的人"（14亿人）——市场扩大了近5倍。</w:t>
      </w:r>
    </w:p>
    <w:p>
      <w:pPr/>
      <w:r>
        <w:t>企业管理领域的操作清单。价值假设操作：停止用"流程执行效率"作为唯一管理价值指标，增加"组织适配度"（管理系统与每个团队实际工作方式的吻合程度）和"知识沉积率"（组织经验被系统化保存的比例）。成本假设操作：计算SDE管理系统为一个新团队生成适配方案的边际成本与聘请管理咨询顾问的费用对比。增长假设操作：传统企业管理软件的市场天花板是"所有需要标准化流程的企业"，SDE管理系统的市场则扩展到"所有需要差异化管理的团队"——后者几乎涵盖所有组织。</w:t>
      </w:r>
    </w:p>
    <w:p>
      <w:pPr>
        <w:pStyle w:val="Heading2"/>
      </w:pPr>
      <w:r>
        <w:t>十二、差异价值度量的操作框架</w:t>
      </w:r>
    </w:p>
    <w:p>
      <w:pPr/>
      <w:r>
        <w:t>差异价值如何被度量是一个全新的经济学问题。以下提供一套可操作的度量框架。</w:t>
      </w:r>
    </w:p>
    <w:p>
      <w:pPr/>
      <w:r>
        <w:t>差异价值的三维度量法。第一维度是"适配偏差"——系统生成的个性化路径与用户实际最优路径之间的偏差。适配偏差越小，差异价值越高。度量方法：让用户对系统推荐的路径进行满意度评分（1-10分），同时记录用户的实际行为偏离度（用户在多大程度上修改了系统推荐的路径）。满意度高且偏离度低说明适配精准。第二维度是"不可替代度"——如果用户从这个系统切换到标准化服务会损失多少价值。度量方法：让一组用户使用个性化系统三个月然后切换到标准化服务一个月，测量其效果指标（学习效率、健康改善、工作产出）的变化幅度。变化幅度越大说明差异价值越高。第三维度是"累积增值率"——系统使用时间越长差异价值是否在增长。度量方法：比较用户在系统中第1个月、第3个月、第6个月、第12个月的路径适配精度。如果精度持续提升说明E层沉积在持续创造增值——这是差异价值最独特的经济特征。</w:t>
      </w:r>
    </w:p>
    <w:p>
      <w:pPr/>
      <w:r>
        <w:t>差异价值定价的三种方法。成本参照法：以用户获得同等水平个性化服务的传统成本为参照定价。例如一个SDE教育系统提供的个性化路径如果效果等同于每月请一个家庭教师两小时，而家教费用是每小时200元，那么系统的月定价可以在100-200元之间（传统成本的25-50%）。价值增量法：以用户使用系统后的可度量价值增量为定价依据。例如使用SDE健康系统后用户的医疗支出平均每月减少了300元，那么系统的月定价可以在100-150元之间（价值增量的30-50%）。E资产法：以系统为用户积累的画像资产的长期价值为定价依据。用户画像越厚系统对用户越有价值用户越不愿意离开——这种"锁定价值"可以支撑更高的定价。</w:t>
      </w:r>
    </w:p>
    <w:p>
      <w:pPr>
        <w:pStyle w:val="Heading2"/>
      </w:pPr>
      <w:r>
        <w:t>十三、个性化自动化经济学的产业观测指标体系</w:t>
      </w:r>
    </w:p>
    <w:p>
      <w:pPr/>
      <w:r>
        <w:t>如果三大假设的颠覆是真实的，那么它应该可以在现实经济数据中被观测到。以下是一套可以用来跟踪"差异价值革命是否正在发生"的产业观测指标。</w:t>
      </w:r>
    </w:p>
    <w:p>
      <w:pPr/>
      <w:r>
        <w:t>宏观层面的三个先行指标。第一个指标是"个性化服务渗透率"——在教育、健康、金融、法律、文化五大领域中，使用个性化自动化系统（而非标准化方案）的用户占比。当这个比例超过20%时，差异价值革命就进入了加速阶段。当前全球这个比例估计不到5%。第二个指标是"SDE母机数量"——在各行业中，已经完成从To-C验证到To-B产线化的SDE软件系统有多少。当每个主要行业都至少有3-5个成熟的SDE母机时，差异价值的工业化基础就算初步建立了。第三个指标是"差异价值GDP占比"——通过个性化自动化系统产生的经济价值占GDP的比例。工业GDP和信息GDP都有成熟的统计方法，但差异价值GDP目前还没有被纳入国民经济核算体系。建议未来的经济统计部门增设这一类别。</w:t>
      </w:r>
    </w:p>
    <w:p>
      <w:pPr/>
      <w:r>
        <w:t>中观层面的五个行业指标。教育行业：个性化学习路径覆盖率（使用SDE教育系统的学生占总学生数的比例）。健康行业：个体化健康管理覆盖率（接入SDE健康系统的人口占总人口的比例）。金融行业：个性化理财路径使用率（通过SDE金融系统管理资产的客户占总客户的比例）。企业管理行业：SDE组织系统采用率（使用SDE管理系统的企业占总企业数的比例）。科研行业：SDE科研母机使用率（使用SDE科研系统的研究团队占总研究团队的比例）。</w:t>
      </w:r>
    </w:p>
    <w:p>
      <w:pPr/>
      <w:r>
        <w:t>微观层面的四个企业指标。E层深度指标：系统为每个用户积累的画像数据点数量和画像更新频率。路径精度指标：系统推荐的个性化路径被用户接受并完成的比例。沉积增值指标：系统使用时间每增加一个月，用户满意度和留存率是否在提升。三权控制指标：企业在其所在领域是否已经建立了标准定义权、接口权或平台秩序权中的至少一种。</w:t>
      </w:r>
    </w:p>
    <w:p>
      <w:pPr>
        <w:pStyle w:val="Heading2"/>
      </w:pPr>
      <w:r>
        <w:t>十四、给政策制定者的建议</w:t>
      </w:r>
    </w:p>
    <w:p>
      <w:pPr/>
      <w:r>
        <w:t>如果三大假设的颠覆确实在发生，政策制定者需要考虑以下调整。第一，在产业政策中增设"SDE软件产业"为独立的产业类别——它不同于传统软件产业（卖代码劳动）也不同于平台经济（卖流量），而是卖"差异价值自动生成能力"。第二，在教育政策中推动SDE方法论进入大学课程体系——不是作为选修课而是作为计算机专业的核心必修内容。第三，在科研政策中鼓励SDE科研母机的建设——把科研经费的一部分专门用于支持各学科建立SDE知识母机，而不只是资助单篇论文的产出。第四，在数字主权政策中关注SDE标准权的归属——在教育、健康、金融等关键领域，核心SDE系统的标准定义权应该由本国思想系统掌控，不能完全依赖外国平台。第五，在经济统计中建立差异价值的度量和核算方法——让差异价值GDP成为与工业GDP和信息GDP并列的统计类别。</w:t>
      </w:r>
    </w:p>
    <w:p>
      <w:pPr>
        <w:pStyle w:val="Heading1"/>
      </w:pPr>
      <w:r>
        <w:t>附录二  SDE软件产业总纲——从思想到平台的产业化路线图</w:t>
      </w:r>
    </w:p>
    <w:p>
      <w:pPr>
        <w:pStyle w:val="Heading2"/>
      </w:pPr>
      <w:r>
        <w:t>一、为什么必须提出"SDE软件产业总纲"</w:t>
      </w:r>
    </w:p>
    <w:p>
      <w:pPr/>
      <w:r>
        <w:t>如果个性化自动化经济学只停留在理论层面，它就只是一套漂亮的概念体系，不会真正改变任何人的生活。理论必须通过产业结构落地，才能从解释世界变成改变世界。SDE软件产业就是让个性化自动化经济学从理论变成现实的产业化路径。</w:t>
      </w:r>
    </w:p>
    <w:p>
      <w:pPr/>
      <w:r>
        <w:t>SDE软件产业不是一般意义上的"软件行业"。传统软件行业的核心逻辑是"接需求→做产品→卖许可"，本质仍是工业逻辑在软件领域的延伸。SDE软件产业的核心逻辑完全不同——它不是"做产品"，而是"造母机"。产品是一次性的交付物，母机是可以持续生成产品的生产系统。产品公司的增长靠开发更多产品，母机公司的增长靠让同一套母机进入更多领域。</w:t>
      </w:r>
    </w:p>
    <w:p>
      <w:pPr>
        <w:pStyle w:val="Heading2"/>
      </w:pPr>
      <w:r>
        <w:t>二、SDE软件产业的三阶成长模型</w:t>
      </w:r>
    </w:p>
    <w:p>
      <w:pPr/>
      <w:r>
        <w:t>第一阶段：单点验证（To-C）。这个阶段的核心任务是回答一个问题："SDE母机在这个具体领域中能不能真正生成个性化价值？"验证方式是选择一个具体的应用场景，建立最小可行的SDE系统，在真实用户身上运行，观察三个指标：用户留存率（用户是否愿意持续使用）、E层增长率（系统的画像和沉积是否在持续加深）、路径满意度（系统生成的个性化路径是否确实比标准化方案更好）。这个阶段的关键不是用户数量，而是"SDE是否成立"的本体验证。一百个深度使用的用户比一万个浅层点击的用户更有价值——因为只有深度使用才能验证E层的沉积能力和D层的路径生成精度。</w:t>
      </w:r>
    </w:p>
    <w:p>
      <w:pPr/>
      <w:r>
        <w:t>第二阶段：产线化（To-B）。当SDE母机在单点验证中被证明有效后，下一步不是"做更大的C端产品"，而是"把母机标准化为可交付的产业生产线"。这意味着把SDE系统从"一个面向用户的APP"转化为"一条可以卖给其他企业的生产线"。产线化的核心技术挑战是"S层的标准化程度"——母机的S必须足够模块化，使得不同企业可以在同一套S骨架上根据自己的E条件定制D路径。产线化的核心商业挑战是"定价模式的转变"——从按项目收费（做一个收一次钱）转向按母机接入收费（持续使用持续付费）。</w:t>
      </w:r>
    </w:p>
    <w:p>
      <w:pPr/>
      <w:r>
        <w:t>第三阶段：平台化。当大量企业都在使用同一套SDE母机时，母机的提供者就自然演化为平台。平台化意味着三种权力的确立：标准定义权（这个领域的数字世界"长什么样"由母机定义）、接口权（所有个性化路径生成都必须通过母机的D引擎）、秩序权（所有用户数据都在母机的E层中沉积，平台制定沉积规则）。平台化不是"加功能"，而是"建秩序"——从"卖生产线"升级为"治理一个数字世界"。</w:t>
      </w:r>
    </w:p>
    <w:p>
      <w:pPr>
        <w:pStyle w:val="Heading2"/>
      </w:pPr>
      <w:r>
        <w:t>三、五大领域的产业化路线图</w:t>
      </w:r>
    </w:p>
    <w:p>
      <w:pPr/>
      <w:r>
        <w:t>教育领域的SDE产业化路线：（1）选择一个垂直场景如K12数学或成人英语；（2）建立知识结构母体（S标准化）；（3）开发路径生成引擎（D自动化）；（4）构建学生画像系统（E个性化）；（5）在一所学校中做To-C验证；（6）把系统包装为教育SDE产线卖给更多学校（To-B）；（7）当足够多学校都在使用时建立教育标准平台（平台化）。</w:t>
      </w:r>
    </w:p>
    <w:p>
      <w:pPr/>
      <w:r>
        <w:t>健康领域的SDE产业化路线：（1）选择一个健康维度如睡眠质量或慢性病管理；（2）建立人体指标关联模型（S标准化）；（3）开发干预路径生成引擎（D自动化）；（4）构建个人健康画像系统（E个性化）；（5）在一个社区健康中心做验证；（6）包装为健康管理SDE产线卖给医疗机构；（7）建立区域健康管理平台。</w:t>
      </w:r>
    </w:p>
    <w:p>
      <w:pPr/>
      <w:r>
        <w:t>科研领域的SDE产业化路线：（1）选择一个学科领域如材料科学或教育学；（2）建立该领域的知识结构模型（S标准化）；（3）开发研究路径推荐引擎（D自动化）；（4）构建研究者画像和实验数据沉积系统（E个性化）；（5）在一个研究团队中验证；（6）包装为科研母机产线卖给大学和研究所；（7）建立跨机构的科研创新平台。</w:t>
      </w:r>
    </w:p>
    <w:p>
      <w:pPr/>
      <w:r>
        <w:t>法律领域的SDE产业化路线：（1）选择一个法律细分领域如合同纠纷或知识产权；（2）建立法律实体关系模型（S标准化）；（3）开发法律推理和案例匹配引擎（D自动化）；（4）构建案件特征沉积系统（E个性化）；（5）在一家律所中验证；（6）包装为法律SDE产线卖给更多律所；（7）建立法律服务平台。</w:t>
      </w:r>
    </w:p>
    <w:p>
      <w:pPr/>
      <w:r>
        <w:t>金融领域的SDE产业化路线：（1）选择一个金融服务如个人理财或中小企业融资；（2）建立金融产品和风险模型（S标准化）；（3）开发个性化财富路径生成引擎（D自动化）；（4）构建客户金融画像系统（E个性化）；（5）在一个银行分支机构验证；（6）包装为金融SDE产线；（7）建立普惠金融平台。</w:t>
      </w:r>
    </w:p>
    <w:p>
      <w:pPr>
        <w:pStyle w:val="Heading2"/>
      </w:pPr>
      <w:r>
        <w:t>四、SDE软件产业的价值链结构</w:t>
      </w:r>
    </w:p>
    <w:p>
      <w:pPr/>
      <w:r>
        <w:t>SDE软件产业的价值链分为四层。最上层是思想系统层——原创的SDE思想系统是一切的源头，它定义了某个领域的S应该长什么样、D应该怎么运行、E应该沉积什么。这一层的拥有者掌握标准定义权。第二层是母机层——把思想系统转化为可运行的SDE软件母机，包括核心算法、蓝图体系和基础设施。这一层的拥有者掌握接口权。第三层是产线层——把母机包装成可交付给不同行业客户的解决方案。这一层主要由系统集成商和行业合作伙伴操作。第四层是服务层——基于SDE产线为最终用户提供个性化服务。这一层是价值的最终实现点。</w:t>
      </w:r>
    </w:p>
    <w:p>
      <w:pPr/>
      <w:r>
        <w:t>四层的利润分配遵循"越上游越厚"的规律：思想系统层和母机层获取大部分利润（因为它们的壁垒最高替代性最低），产线层和服务层获取较少利润（因为它们的壁垒较低竞争较多）。这与传统软件行业"谁离用户最近谁赚最多"的逻辑完全相反——在SDE产业中，离源头最近的人赚最多。</w:t>
      </w:r>
    </w:p>
    <w:p>
      <w:pPr>
        <w:pStyle w:val="Heading2"/>
      </w:pPr>
      <w:r>
        <w:t>五、SDE软件产业与AI泡沫的关系</w:t>
      </w:r>
    </w:p>
    <w:p>
      <w:pPr/>
      <w:r>
        <w:t>AI泡沫的本质是资本预支了一个尚未被产业结构兑现的未来。GPT的能力是真实的，但从GPT的能力到真正的经济价值之间还缺少一个关键的中间层——这个中间层就是SDE软件产业。</w:t>
      </w:r>
    </w:p>
    <w:p>
      <w:pPr/>
      <w:r>
        <w:t>GPT就像蒸汽机——蒸汽机本身是伟大的发明，但蒸汽机直到被嵌入工厂制度、铁路网络和贸易体系之后才真正改变了世界经济。GPT也需要被嵌入一个产业结构之中才能真正发挥经济效力。SDE软件产业就是GPT时代的"工厂制度＋铁路网络"——它不是GPT本身，但它是让GPT从强工具变成强生产力的产业化通道。</w:t>
      </w:r>
    </w:p>
    <w:p>
      <w:pPr/>
      <w:r>
        <w:t>真正破解AI泡沫的路径不是消极等待也不是继续空喊未来，而是加速SDE软件产业在各领域的成熟。当SDE母机在教育、健康、企业、法律、金融等领域全面建立起来时，GPT的强S能力就会通过SDE母机被转化为差异价值的大规模生产——到那时，AI泡沫就不是破裂而是被实体填充，世界经济就会真正进入差异价值工业革命的新阶段。</w:t>
      </w:r>
    </w:p>
    <w:p>
      <w:pPr>
        <w:pStyle w:val="Heading2"/>
      </w:pPr>
      <w:r>
        <w:t>六、SDE软件产业的全球竞争格局</w:t>
      </w:r>
    </w:p>
    <w:p>
      <w:pPr/>
      <w:r>
        <w:t>SDE软件产业的竞争不是传统意义上的技术竞争或市场竞争，而是"操作系统竞争"——谁率先在关键领域建立起深厚的SDE思想系统并将其产业化，谁就率先掌握了该领域的数字主权。</w:t>
      </w:r>
    </w:p>
    <w:p>
      <w:pPr/>
      <w:r>
        <w:t>这种竞争有三个特征。第一，先发优势极强——SDE产业一旦在某个领域建立起深厚的E层沉积，后来者极难追赶，因为E层的积累需要时间而且不可被快速复制。第二，跨领域迁移成本递减——一套在教育领域验证成功的SDE母机，迁移到健康或企业领域的成本远低于从零开始，因为SDE元方法论是共享的。第三，文化土壤很重要——SDE的根部不是技术而是思想系统，而思想系统必须从特定的文化和知识传统中生长出来，不可能被简单购买或复制。</w:t>
      </w:r>
    </w:p>
    <w:p>
      <w:pPr/>
      <w:r>
        <w:t>中华文明在这场竞争中有独特的优势——SDE体系源自中国学者的原创思想，中华粘性逻辑（诚中和）天然适合处理多维纠缠和差异协调，52本跨领域专著提供了丰厚的思想资源积累。但优势不等于胜利——优势必须被转化为产业实践和制度安排才能真正发挥作用。</w:t>
      </w:r>
    </w:p>
    <w:p>
      <w:pPr/>
      <w:r>
        <w:t>SDE软件产业的护城河结构与传统软件企业完全不同。传统软件企业的护城河主要是技术壁垒（代码复杂度高别人难以复制）、市场壁垒（用户量大网络效应强）和品牌壁垒（品牌信任度高用户不愿切换）。SDE软件产业的护城河则建立在三个更深层的维度上。第一层护城河是思想系统壁垒——原创的SDE思想系统不是代码可以被复制的东西，它是创始人几十年认知积累的压缩产物。竞争对手可以看到你的产品界面可以分析你的功能清单甚至可以反向工程你的代码架构，但他们看不到也复制不了你的思想系统——因为思想系统存在于定义者的认知结构中，不存在于任何可被复制的文件里。第二层护城河是E层沉积壁垒——系统运行越久，积累的用户画像、行为数据和领域知识就越厚。这些沉积不是静态的数据库备份可以被简单拷贝的，而是活的特征纠缠网络——每一个用户的画像都与系统的推荐逻辑、其他用户的行为模式和领域知识库深度纠缠在一起。即使把全部数据导出给竞争对手，他们没有对应的SDE结构也无法让这些数据"活起来"。第三层护城河是生态网络壁垒——当SDE平台进入平台化阶段后，供给方和需求方在平台上形成的双边沉积会互相强化。供给越丰富用户越多，用户越多供给者越愿意投入，这种正反馈循环一旦达到临界点就极难被打破。三层护城河叠加形成的总壁垒远高于传统软件企业——它不是某一个维度的优势而是三个维度的交织优势。这就是为什么SDE软件产业一旦在某个领域建立起来后来者极难追赶的原因。关于SDE软件产业的人才需求结构，不同于传统软件行业以程序员和产品经理为主的人才结构，SDE软件产业需要一种全新的人才金字塔。金字塔底层是GPT协同开发者——他们不直接写代码而是驱动GPT写代码，核心能力是人机协同效率。中层是SDE系统设计师——他们能为一个具体领域设计完整的S/D/E结构，核心能力是结构设计力。上层是SDE产业架构师——他们能设计跨领域的SDE母机和产业化路线，核心能力是产业组织力。顶层是思想系统创始人——他们能创立原创的SDE思想体系，核心能力是原创思想力。金字塔越往上人越少但价值越大。传统软件行业的价值分配是"离用户最近的人赚最多"（to-C思维），SDE产业的价值分配是"离思想源头最近的人赚最多"（to-S思维）。</w:t>
      </w:r>
    </w:p>
    <w:p>
      <w:pPr>
        <w:pStyle w:val="Heading2"/>
      </w:pPr>
      <w:r>
        <w:t>七、SDE软件产业的操作流程标准化</w:t>
      </w:r>
    </w:p>
    <w:p>
      <w:pPr/>
      <w:r>
        <w:t>从一个SDE思想系统到一个SDE产业平台的完整操作流程可以被标准化为七个阶段。</w:t>
      </w:r>
    </w:p>
    <w:p>
      <w:pPr/>
      <w:r>
        <w:t>第一阶段：思想系统审计（2-4周）。操作内容：对现有思想系统进行SDE完备性审计。审计清单包括：S是否有明确的对象清单和关系网络？能否画出对象关系图？D是否有清晰的主流程？能否写出流程伪代码？E是否有明确的适用对象和场景？能否描述E1/E2/E3各层的具体内容？审计结论分三级：A级（SDE完备，可直接进入蓝图设计）、B级（SDE部分完备，需补充定义后进入蓝图设计）、C级（SDE不完备，需先完成SDE化再进入流程）。产出物：SDE完备性审计报告。</w:t>
      </w:r>
    </w:p>
    <w:p>
      <w:pPr/>
      <w:r>
        <w:t>第二阶段：蓝图设计（2-4周）。操作内容：完成S蓝图（对象清单、关系图、页面结构、状态转换图）、D蓝图（D1目标定义、D2主流程图、D3优化指标）、E蓝图（数据库表结构、画像维度定义、三界沉积策略）。三组蓝图完成后做互检：S中的每个对象是否在E的数据库表中有对应？D中的每一步是否有S的页面来承载？E的沉积规则是否与D的反馈逻辑一致？产出物：三组蓝图文档＋互检报告。</w:t>
      </w:r>
    </w:p>
    <w:p>
      <w:pPr/>
      <w:r>
        <w:t>第三阶段：最小原型开发（4-8周）。操作内容：选择最核心的一个S子集（不超过5个对象）、最短的一条D路径（不超过6步）和最基本的E入口（至少能记录用户的一次完整使用行为），用GPT辅助快速开发最小可行原型。产出物：可运行的最小可行原型＋技术文档。</w:t>
      </w:r>
    </w:p>
    <w:p>
      <w:pPr/>
      <w:r>
        <w:t>第四阶段：种子用户验证（4-8周）。操作内容：招募50-100个种子用户使用原型，监测四个核心指标——完成率（多少用户完成了一次完整使用）、回访率（多少用户在三天内回来）、E增长率（画像数据是否在持续积累）、路径满意度（用户是否认为系统推荐的路径比标准化方案更好）。产出物：种子用户验证报告＋问题清单＋修正方案。</w:t>
      </w:r>
    </w:p>
    <w:p>
      <w:pPr/>
      <w:r>
        <w:t>第五阶段：产品化（8-16周）。操作内容：基于种子验证的反馈，把原型升级为完整产品——补全S（从5个对象扩展到完整对象集）、完善D（覆盖所有主流程和主要异常路径）、深化E（完善画像系统和三界沉积策略）。产出物：完整的SDE软件产品。</w:t>
      </w:r>
    </w:p>
    <w:p>
      <w:pPr/>
      <w:r>
        <w:t>第六阶段：产线化（16-32周）。操作内容：把产品转化为可交付给其他企业的产线——S层模块化（让不同企业可以根据需要选择和配置模块）、D层参数化（让不同企业可以根据自己的E条件调整路径生成逻辑）、E层隔离化（让不同企业的用户数据互相隔离但共享母机能力）。产出物：SDE产线产品＋部署文档＋培训材料。</w:t>
      </w:r>
    </w:p>
    <w:p>
      <w:pPr/>
      <w:r>
        <w:t>第七阶段：平台化（持续）。操作内容：当接入企业达到临界数量后启动平台化——建立标准API接口让第三方开发者接入、设计数据沉积共享规则让平台E层持续加深、建立平台治理机制管理多方利益平衡。产出物：SDE平台＋开发者文档＋治理规则＋运营仪表盘。</w:t>
      </w:r>
    </w:p>
    <w:p>
      <w:pPr>
        <w:pStyle w:val="Heading2"/>
      </w:pPr>
      <w:r>
        <w:t>八、SDE软件产业的财务模型</w:t>
      </w:r>
    </w:p>
    <w:p>
      <w:pPr/>
      <w:r>
        <w:t>SDE软件产业的财务结构与传统软件企业有根本区别。</w:t>
      </w:r>
    </w:p>
    <w:p>
      <w:pPr/>
      <w:r>
        <w:t>收入结构。传统软件企业的收入主要来自三种：项目开发费（一次性）、软件许可费（按年）、维护服务费（按年）。SDE软件产业的收入结构更像"基础设施＋使用量"的双层模式：母机接入费（企业为接入SDE母机支付的年费，类似云服务的订阅费）和路径生成费（按实际生成的个性化路径数量计费，类似API调用费）。母机接入费保证基本收入的稳定性，路径生成费则与客户的实际使用量挂钩使收入与价值创造对齐。</w:t>
      </w:r>
    </w:p>
    <w:p>
      <w:pPr/>
      <w:r>
        <w:t>成本结构。最大的成本项不是开发成本（GPT协同大幅降低了开发成本），而是思想系统维护成本——SDE定义组的人力成本占总成本的30-40%。这是因为思想系统需要持续进化，不能像传统软件那样开发完就进入"维护模式"。第二大成本项是E层存储和计算成本——随着用户增长E层数据持续膨胀需要持续扩展存储和计算资源。第三大成本项是客户成功成本——帮助客户成功地使用SDE产线需要专业的客户成功团队。</w:t>
      </w:r>
    </w:p>
    <w:p>
      <w:pPr/>
      <w:r>
        <w:t>利润结构。SDE软件产业的利润曲线是典型的"J型曲线"——前期投入高（思想系统建设＋母机开发＋种子验证）、中期开始盈利（产线化后收入增长快于成本增长）、后期利润率极高（平台化后边际成本趋零但收入持续增长）。关键拐点是"E层临界点"——当平台E层积累到足够深度后用户迁移成本极高客户流失率趋近于零——这时候平台就进入了"秩序利润"阶段利润率可以达到60-80%。</w:t>
      </w:r>
    </w:p>
    <w:p>
      <w:pPr>
        <w:pStyle w:val="Heading2"/>
      </w:pPr>
      <w:r>
        <w:t>九、SDE软件产业的风险清单与应对</w:t>
      </w:r>
    </w:p>
    <w:p>
      <w:pPr/>
      <w:r>
        <w:t>最大风险是"伪SDE化"——看起来像SDE系统实际上只是换了标签的传统软件。诊断方法：检查系统是否真正实现了"使用越久越精准"。如果用户使用一百次和使用一次的体验完全相同说明E层没有真正沉积D层没有真正个性化——这就是伪SDE化。应对：回到蓝图层重新设计E沉积策略和D路径生成逻辑。</w:t>
      </w:r>
    </w:p>
    <w:p>
      <w:pPr/>
      <w:r>
        <w:t>第二大风险是"S过早僵化"——S层定义太早太死导致系统无法适应新的场景和用户类型。诊断方法：观察新接入的客户是否频繁要求"加功能"——如果是说明S不够灵活。应对：S层必须预留扩展点模块化设计允许新对象和新关系的动态加入。</w:t>
      </w:r>
    </w:p>
    <w:p>
      <w:pPr/>
      <w:r>
        <w:t>第三大风险是"E层泄漏"——用户画像数据被不当使用或泄露。这不只是技术问题更是信任问题——一旦用户发现自己的深层画像被滥用他们会立即离开平台。应对：建立严格的数据分级制度用户画像数据只用于路径生成不用于其他目的；建立数据可删除机制用户有权要求删除自己的全部E层数据。</w:t>
      </w:r>
    </w:p>
    <w:p>
      <w:pPr>
        <w:pStyle w:val="Heading2"/>
      </w:pPr>
      <w:r>
        <w:t>十、SDE软件产业的合作生态构建操作指南</w:t>
      </w:r>
    </w:p>
    <w:p>
      <w:pPr/>
      <w:r>
        <w:t>SDE软件产业不是一个企业能独立完成的——它需要一个完整的合作生态。以下是生态构建的操作指南。</w:t>
      </w:r>
    </w:p>
    <w:p>
      <w:pPr/>
      <w:r>
        <w:t>思想系统供给方（核心层）的操作清单。维护SDE思想系统的持续进化——每年至少完成一次跨领域扩展验证（进入一个新领域做SDE重构），产出新的专著或研究报告。定期更新S标准——每半年审查一次核心对象定义和关系网络是否需要调整。定期校准D路径——每季度根据E层积累的新数据检查路径生成算法的精度是否需要优化。培养下一代思想工程师——通过导师制和训练营持续输出L2-L3级思想工程师。</w:t>
      </w:r>
    </w:p>
    <w:p>
      <w:pPr/>
      <w:r>
        <w:t>母机开发方（技术层）的操作清单。保持母机的模块化和可扩展性——每个新接入的行业客户应该不需要修改母机核心代码而只需要配置行业参数。建立完善的API文档和SDK——让第三方开发者可以在母机基础上构建行业应用。建立自动化测试体系——确保母机在每次更新后所有已有客户的系统不会受到破坏。监控E层的存储和计算资源消耗——制定清晰的扩容策略确保E层增长不会导致性能下降。</w:t>
      </w:r>
    </w:p>
    <w:p>
      <w:pPr/>
      <w:r>
        <w:t>行业合作伙伴（产线层）的操作清单。深入理解所在行业的E条件——每个行业的用户特征、场景约束和价值判断标准都不同，产线层合作伙伴的核心价值就是把SDE母机的通用能力适配到具体行业的E条件中。建立行业知识库——把行业专家的领域知识系统化编码为SDE母机可以调用的规则和模型。提供客户成功服务——帮助客户从"购买了SDE产线"到"成功运行SDE系统"的全过程支持。收集行业反馈——把客户在使用中遇到的问题和新需求系统化反馈给母机开发方。</w:t>
      </w:r>
    </w:p>
    <w:p>
      <w:pPr/>
      <w:r>
        <w:t>平台运营方（生态层）的操作清单。设计公平的利益分配规则——思想系统供给方、母机开发方、行业合作伙伴和最终用户四方的利益必须在长期运行中形成正和博弈。建立数据治理规则——明确什么数据属于平台、什么数据属于客户、什么数据属于用户，以及各方对数据的访问权限和使用范围。建立开发者社区——让第三方开发者可以在平台上构建应用和服务，扩大平台的功能覆盖面。监控平台健康度——定期评估双边沉积速度（供给侧和需求侧的E层是否都在增长）、用户流失率（是否有客户在离开平台）、开发者活跃度（第三方开发者是否在持续构建新应用）。</w:t>
      </w:r>
    </w:p>
    <w:p>
      <w:pPr>
        <w:pStyle w:val="Heading2"/>
      </w:pPr>
      <w:r>
        <w:t>十一、从个人创业者到SDE产业生态的成长路线</w:t>
      </w:r>
    </w:p>
    <w:p>
      <w:pPr/>
      <w:r>
        <w:t>一个拥有原创思想系统的个人如何一步步成长为SDE产业生态的核心？以下是一条经过验证的成长路线。</w:t>
      </w:r>
    </w:p>
    <w:p>
      <w:pPr/>
      <w:r>
        <w:t>第一阶段（1-2年）：专著积累期。核心任务：用SDE方法在自己最擅长的领域完成知识重构，产出至少1-3本专著作为"本体代码"。日常操作：每天用SDE方法分析至少一个领域现象并记录分析过程，每周完成一篇1万字以上的SDE分析文章，每季度完成一本5万字以上的SDE专著。与GPT建立深度协同——不是偶尔提问而是把GPT纳入日常的SDE分析和写作流程中。阶段成果：3-5本SDE专著＋一套经过反复验证的领域SDE方法论。</w:t>
      </w:r>
    </w:p>
    <w:p>
      <w:pPr/>
      <w:r>
        <w:t>第二阶段（2-3年）：原型验证期。核心任务：把专著中的SDE方法论转化为可运行的软件原型，在真实用户上验证。日常操作：完成蓝图设计＋GPT辅助原型开发＋种子用户招募和验证。每月至少发布一个原型更新版本，每次更新基于上一轮用户反馈。阶段成果：一个经过至少100个真实用户验证的SDE系统原型＋验证报告。</w:t>
      </w:r>
    </w:p>
    <w:p>
      <w:pPr/>
      <w:r>
        <w:t>第三阶段（3-5年）：产品化和产线化期。核心任务：把验证过的原型升级为完整产品，然后把产品包装为可交付的产线。日常操作：产品开发＋客户拓展＋团队建设。关键里程碑：第一个付费企业客户、第十个付费客户、第一个行业合作伙伴。阶段成果：一个有稳定收入的SDE软件产品＋至少10个付费客户＋一个3-5人的核心团队。</w:t>
      </w:r>
    </w:p>
    <w:p>
      <w:pPr/>
      <w:r>
        <w:t>第四阶段（5-10年）：平台化期。核心任务：从产线升级为平台，建立多方利益平衡的生态治理体系。这个阶段不是所有SDE创业者都需要走到的——有些人可能选择保持在产线阶段做"小而美"的行业深耕。但如果市场机会足够大且团队能力足够强，平台化可以释放指数级的价值。阶段成果：一个有双边沉积效应的SDE平台＋完善的治理规则＋第三方开发者生态。</w:t>
      </w:r>
    </w:p>
    <w:p>
      <w:pPr>
        <w:pStyle w:val="Heading1"/>
      </w:pPr>
      <w:r>
        <w:t>附录三  从一句思想到一个APP：72小时施工手册</w:t>
      </w:r>
    </w:p>
    <w:p>
      <w:pPr>
        <w:pStyle w:val="Heading2"/>
      </w:pPr>
      <w:r>
        <w:t>一、本手册的使用说明</w:t>
      </w:r>
    </w:p>
    <w:p>
      <w:pPr/>
      <w:r>
        <w:t>这不是一份理论文档，而是一份可以直接照着做的施工手册。它假设你已经拥有一个成熟的思想轴心——你在某个领域有深层的原创理解——现在要把这个理解变成一个可运行的最小可行APP。整个过程被压缩在72小时之内完成，但前提是你的思想已经足够成熟。如果思想本身还不成熟（S说不清楚、D没有流程、E不知道面向谁），那么72小时做出来的只会是一个空壳。思想成熟度是这份手册的入口门槛。</w:t>
      </w:r>
    </w:p>
    <w:p>
      <w:pPr>
        <w:pStyle w:val="Heading2"/>
      </w:pPr>
      <w:r>
        <w:t>二、第一阶段（0-8小时）：SDE解剖</w:t>
      </w:r>
    </w:p>
    <w:p>
      <w:pPr/>
      <w:r>
        <w:t>拿出你的核心思想，用三段话分别回答三个问题。第一段回答S问题："你的思想体系中有哪几个核心对象？它们之间是什么关系？"如果你做的是个性化阅读系统，S可能包括：用户、文本、段落、观点节点、兴趣标签、阅读路径、解释层、笔记。对象之间的关系：用户拥有多个兴趣标签，文本包含多个段落，段落关联多个观点节点，用户的兴趣标签与观点节点之间形成匹配关系，匹配关系驱动阅读路径的生成。</w:t>
      </w:r>
    </w:p>
    <w:p>
      <w:pPr/>
      <w:r>
        <w:t>第二段回答D问题："从用户进入系统到获得核心价值，主流程是什么？"个性化阅读系统的D2主流程可能是：用户选择一本书→系统扫描文本提取观点节点→系统根据用户兴趣标签匹配最相关的观点→系统生成个性化阅读路径（先读什么后读什么）→用户沿路径阅读→系统评估阅读效果（停留时间、标注行为、返回频率）→系统根据反馈调整路径→用户继续阅读。D1方向：创造新的阅读体验（创造律）、允许用户自由跳转和探索（自由律）、让阅读过程流畅愉悦（幸福律）。D3优化：最小化用户寻找感兴趣内容的时间（最小误差）、最小化无关内容的展示（最小冗余）、最小化系统响应延迟（最小损耗）。</w:t>
      </w:r>
    </w:p>
    <w:p>
      <w:pPr/>
      <w:r>
        <w:t>第三段回答E问题："面向什么人？在什么场景下使用？有什么限制条件？"E1世界条件：面向中文成人读者，主要在手机上使用，每次阅读时间约15-30分钟。E2信息条件：需要预处理的中文文本库，需要NLP能力提取观点节点，画像数据实时更新。E3能量条件：云服务器部署，初期支持1000并发用户即可。</w:t>
      </w:r>
    </w:p>
    <w:p>
      <w:pPr/>
      <w:r>
        <w:t>这三段话写完，你的思想就完成了SDE化的第一步。如果任何一段写不出来，说明你的思想还没准备好。</w:t>
      </w:r>
    </w:p>
    <w:p>
      <w:pPr>
        <w:pStyle w:val="Heading2"/>
      </w:pPr>
      <w:r>
        <w:t>三、第二阶段（8-24小时）：蓝图设计</w:t>
      </w:r>
    </w:p>
    <w:p>
      <w:pPr/>
      <w:r>
        <w:t>蓝图分三组，每组必须完成。</w:t>
      </w:r>
    </w:p>
    <w:p>
      <w:pPr/>
      <w:r>
        <w:t>S蓝图（数据结构蓝图）包含以下内容。对象清单表：列出所有核心对象及其关键属性。用户对象（ID、昵称、兴趣标签列表、注册时间、阅读历史）。文本对象（ID、标题、作者、全文、段落列表）。段落对象（ID、所属文本、内容、位置、关联观点节点列表）。观点节点对象（ID、核心表述、关键词、来源段落、权重）。阅读路径对象（ID、所属用户、所属文本、节点序列、生成时间、完成度）。笔记对象（ID、所属用户、关联段落、内容、时间）。对象关系图：用户-文本多对多（通过阅读路径关联）、文本-段落一对多、段落-观点节点多对多、用户-兴趣标签一对多、用户-笔记一对多。页面结构图：首页（推荐书单）→书详情页（章节概览＋匹配度显示）→阅读页（个性化路径＋高亮＋笔记）→画像页（兴趣分布＋阅读历史＋成长轨迹）。状态转换图：阅读路径状态为"未开始→进行中→已完成→已回顾"。</w:t>
      </w:r>
    </w:p>
    <w:p>
      <w:pPr/>
      <w:r>
        <w:t>D蓝图（算法流程蓝图）包含以下内容。主流程图：用户打开APP→首页展示推荐书单（基于兴趣标签匹配度排序）→用户选择一本书→系统提取该书的观点节点→系统计算每个节点与用户兴趣的匹配度→系统生成个性化阅读路径（按匹配度从高到低排序，但保持阅读逻辑连贯性）→用户沿路径阅读→系统记录阅读行为（停留时间、标注、跳转）→每完成一个节点系统更新用户画像→路径动态调整。异常处理：用户跳过推荐节点→记录跳过行为更新画像；用户在某节点停留过长→可能卡住提供辅助解释；用户添加笔记→触发深度兴趣标记。</w:t>
      </w:r>
    </w:p>
    <w:p>
      <w:pPr/>
      <w:r>
        <w:t>E蓝图（数据库世界蓝图）包含以下内容。数据库表结构：users表、texts表、paragraphs表、opinion_nodes表、reading_paths表、path_nodes表（路径中的节点序列）、user_tags表、reading_logs表（每次阅读行为的详细记录）、notes表。画像生成逻辑：每次阅读行为更新用户的兴趣标签权重——在某个观点节点停留时间长则该节点关联的标签权重增加，跳过则权重降低，标注则权重大幅增加。三界沉积策略：E1现实界沉积所有阅读行为的客观数据，E2理念界沉积文本分析规则和推荐算法参数，E3自我界沉积用户的兴趣画像和偏好模型。</w:t>
      </w:r>
    </w:p>
    <w:p>
      <w:pPr/>
      <w:r>
        <w:t>三组蓝图完成后必须做互检：S蓝图中的每个对象是否在E蓝图的数据库表中有对应？D蓝图中的每一步是否有S蓝图中的页面来承载？E蓝图中的沉积规则是否与D蓝图中的反馈逻辑一致？任何一处不一致都必须在这个阶段修正。</w:t>
      </w:r>
    </w:p>
    <w:p>
      <w:pPr>
        <w:pStyle w:val="Heading2"/>
      </w:pPr>
      <w:r>
        <w:t>四、第三阶段（24-56小时）：原型开发</w:t>
      </w:r>
    </w:p>
    <w:p>
      <w:pPr/>
      <w:r>
        <w:t>这个阶段的核心是"用GPT加速开发，但人来做四层验证"。开发策略：把蓝图交给GPT，让GPT生成前端代码（React或Vue）、后端代码（Python/Node.js）和数据库建表脚本。GPT可以在几小时内生成大量基础代码，但生成后必须由人来验证四件事。</w:t>
      </w:r>
    </w:p>
    <w:p>
      <w:pPr/>
      <w:r>
        <w:t>S验证：打开原型，5秒内能否看出系统中有哪些核心对象？用户是否能清楚地感知到"这是一个关于阅读的系统，里面有书、有路径、有我的画像"？如果S不可见，说明前端没有把数据结构正确显影。</w:t>
      </w:r>
    </w:p>
    <w:p>
      <w:pPr/>
      <w:r>
        <w:t>D验证：从打开APP到完成一次完整阅读体验，主流程是否跑通？中间有没有断点？有没有死胡同？用户是否能在一次使用中体验到"个性化推荐→沿路径阅读→系统反馈"的完整闭环？</w:t>
      </w:r>
    </w:p>
    <w:p>
      <w:pPr/>
      <w:r>
        <w:t>E验证：使用两次之后，系统是否记住了你的阅读行为？第二次打开时推荐是否和第一次不同？画像页是否开始显示你的兴趣分布？如果系统"没有记忆"，说明E层没有真正开始沉积。</w:t>
      </w:r>
    </w:p>
    <w:p>
      <w:pPr/>
      <w:r>
        <w:t>技术验证：数据库是否正常工作？创建的用户和阅读记录是否能被正确存储和检索？并发访问时是否崩溃？</w:t>
      </w:r>
    </w:p>
    <w:p>
      <w:pPr>
        <w:pStyle w:val="Heading2"/>
      </w:pPr>
      <w:r>
        <w:t>五、第四阶段（56-72小时）：首轮验证</w:t>
      </w:r>
    </w:p>
    <w:p>
      <w:pPr/>
      <w:r>
        <w:t>最后16小时不是继续开发，而是找5-10个真实用户来使用原型，观察并记录以下指标。完成率：有多少用户完成了一次完整的阅读路径？如果完成率低于50%，D层有问题。回访率：有多少用户第二天还愿意回来？如果回访率低于30%，系统的核心价值不够强。画像增长率：系统的E层数据是否在持续增长？如果用户用了但数据没涨，E层的沉积机制有问题。满意度：用户是否感觉"这个系统比我自己随便翻书更有效"？如果不是，SDE的核心假设在这个场景中可能不成立。</w:t>
      </w:r>
    </w:p>
    <w:p>
      <w:pPr/>
      <w:r>
        <w:t>72小时结束后你手中应该有：一个可运行的最小可行APP、一份蓝图文档、一组首轮验证数据、一份问题清单。这就是从一句思想到一个APP的完整施工过程。</w:t>
      </w:r>
    </w:p>
    <w:p>
      <w:pPr>
        <w:pStyle w:val="Heading2"/>
      </w:pPr>
      <w:r>
        <w:t>六、为什么是72小时而不是72天</w:t>
      </w:r>
    </w:p>
    <w:p>
      <w:pPr/>
      <w:r>
        <w:t>在前GPT时代，同样的过程可能需要3-6个月。GPT把中介层（代码生成、文档撰写、UI设计）的时间压缩了10倍以上。但思想层（SDE解剖）和验证层（真实用户反馈）的时间基本不可压缩——前者需要深层思考，后者需要真实交互。72小时的分配是：8小时思想层＋16小时蓝图层＋32小时开发层（GPT辅助）＋16小时验证层。GPT主要压缩的是中间32小时——如果没有GPT这部分可能需要3-4个月。但前8小时和后16小时不能被压缩——思想必须由人来想，验证必须由真人来做。</w:t>
      </w:r>
    </w:p>
    <w:p>
      <w:pPr/>
      <w:r>
        <w:t>蓝图设计中最容易被忽略的是"异常路径设计"。主流程（happy path）大多数人都能设计出来，但真正区分好系统和差系统的是异常路径的处理。在个性化阅读系统中，异常路径至少包括以下几种。用户在某个观点节点停留超过5分钟——这可能意味着两种截然不同的情况：用户被深深吸引正在深度思考，或者用户完全看不懂卡住了。系统如何区分这两种情况？可以通过辅助信号判断：如果用户在标注和记笔记则说明是深度阅读（系统应保持安静不打扰），如果用户在反复滚动同一段文字则说明是卡住了（系统应提供辅助解释或切换呈现方式）。用户连续跳过3个以上推荐节点——这说明当前的兴趣匹配可能出了问题。系统应该启动"重校准流程"：暂停当前路径，询问用户"是否希望调整阅读方向"，或者自动切换到基于近期行为的新匹配模式而非历史画像。用户在阅读过程中切换到其他APP超过10分钟后回来——系统应该提供"上次读到哪里"的提示，并根据中断时长决定是继续当前路径还是提供一个新的"重新进入"选项。用户画像出现矛盾信号——比如用户的历史兴趣标签指向"科技"但最近三次阅读全部选择了"文学"。系统应该如何处理？好的做法是在画像中区分"长期兴趣"和"短期兴趣"，让推荐算法根据不同的时间窗口使用不同的兴趣权重。异常路径设计的核心原则是：不要假设用户会按你预想的方式使用系统。真实用户的行为永远比设计者的想象更丰富更不可预测。一个好的SDE系统不是"预设了所有可能性"的系统——那是不可能的——而是"能在遇到未预设情况时优雅降级"的系统。优雅降级的基本策略是：当系统不确定该做什么时，优先选择"不打扰用户但记录这个异常"——把异常记入E层，未来用于改进D层的路径生成逻辑。关于GPT在72小时施工中的具体使用技巧，最关键的是"给GPT的输入质量决定了输出质量"。不要对GPT说"帮我做一个阅读APP"——这太模糊了GPT会输出一堆通用模板代码。正确的做法是把蓝图中的具体定义喂给GPT。例如："请根据以下数据模型生成Python的SQLAlchemy模型定义：users表包含id、nickname、created_at字段；texts表包含id、title、author、content字段；opinion_nodes表包含id、text_id、paragraph_id、core_expression、keywords字段……"这种精确到字段级别的输入会让GPT输出高质量的代码。另一个技巧是"分模块喂GPT"——不要一次性把整个系统的蓝图都给GPT，而是按模块分别请求：先生成数据模型，验证后再生成API接口，再生成前端组件。每一步的输出都作为下一步的输入，这样可以逐步构建同时保持质量可控。</w:t>
      </w:r>
    </w:p>
    <w:p>
      <w:pPr>
        <w:pStyle w:val="Heading2"/>
      </w:pPr>
      <w:r>
        <w:t>七、三个完整的72小时施工案例</w:t>
      </w:r>
    </w:p>
    <w:p>
      <w:pPr/>
      <w:r>
        <w:t>案例一：个性化跑步训练APP。</w:t>
      </w:r>
    </w:p>
    <w:p>
      <w:pPr/>
      <w:r>
        <w:t>思想输入（0小时）："每个跑者都应该获得适合自己身体状态和目标的训练方案，而不是千篇一律的训练计划。"</w:t>
      </w:r>
    </w:p>
    <w:p>
      <w:pPr/>
      <w:r>
        <w:t>SDE解剖（0-8小时）。S定义：核心对象包括跑者（年龄、体重、跑步经验、目标距离、最大心率）、训练计划（周期、阶段、每日安排）、单次训练（类型、距离、配速目标、心率区间）、训练记录（实际距离、实际配速、实际心率、主观感受评分）、跑者画像（当前体能水平、恢复能力、偏好训练时段、进步趋势）。D定义：D2主流程为评估跑者当前状态→生成本周训练计划→每日推送训练任务→跑者执行训练→系统收集训练数据→评估训练效果→调整下周计划。E定义：面向业余跑者，通过智能手表或手机GPS获取训练数据，每日训练时间约30-60分钟。</w:t>
      </w:r>
    </w:p>
    <w:p>
      <w:pPr/>
      <w:r>
        <w:t>蓝图设计（8-24小时）。S蓝图：runners表（id、age、weight、experience_level、target_race、max_hr）、training_plans表（id、runner_id、week_number、phase、created_at）、daily_sessions表（id、plan_id、day、type、target_distance、target_pace、target_hr_zone）、training_logs表（id、session_id、actual_distance、actual_pace、avg_hr、perceived_effort、notes）、runner_profiles表（id、runner_id、fitness_level、recovery_rate、preferred_time、progress_slope、updated_at）。D蓝图：系统根据runner_profile生成training_plan→每日展示当日session→跑者完成后提交training_log→系统更新runner_profile→如果perceived_effort连续三天&gt;8则触发恢复模式→每周末重算下周计划。E蓝图：E1沉积所有training_logs的客观数据；E2沉积训练规则（如心率区间对应表、周期化训练模板）；E3沉积跑者的主观感受趋势和动机水平。</w:t>
      </w:r>
    </w:p>
    <w:p>
      <w:pPr/>
      <w:r>
        <w:t>原型开发（24-56小时）。用GPT生成Python Flask后端＋React Native前端。最小原型只包含：注册页→填写基本信息→系统生成第一周计划→每日展示训练任务→训练后手动输入数据→系统更新画像→下周计划自动调整。</w:t>
      </w:r>
    </w:p>
    <w:p>
      <w:pPr/>
      <w:r>
        <w:t>验证（56-72小时）。找10个跑步爱好者使用一周，核心指标：训练完成率（目标&gt;70%）、第二周回访率（目标&gt;50%）、画像更新次数（目标每人&gt;5次）、与自己以前训练方式对比的满意度评分。</w:t>
      </w:r>
    </w:p>
    <w:p>
      <w:pPr/>
      <w:r>
        <w:t>案例二：个性化中医体质调理APP。</w:t>
      </w:r>
    </w:p>
    <w:p>
      <w:pPr/>
      <w:r>
        <w:t>思想输入："中医调理应该基于每个人独特的体质特征而非千人一方。"</w:t>
      </w:r>
    </w:p>
    <w:p>
      <w:pPr/>
      <w:r>
        <w:t>SDE解剖（0-8小时）。S定义：核心对象包括用户（基本信息、主诉症状）、体质评估（九种体质分布比例、主次体质判定）、调理方案（饮食建议、运动建议、作息建议、穴位建议）、每日记录（饮食执行、运动执行、睡眠质量、精力水平、舌象照片）、体质画像（体质演化趋势、季节响应模式、调理敏感度）。D定义：用户完成体质问卷→系统计算九种体质比例→生成个性化调理方案→用户每日执行并记录→系统每周评估调理效果→根据反馈调整方案→每月重测体质看变化。E定义：面向关注健康的25-55岁人群，中文，每天使用5-10分钟记录。</w:t>
      </w:r>
    </w:p>
    <w:p>
      <w:pPr/>
      <w:r>
        <w:t>蓝图关键设计点。状态转换图中"调理方案"的状态为：生成中→执行中→待评估→已调整→已完成一个周期。数据库中的体质评估不是一次性的静态标签而是持续更新的动态画像——每次用户提交每日记录都会微调体质比例分布。D的关键异常路径：用户连续三天未记录→推送温和提醒；用户报告新症状→触发重新评估流程；用户的体质比例在一个月内发生大幅变化→触发人工中医师审查。</w:t>
      </w:r>
    </w:p>
    <w:p>
      <w:pPr/>
      <w:r>
        <w:t>案例三：个性化法律风险自检APP。</w:t>
      </w:r>
    </w:p>
    <w:p>
      <w:pPr/>
      <w:r>
        <w:t>思想输入："中小企业主应该能在签合同前快速了解自己面临的法律风险，而不需要每次都花钱请律师。"</w:t>
      </w:r>
    </w:p>
    <w:p>
      <w:pPr/>
      <w:r>
        <w:t>SDE解剖。S定义：核心对象包括用户企业（行业、规模、地区、历史合同类型）、合同模板库（各类标准合同的S结构解剖）、风险清单（每类合同的常见风险点及严重程度）、自检记录（用户提交的合同→系统识别的风险点→用户的处理决定）、企业法律画像（历史风险分布、高频风险类型、法律意识评分）。D定义：用户上传合同文本→系统识别合同类型→匹配该类合同的风险清单→逐条分析合同条款与风险点的匹配度→生成风险报告（标红高风险条款、标黄中风险条款、绿色通过条款）→用户标记处理决定→系统更新企业法律画像。E定义：面向年收入500万-5亿的中小企业，合同类型以买卖合同、租赁合同、劳动合同、技术开发合同为主。</w:t>
      </w:r>
    </w:p>
    <w:p>
      <w:pPr>
        <w:pStyle w:val="Heading2"/>
      </w:pPr>
      <w:r>
        <w:t>八、72小时施工中的十个常见错误</w:t>
      </w:r>
    </w:p>
    <w:p>
      <w:pPr/>
      <w:r>
        <w:t>第一个错误：S定义太粗——只列了"用户""内容""记录"三个对象就开始编码。修正：每个对象至少列出5个核心属性和与其他对象的明确关系。第二个错误：D只设计了happy path没设计异常路径。修正：至少为每个关键步骤设计一个"用户没按预期操作"的处理方案。第三个错误：E层只设计了存储没设计画像生成逻辑。修正：明确定义"什么数据触发画像更新""画像更新的计算规则是什么""画像如何影响D层的路径生成"。第四个错误：蓝图跳过了状态转换图。修正：为每个有生命周期的对象画出完整的状态转换图。第五个错误：给GPT的指令太模糊。修正：把蓝图中的具体定义精确到字段级别后再喂给GPT。第六个错误：原型功能太多。修正：最小原型只需要3-5个页面1条主流程和1个最基本的E入口。第七个错误：验证指标太模糊。修正：在开发前就定义好四个量化指标的具体数值目标。第八个错误：忽略了"第二次使用"体验。修正：专门测试用户第二次打开APP时系统是否"记住"了上次的使用，推荐是否发生了变化。第九个错误：没有预留数据导出接口。修正：从第一天起就设计数据导出API未来用于分析和改进。第十个错误：一个人闷头做不找人验证。修正：72小时中最后16小时必须用于真实用户验证没有替代方案。</w:t>
      </w:r>
    </w:p>
    <w:p>
      <w:pPr>
        <w:pStyle w:val="Heading2"/>
      </w:pPr>
      <w:r>
        <w:t>九、GPT协同开发的精确操作手册</w:t>
      </w:r>
    </w:p>
    <w:p>
      <w:pPr/>
      <w:r>
        <w:t>在72小时施工中，GPT的使用方式决定了开发效率的80%。以下是经过实战验证的GPT协同操作手册。</w:t>
      </w:r>
    </w:p>
    <w:p>
      <w:pPr/>
      <w:r>
        <w:t>数据模型生成的标准提示模板。不要说"帮我设计一个数据库"，而要这样说："请根据以下对象清单生成Python SQLAlchemy数据模型。对象1：Runner，字段包括id(整数主键)、nickname(字符串50)、age(整数)、weight(浮点数)、experience_level(枚举:beginner/intermediate/advanced)、target_race(字符串100)、max_hr(整数)、created_at(时间戳)。对象2：TrainingPlan，字段包括id(整数主键)、runner_id(外键关联Runner)、week_number(整数)、phase(枚举:base/build/peak/taper)、created_at(时间戳)。对象之间的关系：Runner一对多TrainingPlan。请同时生成建表迁移脚本。"这种精确到字段类型和关系的输入会让GPT输出可直接使用的代码。</w:t>
      </w:r>
    </w:p>
    <w:p>
      <w:pPr/>
      <w:r>
        <w:t>API接口生成的标准提示模板。不要说"帮我写后端接口"，而要这样说："请用Python Flask为以下功能生成RESTful API：POST /api/runners 创建新跑者（接收nickname、age、weight、experience_level、target_race、max_hr），返回创建的跑者对象。GET /api/runners/{id}/plan 获取指定跑者的当前训练计划，如果没有则根据跑者画像自动生成一个新计划。POST /api/runners/{id}/log 提交一次训练记录（接收session_id、actual_distance、actual_pace、avg_hr、perceived_effort），提交后自动更新跑者画像。请包含错误处理和输入验证。"</w:t>
      </w:r>
    </w:p>
    <w:p>
      <w:pPr/>
      <w:r>
        <w:t>前端页面生成的标准提示模板。不要说"帮我做界面"，而要这样说："请用React生成以下页面组件。页面名称：TrainingDashboard。布局：顶部显示今日训练任务（包括训练类型、目标距离、目标配速、目标心率区间），中部显示最近7天的训练完成情况（用柱状图显示每天的实际距离），底部显示跑者画像摘要（体能水平、恢复能力评分、进步趋势箭头）。数据来源：调用GET /api/runners/{id}/dashboard。请使用Tailwind CSS。"</w:t>
      </w:r>
    </w:p>
    <w:p>
      <w:pPr/>
      <w:r>
        <w:t>GPT输出的四步审查流程。第一步结构审查：GPT生成的代码是否与蓝图中的S定义一致？对象名称、字段名称、关系类型是否与蓝图完全对应？第二步流程审查：API的调用顺序是否与蓝图中的D主流程一致？有没有遗漏的步骤或多余的步骤？第三步沉积审查：每次用户操作后是否有数据被写入数据库？画像是否会被更新？如果用户使用两次系统会不会因为E层的积累而体验不同？第四步安全审查：输入是否被验证？SQL注入是否被防范？用户数据是否被隔离？</w:t>
      </w:r>
    </w:p>
    <w:p>
      <w:pPr/>
      <w:r>
        <w:t>分模块迭代的操作节奏。第一天（8小时）：用GPT生成数据模型和数据库建表脚本，手动验证表结构是否正确。第二天（8小时）：用GPT生成核心API接口（创建用户、生成计划、提交记录、更新画像），用Postman逐个测试。第三天（8小时）：用GPT生成前端页面组件，连接后端API，完成端到端流程跑通。第四天（8小时）：修复bug、优化UI、添加异常处理、部署到测试服务器。这四天对应施工阶段的32小时GPT辅助开发。每天结束前做一次"SDE一致性检查"——S层的对象是否都在界面上可见？D层的流程是否跑通？E层的数据是否在沉积？</w:t>
      </w:r>
    </w:p>
    <w:p>
      <w:pPr>
        <w:pStyle w:val="Heading2"/>
      </w:pPr>
      <w:r>
        <w:t>十、原型上线后的第一个月运营操作手册</w:t>
      </w:r>
    </w:p>
    <w:p>
      <w:pPr/>
      <w:r>
        <w:t>原型通过72小时验证后的第一个月是最关键的——这个月决定了系统是"能用一次的demo"还是"能持续运行的活系统"。</w:t>
      </w:r>
    </w:p>
    <w:p>
      <w:pPr/>
      <w:r>
        <w:t>第一周：密集反馈收集。每天至少和2个用户做15分钟的一对一访谈，问三个核心问题：你用这个系统的时候最不爽的是什么？你觉得系统推荐的路径准不准？你明天还想用吗为什么？把所有反馈分成三类：S问题（对象定义或页面结构有问题）、D问题（流程不通或推荐不准）、E问题（系统没有记住用户或画像不准确）。每类问题按严重程度排序。</w:t>
      </w:r>
    </w:p>
    <w:p>
      <w:pPr/>
      <w:r>
        <w:t>第二周：修复最严重的问题。只修S问题中最严重的1个、D问题中最严重的1个、E问题中最严重的1个——不要试图一次修完所有问题。每修一个问题就发布一个更新版本并通知用户。观察修复后的指标变化。</w:t>
      </w:r>
    </w:p>
    <w:p>
      <w:pPr/>
      <w:r>
        <w:t>第三周：开始关注E层增长。这一周的核心关注点不是功能而是数据——系统的E层是否在持续加深？每个用户的画像是否在变得更精确？路径推荐的精度是否因为数据积累而在提升？如果答案是"是"说明系统已经进入了"活系统"状态。如果答案是"否"说明E层的沉积机制有问题需要重新设计。</w:t>
      </w:r>
    </w:p>
    <w:p>
      <w:pPr/>
      <w:r>
        <w:t>第四周：做第一次正式复盘。写一份包含以下内容的复盘报告：用户留存数据（日活/周活/月活）、E层增长数据（画像更新次数/数据库记录增长量）、路径精度数据（推荐被接受的比例变化趋势）、最大的三个问题和解决方案、下一个月的三个优先目标。这份报告就是系统从"原型"升级为"产品"的起点。</w:t>
      </w:r>
    </w:p>
    <w:p>
      <w:pPr>
        <w:pStyle w:val="Heading2"/>
      </w:pPr>
      <w:r>
        <w:t>案例四：个性化教育路径母机的完整SDE蓝图</w:t>
      </w:r>
    </w:p>
    <w:p>
      <w:pPr/>
      <w:r>
        <w:t>在SDE本体论框架中，教育产品的原型不再是一个静态的课程库，而是一个动态学习路径生成母机。</w:t>
      </w:r>
    </w:p>
    <w:p>
      <w:pPr/>
      <w:r>
        <w:t>S蓝图：教育世界的数字骨架。对象结构包括三类核心实体。知识母体节点——每个节点包含核心定义、前置依赖关系、难度系数及多模态呈现方式（文字、视频、互动实验）。学习者实体——包含基础属性及指向E层画像的索引。路径记录——记录每一次D流程的生成历史。状态转换设计：知识点状态为"未触达→学习中→已评估→已掌握→需回顾"。状态转换规则：从未触达到学习中需要用户点击进入；从学习中到已评估需要完成微测验；从已评估到已掌握需要正确率超过80%；从已掌握到需回顾需要遗忘曲线触发。页面与路由：导航页显示知识全景图（学生一眼看到自己在知识网络中的位置），执行页是个性化内容的交互入口（根据学生偏好动态切换呈现方式），画像页向学生展示其三界沉积的成长轨迹。</w:t>
      </w:r>
    </w:p>
    <w:p>
      <w:pPr/>
      <w:r>
        <w:t>D蓝图：个性化路径的运行逻辑。主流程严格遵循D2六步法。猜想——基于学生当前的E层画像，从S层网络中提取出最适合的一组知识节点，生成初始推荐路径。执行——调用GPT根据学生偏好（如科幻风格或历史叙事风格）实时转译教材内容，让同一个知识点以不同面貌呈现给不同学生。评估——通过微测验捕获学习反馈，测验题目也根据学生水平动态生成。反馈——将评估结果回流，识别是否存在认知断点（学生是卡在概念理解上还是卡在运算技巧上）。修正——若评估未通过，D路径自动重算，可能回退到前置节点或更换呈现方式（从抽象公式切换到具体案例）。迭代——更新画像，进入下一轮更高精度的循环。</w:t>
      </w:r>
    </w:p>
    <w:p>
      <w:pPr/>
      <w:r>
        <w:t>E蓝图：学生的数值传记。E是产品的核心壁垒，负责将数据沉积为不可迁移的数字国土。三界沉积策略：E1现实界沉积客观行为——记录点击流、停留时长、作答速度、遗忘节点、每日学习时段分布。E2理念界沉积运行规则——路径生成的推荐权重、难度分级逻辑、教育学干预规则（如先形象后抽象、先整体后局部）。E3自我界沉积主观画像——利用大模型分析学生的情绪状态、信心指数、对不同题材的兴趣漂移。能量结构：内能是学生长期积累的知识厚度（掌握了多少节点、掌握得多深），动能是当前的活跃度与进度（这周学了多少、完成率如何），势能是未来挑战更高级知识的可能性（基于当前画像预测学生三个月后能达到的水平）。</w:t>
      </w:r>
    </w:p>
    <w:p>
      <w:pPr/>
      <w:r>
        <w:t>最小可行原型验证四项指标。S验证：学生能否通过界面一眼看出自己所处的知识位置？D验证：学生在遇到困难时，系统能否在5秒内给出重算后的不同路径？E验证：第二次登录时，系统推荐的内容是否比第一次更贴合学生的偏好？技术验证：数据库能否实时记录并追溯每一条路径历史？</w:t>
      </w:r>
    </w:p>
    <w:p>
      <w:pPr/>
      <w:r>
        <w:t>商业模式预演：该原型的财富密码在于不再卖视频课（标准化内容），而是卖因材施教的母机接入权。由于S是标准化的、D是由AI自动生成的，增加一名学生的边际成本趋向于零，从而实现差异价值的规模化生产。</w:t>
      </w:r>
    </w:p>
    <w:p>
      <w:pPr>
        <w:pStyle w:val="Heading1"/>
      </w:pPr>
      <w:r>
        <w:t>附录四  思想工程师培养方案与SDE教育课程体系</w:t>
      </w:r>
    </w:p>
    <w:p>
      <w:pPr>
        <w:pStyle w:val="Heading2"/>
      </w:pPr>
      <w:r>
        <w:t>一、为什么现有教育体系培养不出思想工程师</w:t>
      </w:r>
    </w:p>
    <w:p>
      <w:pPr/>
      <w:r>
        <w:t>现有的计算机教育体系是在工业文明和信息文明的逻辑下建立的，它的核心目标是培养"能执行的人"——能写代码的程序员、能管项目的产品经理、能搭系统的架构师。这些角色在过去几十年里确实是软件行业最需要的人才类型。但在GPT时代，这三种角色的供给正在被大模型大规模补充——GPT可以写代码、可以整理需求、可以设计架构。当执行层的人才供给因为GPT而急剧充裕时，真正稀缺的就转向了执行层之上的那个层级——本体层。</w:t>
      </w:r>
    </w:p>
    <w:p>
      <w:pPr/>
      <w:r>
        <w:t>本体层的工作不是"怎么做"（执行层的问题），而是"做什么"和"为什么做这个"（本体层的问题）。思想工程师就是在本体层工作的人——他们不是把别人定义好的需求转化为系统，而是从零开始定义"这个领域应该怎样被重新理解、重新组织、重新数字化"。</w:t>
      </w:r>
    </w:p>
    <w:p>
      <w:pPr/>
      <w:r>
        <w:t>现有教育体系为什么培养不出思想工程师？因为它的课程结构、评价标准和培养路径全部是围绕执行层设计的。数据结构课教的是"怎么用数组链表树图"，不是"怎么设计一个领域的对象世界"。算法课教的是"怎么解排序搜索动规题"，不是"怎么为一个领域设计差异运行路径"。数据库课教的是"怎么写SQL建表"，不是"怎么构造一个可持续沉积的数字世界"。评价标准是"考试分数"和"项目完成度"，不是"你有没有提出过一个原创的S定义"。</w:t>
      </w:r>
    </w:p>
    <w:p>
      <w:pPr>
        <w:pStyle w:val="Heading2"/>
      </w:pPr>
      <w:r>
        <w:t>二、SDE教育课程体系的完整设计</w:t>
      </w:r>
    </w:p>
    <w:p>
      <w:pPr/>
      <w:r>
        <w:t>SDE教育应该按三个阶段展开，每个阶段对应不同的能力目标。</w:t>
      </w:r>
    </w:p>
    <w:p>
      <w:pPr/>
      <w:r>
        <w:t>第一阶段：SDE感知训练（适合中学到大学低年级）。核心能力目标是让学生"看见"S、D、E。训练方式是项目制学习——给学生一个真实系统（学校图书馆管理系统、食堂排队系统、班级作业提交系统），让他们用SDE方法去解剖它。S训练：识别系统中有哪些核心对象？对象之间是什么关系？状态有哪些？D训练：系统的主流程是什么？从用户进入到完成任务要经过几步？每一步的输入输出是什么？E训练：系统记录了什么？用户使用之后系统"知道"了什么？如果再用一次系统会不同吗？考核标准不是"做出一个系统"，而是"能不能画出一张准确的SDE解剖图"。能画出解剖图的学生，说明他已经具备了SDE感知能力。</w:t>
      </w:r>
    </w:p>
    <w:p>
      <w:pPr/>
      <w:r>
        <w:t>第二阶段：SDE构造训练（适合大学高年级到研究生）。核心能力目标是让学生"建造"S、D、E。训练方式是从零开始为一个真实领域设计SDE系统。学生需要选择一个自己有深度理解的领域（可以是教育、健康、体育、音乐、法律、烹饪——任何领域），然后完成以下任务。S定义：为这个领域定义核心对象清单和关系网络。不是用别人的框架，而是用自己的理解去定义"这个领域应该由哪些对象组成"。D设计：为这个领域设计主流程和差异路径生成逻辑。E规划：确定面向什么用户、在什么场景下使用、需要沉积什么数据。蓝图绘制：画出三组蓝图（S蓝图、D蓝图、E蓝图）并做三组互检。原型开发：用GPT辅助开发一个最小可行原型。验证评估：在真实用户上验证原型的四层有效性。考核标准不是"原型好不好用"，而是"SDE定义是否具有原创性和结构清晰性"。</w:t>
      </w:r>
    </w:p>
    <w:p>
      <w:pPr/>
      <w:r>
        <w:t>第三阶段：SDE跨领域创新训练（适合研究生到博士后）。核心能力目标是让学生用SDE方法进入一个全新领域做知识重构。训练方式是跨领域实战——学生必须进入一个自己此前没有接触过的领域，用SDE方法完成以下任务。E点火：找到自己在这个新领域中的真实困惑。S扫描：用大模型做现有知识结构的第一轮显影。SDE批判：用三维对现有结构做批判——S有什么盲区？D有什么被遮蔽的路径？E有什么被忽略的特征？D开路：识别被现有体系压低的差异路径。S重建：在新的E和D下重建知识结构。真善美检验：新结构是否更真（更准确）、更善（更可操作）、更美（更统一）？考核标准是"你有没有在这个新领域中发现了一个此前没人发现的结构问题，并提出了一个有说服力的新框架"。这就是培养思想工程师的核心考核——不是记住多少知识，而是能不能创造新知识。</w:t>
      </w:r>
    </w:p>
    <w:p>
      <w:pPr>
        <w:pStyle w:val="Heading2"/>
      </w:pPr>
      <w:r>
        <w:t>三、思想工程师的五级能力矩阵</w:t>
      </w:r>
    </w:p>
    <w:p>
      <w:pPr/>
      <w:r>
        <w:t>思想工程师不是一个单一的角色，而是一个有层级的能力谱系。</w:t>
      </w:r>
    </w:p>
    <w:p>
      <w:pPr/>
      <w:r>
        <w:t>L1级：SDE感知者。能力标准：能用SDE方法解剖任何现有系统，画出准确的SDE解剖图。典型产出：SDE分析报告。对应职位：SDE分析师、初级思想工程师。培养周期：1-2年的SDE感知训练。</w:t>
      </w:r>
    </w:p>
    <w:p>
      <w:pPr/>
      <w:r>
        <w:t>L2级：SDE构造者。能力标准：能为一个具体领域从零设计SDE系统，完成从定义到蓝图到原型的全过程。典型产出：一个领域的SDE系统原型。对应职位：SDE系统设计师、中级思想工程师。培养周期：2-3年的SDE构造训练。</w:t>
      </w:r>
    </w:p>
    <w:p>
      <w:pPr/>
      <w:r>
        <w:t>L3级：SDE跨界者。能力标准：能用SDE方法进入任何新领域做知识重构，边际扩张成本递减。典型产出：跨领域的SDE专著和系统。对应职位：高级思想工程师、SDE方法论专家。培养周期：3-5年的跨领域实战。</w:t>
      </w:r>
    </w:p>
    <w:p>
      <w:pPr/>
      <w:r>
        <w:t>L4级：SDE母机建造者。能力标准：能建造可服务整个行业的SDE母机系统，包括S标准化、D自动化、E个性化的完整体系。典型产出：行业级SDE母机平台。对应职位：SDE产业架构师、首席思想工程师。培养周期：5-10年的产业实践。</w:t>
      </w:r>
    </w:p>
    <w:p>
      <w:pPr/>
      <w:r>
        <w:t>L5级：SDE思想体系创立者。能力标准：能创立全新的跨领域思想体系并将其SDE化、软件化、平台化。典型产出：原创思想体系＋系列专著＋SDE母机＋产业平台。对应职位：思想体系创始人。培养周期：10-20年的深层积累。</w:t>
      </w:r>
    </w:p>
    <w:p>
      <w:pPr>
        <w:pStyle w:val="Heading2"/>
      </w:pPr>
      <w:r>
        <w:t>四、大学计算机专业的课程重组方案</w:t>
      </w:r>
    </w:p>
    <w:p>
      <w:pPr/>
      <w:r>
        <w:t>现有课程到SDE课程的对应关系。数据结构课→软件结构学：从"怎么用容器"升级为"怎么定义一个领域的数字世界的对象组织方式"。教学内容从数组链表树图扩展到对象关系建模、状态转换设计、页面结构规划、模块边界划分。算法课→软件运行学：从"怎么解题"升级为"怎么设计一个系统的差异运行路径"。教学内容从排序搜索动规扩展到D1方向设计、D2六步法应用、D3优化原则、路径生成算法。数据库课→软件世界学：从"怎么建表查询"升级为"怎么构造一个可持续沉积、可持续进化的数字世界"。教学内容从SQL和ER图扩展到特征纠缠理论、画像系统设计、三界沉积策略、能量结构分析。</w:t>
      </w:r>
    </w:p>
    <w:p>
      <w:pPr/>
      <w:r>
        <w:t>新增课程。SDE方法论导论（必修）：SDE思想体系的完整介绍，包括本体论、发生学、病理学、动力学。SDE跨领域实战（选修）：学生选择一个非计算机领域用SDE方法做知识重构。SDE与GPT协同（必修）：如何用SDE框架驱动GPT进行高效的人机协同开发。SDE软件工程实验（必修）：从一句思想到一个APP的完整施工实践。</w:t>
      </w:r>
    </w:p>
    <w:p>
      <w:pPr>
        <w:pStyle w:val="Heading2"/>
      </w:pPr>
      <w:r>
        <w:t>五、评价体系的重写</w:t>
      </w:r>
    </w:p>
    <w:p>
      <w:pPr/>
      <w:r>
        <w:t>传统考核方式到SDE考核方式的转变。笔试→SDE解剖实操：给学生一个从未见过的系统，限时画出SDE解剖图。编程题→SDE设计题：给学生一个领域描述，要求设计S对象清单、D主流程和E沉积策略。期末项目→SDE原型验证：学生必须在真实用户上验证自己设计的SDE系统，提交验证报告而不只是代码。论文→SDE专著章节：研究生的毕业论文可以是一部SDE专著的一个章节——用SDE方法对某个领域做完整的知识重构。</w:t>
      </w:r>
    </w:p>
    <w:p>
      <w:pPr/>
      <w:r>
        <w:t>核心评价标准从"知识量"转向"结构质量"。不问"你记住了多少"，而问"你定义的S是否清晰、D是否可运行、E是否真实"。不问"你写了多少代码"，而问"你的SDE定义能否被GPT有效展开"。不问"你的系统有多少功能"，而问"你的系统E层沉积了多深"。</w:t>
      </w:r>
    </w:p>
    <w:p>
      <w:pPr>
        <w:pStyle w:val="Heading2"/>
      </w:pPr>
      <w:r>
        <w:t>六、一个具体的"思想工程师训练营"方案</w:t>
      </w:r>
    </w:p>
    <w:p>
      <w:pPr/>
      <w:r>
        <w:t>12周密集训练方案。第1-2周：SDE理论学习＋现有系统解剖练习（每人解剖3个系统）。第3-4周：选定一个领域，完成SDE定义（S/D/E三段话）。第5-6周：蓝图设计＋三组互检＋GPT辅助生成代码骨架。第7-8周：原型开发＋四层验证。第9-10周：在真实用户上运行两周收集数据。第11周：根据验证数据修正SDE定义和系统。第12周：撰写完整的SDE施工报告＋公开展示。</w:t>
      </w:r>
    </w:p>
    <w:p>
      <w:pPr/>
      <w:r>
        <w:t>毕业标准：（1）能在10分钟内对任意系统画出SDE解剖图；（2）有一个经过真实用户验证的SDE原型；（3）能用三段话清晰表达自己所在领域的S、D、E。满足这三个标准的学员，可以被认定为L2级思想工程师。</w:t>
      </w:r>
    </w:p>
    <w:p>
      <w:pPr/>
      <w:r>
        <w:t>现有大学的软件工程教育存在一个根本性的结构错位：课程体系围绕"技术能力"组织，而不是围绕"认知能力"组织。技术能力是"会用什么工具"——会Java、会Python、会React、会Docker、会Kubernetes。认知能力是"会看见什么结构"——会看见对象关系（S感知）、会设计运行流程（D设计）、会构造数字世界（E建造）。技术能力有保质期——十年前最热门的技术栈今天已经有一半过时了。认知能力没有保质期——看见结构的能力、设计流程的能力、构造世界的能力不会因为技术栈更新而贬值。GPT时代让这个错位变得更加尖锐：GPT正在快速承包技术能力层面的工作，但它承包不了认知能力层面的工作。一个只有技术能力而没有认知能力的工程师，在GPT面前正在快速贬值；一个同时拥有认知能力和技术能力的工程师，在GPT协同下反而效能倍增。因此SDE教育体系的核心目标不是"教更多技术"而是"训练更深的认知"——让学生从"会用工具的人"变成"会定义世界的人"。具体到课堂教学方法的改变，传统软件教学主要依赖三种方法：讲授（教师讲学生听）、实验（在实验室按指导书做）、项目（在学期末做一个课程项目）。SDE教学需要增加第四种方法——解剖。解剖教学的核心是：给学生一个他们从未见过的真实系统（不是教学案例而是真实世界中正在运行的系统），要求他们在限定时间内画出这个系统的SDE解剖图。这种练习训练的不是知识记忆能力而是结构识别能力——面对一个陌生系统能否快速看出它的S是什么、D是什么、E是什么。这种能力一旦形成就不会过时，因为任何新系统不管用什么技术栈它都必然具有S、D、E三个维度。SDE教育的另一个关键创新是"跨领域实战"。传统计算机教育让学生做的项目几乎全部在计算机领域内——做一个网站、做一个APP、做一个算法。SDE教育则要求学生必须进入一个非计算机领域——教育、健康、法律、烹饪、体育、音乐、农业——用SDE方法去理解和重构这个领域的知识结构。跨领域实战的价值在于：它迫使学生把SDE从"一套学到的概念"变成"一套可以在任何领域使用的元工具"。当一个学生成功地用SDE方法重构了一个自己完全陌生的领域（比如一个计算机专业的学生用SDE方法分析了传统中医的诊疗逻辑），他就真正掌握了SDE方法论，而不只是记住了S、D、E三个字母。</w:t>
      </w:r>
    </w:p>
    <w:p>
      <w:pPr>
        <w:pStyle w:val="Heading2"/>
      </w:pPr>
      <w:r>
        <w:t>七、SDE教育落地的操作时间表</w:t>
      </w:r>
    </w:p>
    <w:p>
      <w:pPr/>
      <w:r>
        <w:t>以一所大学的计算机学院为例，SDE教育改革的操作时间表如下。</w:t>
      </w:r>
    </w:p>
    <w:p>
      <w:pPr/>
      <w:r>
        <w:t>第一年：试点阶段。第一学期：在大三开设一门SDE选修课"SDE方法论导论"，内容覆盖SDE本体论基础＋三维解剖练习＋一次完整的SDE施工实战。选课人数控制在30-50人。同时组建SDE教学团队（3-5名教师），用一个学期的时间让教学团队先掌握SDE方法论——方式是让每位教师选择一个自己熟悉的非计算机领域用SDE方法做一次完整的知识重构。第二学期：根据第一学期的教学反馈调整课程内容，同时开设第二门SDE选修课"SDE与GPT协同开发实战"，让学生在GPT辅助下完成从思想到原型的全过程。</w:t>
      </w:r>
    </w:p>
    <w:p>
      <w:pPr/>
      <w:r>
        <w:t>第二年：扩展阶段。把数据结构课改造为"软件结构学"——在保留原有数据结构知识的基础上增加SDE视角：数组链表树图不再只是"容器类型"而是"软件中存在物的组织方式的原型模式"。把算法课改造为"软件运行学"——在保留排序搜索动态规划等核心算法的基础上增加D1/D2/D3框架：每个算法都被放在"方向—流程—优化"的三层结构中重新理解。把数据库课改造为"软件世界学"——在保留SQL和ER图的基础上增加特征纠缠、画像系统和三界沉积的教学内容。</w:t>
      </w:r>
    </w:p>
    <w:p>
      <w:pPr/>
      <w:r>
        <w:t>第三年：常态化阶段。SDE方法论课程成为必修课。研究生阶段开设"SDE跨领域创新方法论"课程，要求学生进入一个全新领域做知识重构作为毕业项目。建立"SDE创新实验室"，由L3级以上的思想工程师（可以是教师也可以是企业合作者）带领学生团队做真实的SDE产业化项目。</w:t>
      </w:r>
    </w:p>
    <w:p>
      <w:pPr>
        <w:pStyle w:val="Heading2"/>
      </w:pPr>
      <w:r>
        <w:t>八、企业中的SDE人才培养操作方案</w:t>
      </w:r>
    </w:p>
    <w:p>
      <w:pPr/>
      <w:r>
        <w:t>对于企业来说SDE人才培养不能等大学改好了再招人，必须自己建立内部培养体系。</w:t>
      </w:r>
    </w:p>
    <w:p>
      <w:pPr/>
      <w:r>
        <w:t>新员工SDE入门训练（2周）。第一周：SDE理论密集学习——通读本书前两编＋完成3个系统的SDE解剖练习。每天解剖一个系统（第一天解剖公司自己的产品，第二天解剖一个竞品，第三天解剖一个完全不同行业的系统），每次解剖后与导师讨论30分钟。第二周：SDE施工实战——选择公司业务中的一个小模块，完成SDE定义＋蓝图设计＋GPT辅助原型开发的全过程。产出物：一份SDE解剖报告＋一个可运行的最小原型。考核标准：能否在15分钟内对任意系统画出SDE解剖图。</w:t>
      </w:r>
    </w:p>
    <w:p>
      <w:pPr/>
      <w:r>
        <w:t>在职员工SDE进阶训练（持续）。月度SDE研讨会：每月选择一个公司正在开发或考虑开发的项目，全员用SDE方法做解剖和设计方案对比。季度SDE黑客松：每季度用一个周末做72小时SDE施工冲刺——从一句思想到一个可验证原型。年度SDE跨界挑战：每年让每个团队成员进入一个自己不熟悉的领域用SDE方法做一次知识重构，产出一份1万字以上的SDE分析报告。</w:t>
      </w:r>
    </w:p>
    <w:p>
      <w:pPr/>
      <w:r>
        <w:t>SDE人才晋升体系。初级SDE分析师→中级SDE系统设计师→高级思想工程师→首席思想工程师。每个级别都有明确的能力考核标准和产出要求。初级考核：能画SDE解剖图。中级考核：能设计完整的SDE系统蓝图并通过原型验证。高级考核：能进入新领域做知识重构并产出可运行的SDE母机。首席考核：能带领团队建立行业级的SDE平台。</w:t>
      </w:r>
    </w:p>
    <w:p>
      <w:pPr>
        <w:pStyle w:val="Heading2"/>
      </w:pPr>
      <w:r>
        <w:t>九、评价体系改革的操作细节</w:t>
      </w:r>
    </w:p>
    <w:p>
      <w:pPr/>
      <w:r>
        <w:t>学术评价改革操作清单。论文评审增加SDE维度：在传统的"创新性、严谨性、实用性"三维评审基础上增加第四维"SDE可运行性"——这篇论文提出的理论是否具有被SDE化的潜力？如果被SDE化后它的S是什么D是什么E是什么？论文能不能同时提交一份"SDE转化方案"作为</w:t>
      </w:r>
    </w:p>
    <w:p>
      <w:pPr>
        <w:pStyle w:val="Heading2"/>
      </w:pPr>
      <w:r>
        <w:t>十一、SDE思想工程师的职业发展路径</w:t>
      </w:r>
    </w:p>
    <w:p>
      <w:pPr/>
      <w:r>
        <w:t>思想工程师不是一个虚拟的概念，而是一个可以被职业化、被评估、被培养、被定价的真实职业。以下是思想工程师从入行到成熟的完整职业发展路径。</w:t>
      </w:r>
    </w:p>
    <w:p>
      <w:pPr/>
      <w:r>
        <w:t>入行阶段（0-2年）：SDE分析师。日常工作：对公司产品和竞品做SDE解剖分析，撰写SDE分析报告，辅助高级思想工程师做蓝图设计。核心产出：每月2-3份SDE解剖报告。薪资参考：与初级产品经理或初级架构师相当。成长标志：能在30分钟内对任意系统画出准确的SDE解剖图并指出至少3个结构问题。</w:t>
      </w:r>
    </w:p>
    <w:p>
      <w:pPr/>
      <w:r>
        <w:t>成长阶段（2-5年）：SDE系统设计师。日常工作：独立负责一个领域或产品线的SDE系统设计，从S定义到蓝图到原型验证的全过程。核心产出：每年1-2个经过真实用户验证的SDE系统。薪资参考：与高级产品经理或技术总监相当。成长标志：能从零开始为一个新领域设计完整的SDE系统并在三个月内完成原型验证。</w:t>
      </w:r>
    </w:p>
    <w:p>
      <w:pPr/>
      <w:r>
        <w:t>成熟阶段（5-10年）：高级思想工程师。日常工作：跨领域工作，负责公司SDE思想系统的维护和进化，指导团队中的初级和中级思想工程师。核心产出：每年至少完成一次跨领域SDE扩展（进入一个新领域做知识重构），产出专著或研究报告。薪资参考：与VP或C-level高管相当。成长标志：能用SDE方法进入任何新领域并在两周内完成该领域的知识重构。</w:t>
      </w:r>
    </w:p>
    <w:p>
      <w:pPr/>
      <w:r>
        <w:t>专家阶段（10年以上）：首席思想工程师/思想系统创始人。日常工作：定义公司的核心SDE思想系统方向，做最高层的本体判断，培养下一代思想工程师。核心产出：原创的SDE思想体系＋系列专著＋产业平台。薪资参考：公司创始人或合伙人级别。成长标志：已建立一套被市场验证的跨领域SDE思想系统，至少覆盖3个以上的行业。</w:t>
      </w:r>
    </w:p>
    <w:p>
      <w:pPr>
        <w:pStyle w:val="Heading2"/>
      </w:pPr>
      <w:r>
        <w:t>十二、思想工程师的日常工作模板</w:t>
      </w:r>
    </w:p>
    <w:p>
      <w:pPr/>
      <w:r>
        <w:t>一个L3级高级思想工程师的典型工作日。早上8:00-10:00（SDE阅读和思考）：阅读一个新领域的核心文献，用SDE方法做解剖笔记——识别这个领域现有框架的S结构、D路径和E条件，标记结构盲区和被遮蔽的差异。上午10:00-12:00（GPT协同工作）：把阅读中发现的结构问题输入GPT做展开——让GPT枚举这个领域的核心对象清单、生成关系网络的初步版本、模拟不同E条件下的D路径差异。人做判断和修正——GPT的输出中哪些是真实的哪些是幻觉。下午14:00-16:00（蓝图和原型工作）：把上午的分析结果转化为蓝图——更新S定义、修改D流程、调整E沉积策略。如果在原型开发阶段，用GPT辅助生成代码并做SDE一致性检查。下午16:00-17:00（团队协同）：与SDE定义组和GPT协同组的成员讨论当天的发现和进展。指导初级思想工程师的SDE解剖练习。审查团队成员提交的蓝图草案。晚上19:00-21:00（写作和沉淀）：把当天的思考和发现写成文字——可能是专著的一个章节、一篇SDE分析报告或一份蓝图设计文档。写作不是"额外任务"而是思想工程师最核心的产出方式——因为写作过程本身就是SDE化的过程。</w:t>
      </w:r>
    </w:p>
    <w:p>
      <w:pPr/>
      <w:r>
        <w:t>一个L3级思想工程师的周节奏。周一至周三：SDE分析和蓝图设计（生产模式）。周四：GPT协同开发和原型更新（施工模式）。周五上午：团队评审和知识分享。周五下午：本周复盘和下周规划。周末：自由阅读和跨领域探索——这是思想工程师最重要的"充电时间"，因为跨领域阅读是新SDE洞察的最大来源。</w:t>
      </w:r>
    </w:p>
    <w:p>
      <w:pPr>
        <w:pStyle w:val="Heading2"/>
      </w:pPr>
      <w:r>
        <w:t>十三、一份"SDE教育改革可行性评估问卷"</w:t>
      </w:r>
    </w:p>
    <w:p>
      <w:pPr/>
      <w:r>
        <w:t>以下问卷可以被任何大学的计算机学院用来评估自己是否具备进行SDE教育改革的条件。</w:t>
      </w:r>
    </w:p>
    <w:p>
      <w:pPr/>
      <w:r>
        <w:t>师资准备度（共4题）。（1）学院中有多少教师听说过SDE方法论？A 无人听说 B 少数人听说 C 多数人了解 D 已有教师在实践。（2）学院是否有教师完成过至少一次跨领域的知识重构实践？A 没有 B 有1-2位 C 有3位以上。（3）学院教师是否在日常教学中使用GPT协同？A 几乎不用 B 偶尔使用 C 经常使用 D 已形成系统方法。（4）学院是否愿意选派2-3名教师参加为期3个月的SDE方法论培训？A 不愿意 B 愿意但没预算 C 愿意且有预算。</w:t>
      </w:r>
    </w:p>
    <w:p>
      <w:pPr/>
      <w:r>
        <w:t>课程体系准备度（共3题）。（1）现有课程体系中数据结构课算法课数据库课是否已经有跨课程的协同教学？A 完全独立 B 有少量联动 C 已有系统协同。（2）学院是否有项目制课程让学生从零开始做完整系统？A 没有 B 有但只是课程大作业 C 有专门的项目制课程。（3）学院是否允许学生的毕业项目是一个SDE系统原型而非传统论文？A 不允许 B 需要特批 C 已有先例。</w:t>
      </w:r>
    </w:p>
    <w:p>
      <w:pPr/>
      <w:r>
        <w:t>基础设施准备度（共3题）。（1）学院是否有可供学生使用的GPT或同等大模型接口？A 没有 B 有但受限 C 有且充足。（2）学院是否有可供学生部署原型的云服务器资源？A 没有 B 有但需要审批 C 有且学生可自主使用。（3）学院是否有可供SDE实验的真实用户来源（如合作企业或社区）？A 完全没有 B 有少量 C 有稳定来源。</w:t>
      </w:r>
    </w:p>
    <w:p>
      <w:pPr/>
      <w:r>
        <w:t>评分标准：每题A=0分 B=1分 C=2分 D=3分。总分0-8分：条件不成熟，建议先从教师培训开始。总分9-16分：基本具备条件，可以从一门选修课试点。总分17-24分：条件成熟，可以启动系统性的课程改革。总分25-30分：条件优秀，可以考虑建立SDE创新实验室和专属培养方向。</w:t>
      </w:r>
    </w:p>
    <w:p>
      <w:pPr>
        <w:pStyle w:val="Heading1"/>
      </w:pPr>
      <w:r>
        <w:t>引用文献</w:t>
      </w:r>
    </w:p>
    <w:p>
      <w:pPr/>
      <w:r>
        <w:t>[1] 王德生.《论艺术：从发现到发生》. 新加坡：Demai International Press, 2024.</w:t>
      </w:r>
    </w:p>
    <w:p>
      <w:pPr/>
      <w:r>
        <w:t>[2] 王德生.《三法治理》. 新加坡：Demai International Press, 2024.</w:t>
      </w:r>
    </w:p>
    <w:p>
      <w:pPr/>
      <w:r>
        <w:t>[3] 王德生.《SDE软件学导论》. 新加坡：Demai International Press, 2026.</w:t>
      </w:r>
    </w:p>
    <w:p>
      <w:pPr/>
      <w:r>
        <w:t>[4] 王德生.《SDE软件工程学：从哲学到APP全过程》. 新加坡：Demai International Press, 2026.</w:t>
      </w:r>
    </w:p>
    <w:p>
      <w:pPr/>
      <w:r>
        <w:t>[5] 王德生.《个性化自动化经济学导论》. 新加坡：Demai International Press, 2026.</w:t>
      </w:r>
    </w:p>
    <w:p>
      <w:pPr/>
      <w:r>
        <w:t>[6] 王德生.《GPT时代的财富密码：个人数据油田揭秘》. 新加坡：Demai International Press, 2026.</w:t>
      </w:r>
    </w:p>
    <w:p>
      <w:pPr/>
      <w:r>
        <w:t>[7] 王德生.《AI文明的操作系统是SDE思想体系》. 新加坡：Demai International Press, 2026.</w:t>
      </w:r>
    </w:p>
    <w:p>
      <w:pPr/>
      <w:r>
        <w:t>[8] 王德生.《三大模型对〈静夜思〉的SDE解读比较研究》. 新加坡：Demai International Press, 2026.</w:t>
      </w:r>
    </w:p>
    <w:p>
      <w:pPr/>
      <w:r>
        <w:t>[9] 王德生.《基于大模型的SDE科研创新体系入门》. 新加坡：Demai International Press, 2026.</w:t>
      </w:r>
    </w:p>
    <w:p>
      <w:pPr/>
      <w:r>
        <w:t>[10] 王德生.《SDE数学导论》. 新加坡：Demai International Press, 2026.</w:t>
      </w:r>
    </w:p>
    <w:p>
      <w:pPr/>
      <w:r>
        <w:t>[11] Frederick P. Brooks Jr. *The Mythical Man-Month*. Addison-Wesley, 1975.</w:t>
      </w:r>
    </w:p>
    <w:p>
      <w:pPr/>
      <w:r>
        <w:t>[12] Grady Booch. *Object-Oriented Analysis and Design with Applications*. Addison-Wesley, 1994.</w:t>
      </w:r>
    </w:p>
    <w:p>
      <w:pPr/>
      <w:r>
        <w:t>[13] Martin Heidegger. *The Question Concerning Technology*. Harper &amp; Row, 1977.</w:t>
      </w:r>
    </w:p>
    <w:p>
      <w:pPr/>
      <w:r>
        <w:t>[14] Thomas S. Kuhn. *The Structure of Scientific Revolutions*. University of Chicago Press, 1962.</w:t>
      </w:r>
    </w:p>
    <w:p>
      <w:pPr/>
      <w:r>
        <w:t>[15] Joseph A. Schumpeter. *Capitalism, Socialism and Democracy*. Harper &amp; Brothers, 1942.</w:t>
      </w:r>
    </w:p>
    <w:p>
      <w:pPr/>
      <w:r>
        <w:t>[16] Carlota Perez. *Technological Revolutions and Financial Capital*. Edward Elgar, 2002.</w:t>
      </w:r>
    </w:p>
    <w:p>
      <w:pPr/>
      <w:r>
        <w:t>[17] Michael E. Porter. *Competitive Advantage*. Free Press, 1985.</w:t>
      </w:r>
    </w:p>
    <w:p>
      <w:pPr/>
      <w:r>
        <w:t>[18] Geoffrey Parker et al. *Platform Revolution*. W.W. Norton, 2016.</w:t>
      </w:r>
    </w:p>
    <w:p>
      <w:pPr/>
      <w:r>
        <w:t>[19] Nick Srnicek. *Platform Capitalism*. Polity Press, 2017.</w:t>
      </w:r>
    </w:p>
    <w:p>
      <w:pPr/>
      <w:r>
        <w:t>[20] Erik Brynjolfsson, Andrew McAfee. *The Second Machine Age*. W.W. Norton, 2014.</w:t>
      </w:r>
    </w:p>
    <w:p>
      <w:pPr/>
      <w:r>
        <w:t>[21] Kai-Fu Lee. *AI Superpowers*. Houghton Mifflin, 2018.</w:t>
      </w:r>
    </w:p>
    <w:p>
      <w:pPr/>
      <w:r>
        <w:t>[22] Donald E. Knuth. *The Art of Computer Programming*. Addison-Wesley, 1968.</w:t>
      </w:r>
    </w:p>
    <w:p>
      <w:pPr/>
      <w:r>
        <w:t>[23] Edgar F. Codd. A Relational Model of Data for Large Shared Data Banks. *Communications of the ACM*, 1970.</w:t>
      </w:r>
    </w:p>
    <w:p>
      <w:pPr/>
      <w:r>
        <w:t>[24] Claude E. Shannon. A Mathematical Theory of Communication. *Bell System Technical Journal*, 1948.</w:t>
      </w:r>
    </w:p>
    <w:p>
      <w:pPr/>
      <w:r>
        <w:t>[25] Ilya Prigogine. *Order Out of Chaos*. Bantam Books, 1984.</w:t>
      </w:r>
    </w:p>
    <w:p>
      <w:pPr/>
      <w:r>
        <w:t>[26] Michael Polanyi. *The Tacit Dimension*. Doubleday, 1966.</w:t>
      </w:r>
    </w:p>
    <w:p>
      <w:pPr/>
      <w:r>
        <w:t>[27] Clayton M. Christensen. *The Innovator's Dilemma*. Harvard Business Review Press, 1997.</w:t>
      </w:r>
    </w:p>
    <w:p>
      <w:pPr/>
      <w:r>
        <w:t>[28] Peter Thiel. *Zero to One*. Crown Business, 2014.</w:t>
      </w:r>
    </w:p>
    <w:p>
      <w:pPr/>
      <w:r>
        <w:t>[29] 钱学森.《论系统工程》. 湖南科学技术出版社, 1982.</w:t>
      </w:r>
    </w:p>
    <w:p>
      <w:pPr/>
      <w:r>
        <w:t>[30] 冯友兰.《中国哲学简史》. 北京大学出版社, 1948.</w:t>
      </w:r>
    </w:p>
    <w:p>
      <w:pPr>
        <w:pStyle w:val="Heading1"/>
      </w:pPr>
      <w:r>
        <w:t>全书金句十言</w:t>
      </w:r>
    </w:p>
    <w:p>
      <w:pPr>
        <w:pStyle w:val="Heading2"/>
      </w:pPr>
      <w:r>
        <w:t>第一言  软件＝数字SDE</w:t>
      </w:r>
    </w:p>
    <w:p>
      <w:pPr/>
      <w:r>
        <w:t>软件不是代码，不是功能，不是工具。软件是数字SDE——S承担结构，D承担运行，E承担世界。三者不可分割，共同构成一个数字存在物。数据结构就是软件的S，算法就是软件的D，数据库就是软件的E。三门核心课过去被并列地教，今天第一次被统一地理解。代码是显影层而非本体层。GPT越强，代码越不稀缺，定义数字SDE的能力就越稀缺。这七个字是全书的房角石，也是AI时代软件学的第一块地基。</w:t>
      </w:r>
    </w:p>
    <w:p>
      <w:pPr>
        <w:pStyle w:val="Heading2"/>
      </w:pPr>
      <w:r>
        <w:t>第二言  思想可以长成软件</w:t>
      </w:r>
    </w:p>
    <w:p>
      <w:pPr/>
      <w:r>
        <w:t>从哲学到APP不是跳跃，而是连续降压。总纲词是高压晶体[4]——极小的符号体量压缩了极大的信息密度。科学语言把高压晶体展开为概念结构，工程语言把概念结构转化为可操作的流程，数字化让工程获得数字身体，蓝图把数字SDE压成施工图，代码让施工图显影为可运行的程序。六步降压，每一步都在降低抽象度、提高具体度，但SDE三维在每一步中始终在场。思想进入数字化——这是知识发生方式的文明级转折。</w:t>
      </w:r>
    </w:p>
    <w:p>
      <w:pPr>
        <w:pStyle w:val="Heading2"/>
      </w:pPr>
      <w:r>
        <w:t>第三言  思想进入数字化</w:t>
      </w:r>
    </w:p>
    <w:p>
      <w:pPr/>
      <w:r>
        <w:t>人类知识经历了四次命运变迁：从口传到文字，知识超越了一个人的寿命；从手抄到印刷，知识超越了一个小圈子；从纸媒到数字，知识超越了物理距离。但这三次变迁有一个共同局限——知识始终停留在"被理解"的状态。第四次变迁是：思想进入数字化"。当一套教育思想被编码为SDE系统时，它不再等待教师去阅读——它自己就在运行，自己就在为百万学生生成个性化路径。这不是技术进步，这是知识存在方式的本体跃迁。</w:t>
      </w:r>
    </w:p>
    <w:p>
      <w:pPr>
        <w:pStyle w:val="Heading2"/>
      </w:pPr>
      <w:r>
        <w:t>第四言  个性化自动化是GPT时代真正的新生产力</w:t>
      </w:r>
    </w:p>
    <w:p>
      <w:pPr/>
      <w:r>
        <w:t>工业文明解决了"相同对象的规模化制造"，信息文明解决了"相同流程的自动化执行"，GPT时代要解决的是"不同对象的差异价值如何被大规模自动生产"。个性化自动化不是"自动化"前面加了一个形容词，而是一种新的生产力本体——生产对象从标准化变成差异化，生产方式从批量复制变成路径生成，价值来源从相同中提取变成从不同中提取。规模化与标准化的绑定被SDE母机打破——S标准化保证规模，E个性化保证适配，D自动化保证路径。差异价值的工业革命正在到来。</w:t>
      </w:r>
    </w:p>
    <w:p>
      <w:pPr>
        <w:pStyle w:val="Heading2"/>
      </w:pPr>
      <w:r>
        <w:t>第五言  GPT承包中介层，但不能替代源头层</w:t>
      </w:r>
    </w:p>
    <w:p>
      <w:pPr/>
      <w:r>
        <w:t>GPT像一台高性能印刷机——以极高速度忠实印刷你交给它的原稿。但印刷机不写原稿。如果你交给它精心撰写的手稿，它会印出精美书籍；如果你交给它杂乱笔记，它会印出精美装帧的杂乱笔记。GPT把从思想到原型的时间从几年压缩到了几个月，但原创思想系统的形成仍然需要十年甚至二十年的深层积累——这部分完全不可压缩。竖轴不可压缩，横轴可以极度压缩。所有人都拥有了同样强大的印刷机，唯一的差异化因素回到了源头：谁的思想更深。</w:t>
      </w:r>
    </w:p>
    <w:p>
      <w:pPr>
        <w:pStyle w:val="Heading2"/>
      </w:pPr>
      <w:r>
        <w:t>第六言  财富的源头正在从资本迁移到思想系统</w:t>
      </w:r>
    </w:p>
    <w:p>
      <w:pPr/>
      <w:r>
        <w:t>每一次文明跃迁都伴随着财富源头的重新分配。农业文明的源头是土地，工业文明的源头是资本，信息文明的源头是数据。在GPT时代，财富的源头正在向思想系统迁移——因为思想与软件之间的距离被GPT压缩到了历史最短。当"想到"和"做到"之间的距离急剧缩短时，"想到好的"和"想到平庸的"之间的差距就急剧扩大。财富公式：原创思想系统 × SDE清晰度 × GPT转译效率 × 平台复制能力。四项相乘，任何一项为零，整体为零。</w:t>
      </w:r>
    </w:p>
    <w:p>
      <w:pPr>
        <w:pStyle w:val="Heading2"/>
      </w:pPr>
      <w:r>
        <w:t>第七言  专著不是终点，而是本体代码的起点</w:t>
      </w:r>
    </w:p>
    <w:p>
      <w:pPr/>
      <w:r>
        <w:t>在传统知识观中，专著被看作思想生产的终点。但在SDE框架中，专著恰恰是一切的起点——它是思想系统的最高压缩形态，是后续一切软件化、平台化、产业化的上游生成器。从一本专著出发，可以展开为科学论文、工程方案、蓝图设计、原型产品、数据库系统和平台生态。专著是种子，SDE是土壤，GPT是阳光雨水，APP是果实，平台是森林。王德生的52本专著不只是学术出版，而是52个潜在的数字SDE种子——每一本都可以成为一套SDE软件系统的本体代码源头。</w:t>
      </w:r>
    </w:p>
    <w:p>
      <w:pPr>
        <w:pStyle w:val="Heading2"/>
      </w:pPr>
      <w:r>
        <w:t>第八言  平台的财富不来自流量，而来自数字国土</w:t>
      </w:r>
    </w:p>
    <w:p>
      <w:pPr/>
      <w:r>
        <w:t>平台真正值钱，不是因为功能比别人好，而是因为它形成了越来越厚的数字世界。用户的行为、路径、数据、关系、解释与习惯不断在其中沉积，构成了数字国土。流量会流走，世界会留下。数据不是新石油——石油用一桶少一桶，数字E越用越深。谁在一个领域建立了最深厚的数字E——最完整的实体历史、最精准的画像系统、最丰富的三界沉积——谁就拥有了这个领域的数字国土。掌握标准权、接口权和平台秩序权的人，掌握的不是一个产品，而是一个数字世界的治理权。</w:t>
      </w:r>
    </w:p>
    <w:p>
      <w:pPr>
        <w:pStyle w:val="Heading2"/>
      </w:pPr>
      <w:r>
        <w:t>第九言  SDE是AI文明的操作系统</w:t>
      </w:r>
    </w:p>
    <w:p>
      <w:pPr/>
      <w:r>
        <w:t>AI文明的外部运行载体是软件，软件的本体是数字SDE——因此AI文明的外部载体在本体上就是SDE化的。AI文明的内部智慧是个性化自动化——这种智慧不是一般的信息处理能力，而是能够同时处理结构组织、差异推进与特征纠缠的整体智慧，即SDE智慧。外部载体与内部智慧在同一个底层结构上汇合——这意味着SDE不只是一套理论，而是AI文明的操作系统。未来的文明竞争不是技术竞争，而是操作系统竞争。一个国家可以购买GPU，但不能购买操作系统——操作系统必须从自己的文明土壤中生长出来。</w:t>
      </w:r>
    </w:p>
    <w:p>
      <w:pPr>
        <w:pStyle w:val="Heading2"/>
      </w:pPr>
      <w:r>
        <w:t>第十言  思想为王</w:t>
      </w:r>
    </w:p>
    <w:p>
      <w:pPr/>
      <w:r>
        <w:t>过去，思想是火种；今天，思想开始自己长成炉火。过去，思想是种子；今天，思想开始自己长成可运行的森林。过去，思想重要，但未必直接掌控入口；今天，思想只要足够强，就可以借助SDE方法论与GPT协同，直接长成入口、长成系统、长成平台、长成世界。中介层正在贬值，源头层正在升值。代码可以被GPT大量生成，内容可以被AI快速产出，但原创的思想系统、独特的SDE结构定义、不可替代的本体判断，越来越成为最稀缺的资源。未来十年最稀缺的人不是会写代码的人，而是那些能定义世界秩序的思想工程师。思想为王的时代，真的到来了。</w:t>
      </w:r>
    </w:p>
    <w:p>
      <w:pPr>
        <w:pStyle w:val="Heading1"/>
      </w:pPr>
      <w:r>
        <w:t>封底</w:t>
      </w:r>
    </w:p>
    <w:p>
      <w:pPr/>
      <w:r>
        <w:t>---</w:t>
      </w:r>
    </w:p>
    <w:p>
      <w:pPr/>
      <w:r>
        <w:t>人类已经全面进入软件时代，却依然没有真正进入软件学时代。</w:t>
      </w:r>
    </w:p>
    <w:p>
      <w:pPr/>
      <w:r>
        <w:t>这部书第一次给出了软件的本体公式——软件＝数字SDE：S承担结构，D承担运行，E承担世界。这七个字不只是重新定义了软件，更打开了一条从未被完整走通的道路：思想进入数字化。</w:t>
      </w:r>
    </w:p>
    <w:p>
      <w:pPr/>
      <w:r>
        <w:t>五编递进，一气呵成：</w:t>
      </w:r>
    </w:p>
    <w:p>
      <w:pPr/>
      <w:r>
        <w:t>第一编立本体——软件究竟是什么；</w:t>
      </w:r>
    </w:p>
    <w:p>
      <w:pPr/>
      <w:r>
        <w:t>第二编立工程——思想如何变成APP；</w:t>
      </w:r>
    </w:p>
    <w:p>
      <w:pPr/>
      <w:r>
        <w:t>第三编立经济——个性化自动化为何是新生产力；</w:t>
      </w:r>
    </w:p>
    <w:p>
      <w:pPr/>
      <w:r>
        <w:t>第四编立财富——思想系统如何捕获超额价值；</w:t>
      </w:r>
    </w:p>
    <w:p>
      <w:pPr/>
      <w:r>
        <w:t>第五编立文明——SDE为何是AI时代的操作系统。</w:t>
      </w:r>
    </w:p>
    <w:p>
      <w:pPr/>
      <w:r>
        <w:t>这不是一本技术书，不是一本商业书，不是一本哲学书——它是一部把软件学、工程学、经济学、财富学和文明学压成一条连续发生链的跨领域专著。</w:t>
      </w:r>
    </w:p>
    <w:p>
      <w:pPr/>
      <w:r>
        <w:t>---</w:t>
      </w:r>
    </w:p>
    <w:p>
      <w:pPr/>
      <w:r>
        <w:t>本书金句</w:t>
      </w:r>
    </w:p>
    <w:p>
      <w:pPr/>
      <w:r>
        <w:t>◆ 代码不是软件的本体，而是最后显影。</w:t>
      </w:r>
    </w:p>
    <w:p>
      <w:pPr/>
      <w:r>
        <w:t>◆ 从哲学到APP不是跳跃，而是连续降压。</w:t>
      </w:r>
    </w:p>
    <w:p>
      <w:pPr/>
      <w:r>
        <w:t>◆ 差异价值的工业革命正在到来。</w:t>
      </w:r>
    </w:p>
    <w:p>
      <w:pPr/>
      <w:r>
        <w:t>◆ 流量会流走，世界会留下。</w:t>
      </w:r>
    </w:p>
    <w:p>
      <w:pPr/>
      <w:r>
        <w:t>◆ 可以购买GPU，但不能购买操作系统。</w:t>
      </w:r>
    </w:p>
    <w:p>
      <w:pPr/>
      <w:r>
        <w:t>◆ 思想为王的时代，真的到来了。</w:t>
      </w:r>
    </w:p>
    <w:p>
      <w:pPr/>
      <w:r>
        <w:t>---</w:t>
      </w:r>
    </w:p>
    <w:p>
      <w:pPr/>
      <w:r>
        <w:t>作者简介</w:t>
      </w:r>
    </w:p>
    <w:p>
      <w:pPr/>
      <w:r>
        <w:t>王德生，SDE思想体系创立者，新加坡德麦国际有限公司创始人。湘潭大学数学系、中国科学院计算数学、哥伦比亚大学博士后。曾任英国威尔士大学高级讲师、新加坡南洋理工大学研究员。已出版52部跨领域专著，覆盖近20个学科领域。SDE源自其二十年计算数学研究中对Voronoi镶嵌与Delaunay三角剖分的深层结构洞察。</w:t>
      </w:r>
    </w:p>
    <w:p>
      <w:pPr/>
      <w:r>
        <w:t>---</w:t>
      </w:r>
    </w:p>
    <w:p>
      <w:pPr/>
      <w:r>
        <w:t>Demai International Press · 德麦国际出版社 · 新加坡 · 2026</w:t>
      </w:r>
    </w:p>
    <w:p>
      <w:pPr/>
      <w:r>
        <w:t>分类：TP311 / F49 | 字数：约160,000 | ISBN：待定</w:t>
      </w:r>
    </w:p>
    <w:sectPr w:rsidR="00FC693F" w:rsidRPr="0006063C" w:rsidSect="00034616">
      <w:footerReference w:type="default" r:id="rId10"/>
      <w:pgSz w:w="9638" w:h="13606"/>
      <w:pgMar w:top="1020" w:right="964" w:bottom="964"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96" w:lineRule="auto" w:after="140"/>
      <w:ind w:firstLine="424"/>
    </w:pPr>
    <w:rPr>
      <w:rFonts w:ascii="Noto Serif SC" w:hAnsi="Noto Serif SC" w:eastAsia="Noto Serif SC"/>
      <w:color w:val="30343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480" w:after="140" w:line="396" w:lineRule="auto"/>
      <w:ind w:firstLine="0"/>
      <w:outlineLvl w:val="0"/>
    </w:pPr>
    <w:rPr>
      <w:rFonts w:asciiTheme="majorHAnsi" w:eastAsiaTheme="majorEastAsia" w:hAnsiTheme="majorHAnsi" w:cstheme="majorBidi" w:ascii="Noto Serif SC" w:hAnsi="Noto Serif SC" w:eastAsia="Noto Serif SC"/>
      <w:b/>
      <w:bCs/>
      <w:color w:val="213752"/>
      <w:sz w:val="42"/>
      <w:szCs w:val="28"/>
    </w:rPr>
  </w:style>
  <w:style w:type="paragraph" w:styleId="Heading2">
    <w:name w:val="heading 2"/>
    <w:basedOn w:val="Normal"/>
    <w:next w:val="Normal"/>
    <w:link w:val="Heading2Char"/>
    <w:uiPriority w:val="9"/>
    <w:unhideWhenUsed/>
    <w:qFormat/>
    <w:rsid w:val="00FC693F"/>
    <w:pPr>
      <w:keepNext/>
      <w:keepLines/>
      <w:spacing w:before="200" w:after="140" w:line="396" w:lineRule="auto"/>
      <w:ind w:firstLine="0"/>
      <w:outlineLvl w:val="1"/>
    </w:pPr>
    <w:rPr>
      <w:rFonts w:asciiTheme="majorHAnsi" w:eastAsiaTheme="majorEastAsia" w:hAnsiTheme="majorHAnsi" w:cstheme="majorBidi" w:ascii="Noto Serif SC" w:hAnsi="Noto Serif SC" w:eastAsia="Noto Serif SC"/>
      <w:b/>
      <w:bCs/>
      <w:color w:val="213752"/>
      <w:sz w:val="26"/>
      <w:szCs w:val="26"/>
    </w:rPr>
  </w:style>
  <w:style w:type="paragraph" w:styleId="Heading3">
    <w:name w:val="heading 3"/>
    <w:basedOn w:val="Normal"/>
    <w:next w:val="Normal"/>
    <w:link w:val="Heading3Char"/>
    <w:uiPriority w:val="9"/>
    <w:unhideWhenUsed/>
    <w:qFormat/>
    <w:rsid w:val="00FC693F"/>
    <w:pPr>
      <w:keepNext/>
      <w:keepLines/>
      <w:spacing w:before="200" w:after="140" w:line="396" w:lineRule="auto"/>
      <w:ind w:firstLine="0"/>
      <w:outlineLvl w:val="2"/>
    </w:pPr>
    <w:rPr>
      <w:rFonts w:asciiTheme="majorHAnsi" w:eastAsiaTheme="majorEastAsia" w:hAnsiTheme="majorHAnsi" w:cstheme="majorBidi" w:ascii="Noto Serif SC" w:hAnsi="Noto Serif SC" w:eastAsia="Noto Serif SC"/>
      <w:b/>
      <w:bCs/>
      <w:color w:val="21375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396" w:lineRule="auto"/>
      <w:contextualSpacing/>
    </w:pPr>
    <w:rPr>
      <w:rFonts w:asciiTheme="majorHAnsi" w:eastAsiaTheme="majorEastAsia" w:hAnsiTheme="majorHAnsi" w:cstheme="majorBidi" w:ascii="Noto Serif SC" w:hAnsi="Noto Serif SC" w:eastAsia="Noto Serif SC"/>
      <w:color w:val="30343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96" w:lineRule="auto" w:after="140"/>
    </w:pPr>
    <w:rPr>
      <w:rFonts w:asciiTheme="majorHAnsi" w:eastAsiaTheme="majorEastAsia" w:hAnsiTheme="majorHAnsi" w:cstheme="majorBidi" w:ascii="Noto Serif SC" w:hAnsi="Noto Serif SC" w:eastAsia="Noto Serif SC"/>
      <w:i/>
      <w:iCs/>
      <w:color w:val="30343B"/>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SDE软件学和财富密码解开</dc:title>
  <dc:subject/>
  <dc:creator>王德生</dc:creator>
  <cp:keywords/>
  <dc:description>generated by python-docx</dc:description>
  <cp:lastModifiedBy/>
  <cp:revision>1</cp:revision>
  <dcterms:created xsi:type="dcterms:W3CDTF">2013-12-23T23:15:00Z</dcterms:created>
  <dcterms:modified xsi:type="dcterms:W3CDTF">2013-12-23T23:15:00Z</dcterms:modified>
  <cp:category/>
</cp:coreProperties>
</file>